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609C9" w14:textId="2739A7AE" w:rsidR="004E51DE" w:rsidRPr="0028429E" w:rsidRDefault="00000000" w:rsidP="0028429E">
      <w:pPr>
        <w:wordWrap w:val="0"/>
        <w:autoSpaceDE w:val="0"/>
        <w:autoSpaceDN w:val="0"/>
        <w:spacing w:before="995" w:after="113" w:line="221" w:lineRule="exact"/>
        <w:jc w:val="center"/>
        <w:rPr>
          <w:rFonts w:ascii="Times New Roman" w:hAnsi="Times New Roman" w:cs="Times New Roman"/>
          <w:color w:val="000000" w:themeColor="text1"/>
        </w:rPr>
      </w:pPr>
      <w:r w:rsidRPr="0028429E">
        <w:rPr>
          <w:rFonts w:ascii="Times New Roman" w:eastAsia="MS Gothic" w:hAnsi="Times New Roman" w:cs="Times New Roman"/>
          <w:b/>
          <w:color w:val="000000" w:themeColor="text1"/>
        </w:rPr>
        <w:t>ADATKEZELÉSI</w:t>
      </w:r>
      <w:r w:rsidRPr="0028429E">
        <w:rPr>
          <w:rFonts w:ascii="Times New Roman" w:eastAsia="Times New Roman" w:hAnsi="Times New Roman" w:cs="Times New Roman"/>
          <w:b/>
          <w:color w:val="000000" w:themeColor="text1"/>
        </w:rPr>
        <w:t xml:space="preserve"> </w:t>
      </w:r>
      <w:r w:rsidRPr="0028429E">
        <w:rPr>
          <w:rFonts w:ascii="Times New Roman" w:eastAsia="MS Gothic" w:hAnsi="Times New Roman" w:cs="Times New Roman"/>
          <w:b/>
          <w:color w:val="000000" w:themeColor="text1"/>
        </w:rPr>
        <w:t>TÁJÉKOZTATÓ</w:t>
      </w:r>
    </w:p>
    <w:sdt>
      <w:sdtPr>
        <w:rPr>
          <w:rFonts w:asciiTheme="minorHAnsi" w:eastAsiaTheme="minorEastAsia" w:hAnsiTheme="minorHAnsi" w:cstheme="minorBidi"/>
          <w:b w:val="0"/>
          <w:bCs w:val="0"/>
          <w:color w:val="auto"/>
          <w:sz w:val="22"/>
          <w:szCs w:val="22"/>
          <w:lang w:val="hu-HU"/>
        </w:rPr>
        <w:id w:val="1867257713"/>
        <w:docPartObj>
          <w:docPartGallery w:val="Table of Contents"/>
          <w:docPartUnique/>
        </w:docPartObj>
      </w:sdtPr>
      <w:sdtEndPr>
        <w:rPr>
          <w:lang w:val="en-US"/>
        </w:rPr>
      </w:sdtEndPr>
      <w:sdtContent>
        <w:p w14:paraId="405A2BDB" w14:textId="71C54D97" w:rsidR="00211F8D" w:rsidRDefault="0028429E" w:rsidP="0028429E">
          <w:pPr>
            <w:pStyle w:val="Tartalomjegyzkcmsora"/>
            <w:tabs>
              <w:tab w:val="left" w:pos="1860"/>
              <w:tab w:val="center" w:pos="4954"/>
            </w:tabs>
          </w:pPr>
          <w:r>
            <w:rPr>
              <w:lang w:val="hu-HU"/>
            </w:rPr>
            <w:tab/>
          </w:r>
          <w:r>
            <w:rPr>
              <w:lang w:val="hu-HU"/>
            </w:rPr>
            <w:tab/>
          </w:r>
          <w:r w:rsidR="00211F8D">
            <w:rPr>
              <w:lang w:val="hu-HU"/>
            </w:rPr>
            <w:t>Tartalom</w:t>
          </w:r>
        </w:p>
        <w:p w14:paraId="198546FA" w14:textId="534F30AE" w:rsidR="00211F8D" w:rsidRDefault="00211F8D" w:rsidP="00211F8D">
          <w:pPr>
            <w:pStyle w:val="TJ1"/>
            <w:tabs>
              <w:tab w:val="right" w:leader="dot" w:pos="9899"/>
            </w:tabs>
            <w:rPr>
              <w:noProof/>
            </w:rPr>
          </w:pPr>
          <w:r>
            <w:fldChar w:fldCharType="begin"/>
          </w:r>
          <w:r>
            <w:instrText xml:space="preserve"> TOC \o "1-3" \h \z \u </w:instrText>
          </w:r>
          <w:r>
            <w:fldChar w:fldCharType="separate"/>
          </w:r>
          <w:hyperlink w:anchor="_Toc219475579" w:history="1">
            <w:r w:rsidRPr="00CE1390">
              <w:rPr>
                <w:rStyle w:val="Hiperhivatkozs"/>
                <w:noProof/>
              </w:rPr>
              <w:t>1.Bevezetés</w:t>
            </w:r>
            <w:r>
              <w:rPr>
                <w:noProof/>
                <w:webHidden/>
              </w:rPr>
              <w:tab/>
            </w:r>
            <w:r>
              <w:rPr>
                <w:noProof/>
                <w:webHidden/>
              </w:rPr>
              <w:fldChar w:fldCharType="begin"/>
            </w:r>
            <w:r>
              <w:rPr>
                <w:noProof/>
                <w:webHidden/>
              </w:rPr>
              <w:instrText xml:space="preserve"> PAGEREF _Toc219475579 \h </w:instrText>
            </w:r>
            <w:r>
              <w:rPr>
                <w:noProof/>
                <w:webHidden/>
              </w:rPr>
            </w:r>
            <w:r>
              <w:rPr>
                <w:noProof/>
                <w:webHidden/>
              </w:rPr>
              <w:fldChar w:fldCharType="separate"/>
            </w:r>
            <w:r>
              <w:rPr>
                <w:noProof/>
                <w:webHidden/>
              </w:rPr>
              <w:t>3</w:t>
            </w:r>
            <w:r>
              <w:rPr>
                <w:noProof/>
                <w:webHidden/>
              </w:rPr>
              <w:fldChar w:fldCharType="end"/>
            </w:r>
          </w:hyperlink>
        </w:p>
        <w:p w14:paraId="29009680" w14:textId="6DE6B9F0" w:rsidR="00211F8D" w:rsidRDefault="00211F8D" w:rsidP="00211F8D">
          <w:pPr>
            <w:pStyle w:val="TJ1"/>
            <w:tabs>
              <w:tab w:val="right" w:leader="dot" w:pos="9899"/>
            </w:tabs>
            <w:rPr>
              <w:noProof/>
            </w:rPr>
          </w:pPr>
          <w:hyperlink w:anchor="_Toc219475580" w:history="1">
            <w:r w:rsidRPr="00CE1390">
              <w:rPr>
                <w:rStyle w:val="Hiperhivatkozs"/>
                <w:noProof/>
              </w:rPr>
              <w:t>1.1.</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Adatkezelőre</w:t>
            </w:r>
            <w:r w:rsidRPr="00CE1390">
              <w:rPr>
                <w:rStyle w:val="Hiperhivatkozs"/>
                <w:rFonts w:eastAsia="Times New Roman"/>
                <w:noProof/>
              </w:rPr>
              <w:t xml:space="preserve"> </w:t>
            </w:r>
            <w:r w:rsidRPr="00CE1390">
              <w:rPr>
                <w:rStyle w:val="Hiperhivatkozs"/>
                <w:noProof/>
              </w:rPr>
              <w:t>vonatkozó</w:t>
            </w:r>
            <w:r w:rsidRPr="00CE1390">
              <w:rPr>
                <w:rStyle w:val="Hiperhivatkozs"/>
                <w:rFonts w:eastAsia="Times New Roman"/>
                <w:noProof/>
              </w:rPr>
              <w:t xml:space="preserve"> </w:t>
            </w:r>
            <w:r w:rsidRPr="00CE1390">
              <w:rPr>
                <w:rStyle w:val="Hiperhivatkozs"/>
                <w:noProof/>
              </w:rPr>
              <w:t>információk</w:t>
            </w:r>
            <w:r>
              <w:rPr>
                <w:noProof/>
                <w:webHidden/>
              </w:rPr>
              <w:tab/>
            </w:r>
            <w:r>
              <w:rPr>
                <w:noProof/>
                <w:webHidden/>
              </w:rPr>
              <w:fldChar w:fldCharType="begin"/>
            </w:r>
            <w:r>
              <w:rPr>
                <w:noProof/>
                <w:webHidden/>
              </w:rPr>
              <w:instrText xml:space="preserve"> PAGEREF _Toc219475580 \h </w:instrText>
            </w:r>
            <w:r>
              <w:rPr>
                <w:noProof/>
                <w:webHidden/>
              </w:rPr>
            </w:r>
            <w:r>
              <w:rPr>
                <w:noProof/>
                <w:webHidden/>
              </w:rPr>
              <w:fldChar w:fldCharType="separate"/>
            </w:r>
            <w:r>
              <w:rPr>
                <w:noProof/>
                <w:webHidden/>
              </w:rPr>
              <w:t>3</w:t>
            </w:r>
            <w:r>
              <w:rPr>
                <w:noProof/>
                <w:webHidden/>
              </w:rPr>
              <w:fldChar w:fldCharType="end"/>
            </w:r>
          </w:hyperlink>
        </w:p>
        <w:p w14:paraId="169A7063" w14:textId="64E4D12F" w:rsidR="00211F8D" w:rsidRDefault="00211F8D" w:rsidP="00211F8D">
          <w:pPr>
            <w:pStyle w:val="TJ1"/>
            <w:tabs>
              <w:tab w:val="right" w:leader="dot" w:pos="9899"/>
            </w:tabs>
            <w:rPr>
              <w:noProof/>
            </w:rPr>
          </w:pPr>
          <w:hyperlink w:anchor="_Toc219475581" w:history="1">
            <w:r w:rsidRPr="00CE1390">
              <w:rPr>
                <w:rStyle w:val="Hiperhivatkozs"/>
                <w:noProof/>
              </w:rPr>
              <w:t>1.2.</w:t>
            </w:r>
            <w:r w:rsidRPr="00CE1390">
              <w:rPr>
                <w:rStyle w:val="Hiperhivatkozs"/>
                <w:rFonts w:eastAsia="Times New Roman"/>
                <w:noProof/>
              </w:rPr>
              <w:t xml:space="preserve"> </w:t>
            </w:r>
            <w:r w:rsidRPr="00CE1390">
              <w:rPr>
                <w:rStyle w:val="Hiperhivatkozs"/>
                <w:noProof/>
              </w:rPr>
              <w:t>Rövid</w:t>
            </w:r>
            <w:r w:rsidRPr="00CE1390">
              <w:rPr>
                <w:rStyle w:val="Hiperhivatkozs"/>
                <w:rFonts w:eastAsia="Times New Roman"/>
                <w:noProof/>
              </w:rPr>
              <w:t xml:space="preserve"> </w:t>
            </w:r>
            <w:r w:rsidRPr="00CE1390">
              <w:rPr>
                <w:rStyle w:val="Hiperhivatkozs"/>
                <w:noProof/>
              </w:rPr>
              <w:t>összefoglaló</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ön</w:t>
            </w:r>
            <w:r w:rsidRPr="00CE1390">
              <w:rPr>
                <w:rStyle w:val="Hiperhivatkozs"/>
                <w:rFonts w:eastAsia="Times New Roman"/>
                <w:noProof/>
              </w:rPr>
              <w:t xml:space="preserve"> </w:t>
            </w:r>
            <w:r w:rsidRPr="00CE1390">
              <w:rPr>
                <w:rStyle w:val="Hiperhivatkozs"/>
                <w:noProof/>
              </w:rPr>
              <w:t>jogairól</w:t>
            </w:r>
            <w:r>
              <w:rPr>
                <w:noProof/>
                <w:webHidden/>
              </w:rPr>
              <w:tab/>
            </w:r>
            <w:r>
              <w:rPr>
                <w:noProof/>
                <w:webHidden/>
              </w:rPr>
              <w:fldChar w:fldCharType="begin"/>
            </w:r>
            <w:r>
              <w:rPr>
                <w:noProof/>
                <w:webHidden/>
              </w:rPr>
              <w:instrText xml:space="preserve"> PAGEREF _Toc219475581 \h </w:instrText>
            </w:r>
            <w:r>
              <w:rPr>
                <w:noProof/>
                <w:webHidden/>
              </w:rPr>
            </w:r>
            <w:r>
              <w:rPr>
                <w:noProof/>
                <w:webHidden/>
              </w:rPr>
              <w:fldChar w:fldCharType="separate"/>
            </w:r>
            <w:r>
              <w:rPr>
                <w:noProof/>
                <w:webHidden/>
              </w:rPr>
              <w:t>3</w:t>
            </w:r>
            <w:r>
              <w:rPr>
                <w:noProof/>
                <w:webHidden/>
              </w:rPr>
              <w:fldChar w:fldCharType="end"/>
            </w:r>
          </w:hyperlink>
        </w:p>
        <w:p w14:paraId="3DD64F2C" w14:textId="7D4D4C1D" w:rsidR="00211F8D" w:rsidRDefault="00211F8D" w:rsidP="00211F8D">
          <w:pPr>
            <w:pStyle w:val="TJ2"/>
            <w:tabs>
              <w:tab w:val="right" w:leader="dot" w:pos="9899"/>
            </w:tabs>
            <w:rPr>
              <w:noProof/>
            </w:rPr>
          </w:pPr>
          <w:hyperlink w:anchor="_Toc219475582" w:history="1">
            <w:r w:rsidRPr="00CE1390">
              <w:rPr>
                <w:rStyle w:val="Hiperhivatkozs"/>
                <w:noProof/>
              </w:rPr>
              <w:t>Hogyan</w:t>
            </w:r>
            <w:r w:rsidRPr="00CE1390">
              <w:rPr>
                <w:rStyle w:val="Hiperhivatkozs"/>
                <w:rFonts w:eastAsia="Times New Roman"/>
                <w:noProof/>
              </w:rPr>
              <w:t xml:space="preserve"> </w:t>
            </w:r>
            <w:r w:rsidRPr="00CE1390">
              <w:rPr>
                <w:rStyle w:val="Hiperhivatkozs"/>
                <w:noProof/>
              </w:rPr>
              <w:t>kérhet</w:t>
            </w:r>
            <w:r w:rsidRPr="00CE1390">
              <w:rPr>
                <w:rStyle w:val="Hiperhivatkozs"/>
                <w:rFonts w:eastAsia="Times New Roman"/>
                <w:noProof/>
              </w:rPr>
              <w:t xml:space="preserve"> </w:t>
            </w:r>
            <w:r w:rsidRPr="00CE1390">
              <w:rPr>
                <w:rStyle w:val="Hiperhivatkozs"/>
                <w:noProof/>
              </w:rPr>
              <w:t>tájékoztatást</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adatai</w:t>
            </w:r>
            <w:r w:rsidRPr="00CE1390">
              <w:rPr>
                <w:rStyle w:val="Hiperhivatkozs"/>
                <w:rFonts w:eastAsia="Times New Roman"/>
                <w:noProof/>
              </w:rPr>
              <w:t xml:space="preserve"> </w:t>
            </w:r>
            <w:r w:rsidRPr="00CE1390">
              <w:rPr>
                <w:rStyle w:val="Hiperhivatkozs"/>
                <w:noProof/>
              </w:rPr>
              <w:t>kezelésével</w:t>
            </w:r>
            <w:r w:rsidRPr="00CE1390">
              <w:rPr>
                <w:rStyle w:val="Hiperhivatkozs"/>
                <w:rFonts w:eastAsia="Times New Roman"/>
                <w:noProof/>
              </w:rPr>
              <w:t xml:space="preserve"> </w:t>
            </w:r>
            <w:r w:rsidRPr="00CE1390">
              <w:rPr>
                <w:rStyle w:val="Hiperhivatkozs"/>
                <w:noProof/>
              </w:rPr>
              <w:t>kapcsolatban?</w:t>
            </w:r>
            <w:r>
              <w:rPr>
                <w:noProof/>
                <w:webHidden/>
              </w:rPr>
              <w:tab/>
            </w:r>
            <w:r>
              <w:rPr>
                <w:noProof/>
                <w:webHidden/>
              </w:rPr>
              <w:fldChar w:fldCharType="begin"/>
            </w:r>
            <w:r>
              <w:rPr>
                <w:noProof/>
                <w:webHidden/>
              </w:rPr>
              <w:instrText xml:space="preserve"> PAGEREF _Toc219475582 \h </w:instrText>
            </w:r>
            <w:r>
              <w:rPr>
                <w:noProof/>
                <w:webHidden/>
              </w:rPr>
            </w:r>
            <w:r>
              <w:rPr>
                <w:noProof/>
                <w:webHidden/>
              </w:rPr>
              <w:fldChar w:fldCharType="separate"/>
            </w:r>
            <w:r>
              <w:rPr>
                <w:noProof/>
                <w:webHidden/>
              </w:rPr>
              <w:t>3</w:t>
            </w:r>
            <w:r>
              <w:rPr>
                <w:noProof/>
                <w:webHidden/>
              </w:rPr>
              <w:fldChar w:fldCharType="end"/>
            </w:r>
          </w:hyperlink>
        </w:p>
        <w:p w14:paraId="61A81037" w14:textId="27254CEF" w:rsidR="00211F8D" w:rsidRDefault="00211F8D" w:rsidP="00211F8D">
          <w:pPr>
            <w:pStyle w:val="TJ2"/>
            <w:tabs>
              <w:tab w:val="right" w:leader="dot" w:pos="9899"/>
            </w:tabs>
            <w:rPr>
              <w:noProof/>
            </w:rPr>
          </w:pPr>
          <w:hyperlink w:anchor="_Toc219475583" w:history="1">
            <w:r w:rsidRPr="00CE1390">
              <w:rPr>
                <w:rStyle w:val="Hiperhivatkozs"/>
                <w:noProof/>
              </w:rPr>
              <w:t>Mikor</w:t>
            </w:r>
            <w:r w:rsidRPr="00CE1390">
              <w:rPr>
                <w:rStyle w:val="Hiperhivatkozs"/>
                <w:rFonts w:eastAsia="Times New Roman"/>
                <w:noProof/>
              </w:rPr>
              <w:t xml:space="preserve"> </w:t>
            </w:r>
            <w:r w:rsidRPr="00CE1390">
              <w:rPr>
                <w:rStyle w:val="Hiperhivatkozs"/>
                <w:noProof/>
              </w:rPr>
              <w:t>kérheti</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adatai</w:t>
            </w:r>
            <w:r w:rsidRPr="00CE1390">
              <w:rPr>
                <w:rStyle w:val="Hiperhivatkozs"/>
                <w:rFonts w:eastAsia="Times New Roman"/>
                <w:noProof/>
              </w:rPr>
              <w:t xml:space="preserve"> </w:t>
            </w:r>
            <w:r w:rsidRPr="00CE1390">
              <w:rPr>
                <w:rStyle w:val="Hiperhivatkozs"/>
                <w:noProof/>
              </w:rPr>
              <w:t>helyesbítését?</w:t>
            </w:r>
            <w:r>
              <w:rPr>
                <w:noProof/>
                <w:webHidden/>
              </w:rPr>
              <w:tab/>
            </w:r>
            <w:r>
              <w:rPr>
                <w:noProof/>
                <w:webHidden/>
              </w:rPr>
              <w:fldChar w:fldCharType="begin"/>
            </w:r>
            <w:r>
              <w:rPr>
                <w:noProof/>
                <w:webHidden/>
              </w:rPr>
              <w:instrText xml:space="preserve"> PAGEREF _Toc219475583 \h </w:instrText>
            </w:r>
            <w:r>
              <w:rPr>
                <w:noProof/>
                <w:webHidden/>
              </w:rPr>
            </w:r>
            <w:r>
              <w:rPr>
                <w:noProof/>
                <w:webHidden/>
              </w:rPr>
              <w:fldChar w:fldCharType="separate"/>
            </w:r>
            <w:r>
              <w:rPr>
                <w:noProof/>
                <w:webHidden/>
              </w:rPr>
              <w:t>4</w:t>
            </w:r>
            <w:r>
              <w:rPr>
                <w:noProof/>
                <w:webHidden/>
              </w:rPr>
              <w:fldChar w:fldCharType="end"/>
            </w:r>
          </w:hyperlink>
        </w:p>
        <w:p w14:paraId="078307E4" w14:textId="2AF101E9" w:rsidR="00211F8D" w:rsidRDefault="00211F8D" w:rsidP="00211F8D">
          <w:pPr>
            <w:pStyle w:val="TJ2"/>
            <w:tabs>
              <w:tab w:val="right" w:leader="dot" w:pos="9899"/>
            </w:tabs>
            <w:rPr>
              <w:noProof/>
            </w:rPr>
          </w:pPr>
          <w:hyperlink w:anchor="_Toc219475584" w:history="1">
            <w:r w:rsidRPr="00CE1390">
              <w:rPr>
                <w:rStyle w:val="Hiperhivatkozs"/>
                <w:noProof/>
              </w:rPr>
              <w:t>Mikor</w:t>
            </w:r>
            <w:r w:rsidRPr="00CE1390">
              <w:rPr>
                <w:rStyle w:val="Hiperhivatkozs"/>
                <w:rFonts w:eastAsia="Times New Roman"/>
                <w:noProof/>
              </w:rPr>
              <w:t xml:space="preserve"> </w:t>
            </w:r>
            <w:r w:rsidRPr="00CE1390">
              <w:rPr>
                <w:rStyle w:val="Hiperhivatkozs"/>
                <w:noProof/>
              </w:rPr>
              <w:t>van</w:t>
            </w:r>
            <w:r w:rsidRPr="00CE1390">
              <w:rPr>
                <w:rStyle w:val="Hiperhivatkozs"/>
                <w:rFonts w:eastAsia="Times New Roman"/>
                <w:noProof/>
              </w:rPr>
              <w:t xml:space="preserve"> </w:t>
            </w:r>
            <w:r w:rsidRPr="00CE1390">
              <w:rPr>
                <w:rStyle w:val="Hiperhivatkozs"/>
                <w:noProof/>
              </w:rPr>
              <w:t>joga</w:t>
            </w:r>
            <w:r w:rsidRPr="00CE1390">
              <w:rPr>
                <w:rStyle w:val="Hiperhivatkozs"/>
                <w:rFonts w:eastAsia="Times New Roman"/>
                <w:noProof/>
              </w:rPr>
              <w:t xml:space="preserve"> </w:t>
            </w:r>
            <w:r w:rsidRPr="00CE1390">
              <w:rPr>
                <w:rStyle w:val="Hiperhivatkozs"/>
                <w:noProof/>
              </w:rPr>
              <w:t>töröltetni</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adatait?</w:t>
            </w:r>
            <w:r>
              <w:rPr>
                <w:noProof/>
                <w:webHidden/>
              </w:rPr>
              <w:tab/>
            </w:r>
            <w:r>
              <w:rPr>
                <w:noProof/>
                <w:webHidden/>
              </w:rPr>
              <w:fldChar w:fldCharType="begin"/>
            </w:r>
            <w:r>
              <w:rPr>
                <w:noProof/>
                <w:webHidden/>
              </w:rPr>
              <w:instrText xml:space="preserve"> PAGEREF _Toc219475584 \h </w:instrText>
            </w:r>
            <w:r>
              <w:rPr>
                <w:noProof/>
                <w:webHidden/>
              </w:rPr>
            </w:r>
            <w:r>
              <w:rPr>
                <w:noProof/>
                <w:webHidden/>
              </w:rPr>
              <w:fldChar w:fldCharType="separate"/>
            </w:r>
            <w:r>
              <w:rPr>
                <w:noProof/>
                <w:webHidden/>
              </w:rPr>
              <w:t>4</w:t>
            </w:r>
            <w:r>
              <w:rPr>
                <w:noProof/>
                <w:webHidden/>
              </w:rPr>
              <w:fldChar w:fldCharType="end"/>
            </w:r>
          </w:hyperlink>
        </w:p>
        <w:p w14:paraId="48D27D9C" w14:textId="744C5D74" w:rsidR="00211F8D" w:rsidRDefault="00211F8D" w:rsidP="00211F8D">
          <w:pPr>
            <w:pStyle w:val="TJ2"/>
            <w:tabs>
              <w:tab w:val="right" w:leader="dot" w:pos="9899"/>
            </w:tabs>
            <w:rPr>
              <w:noProof/>
            </w:rPr>
          </w:pPr>
          <w:hyperlink w:anchor="_Toc219475585" w:history="1">
            <w:r w:rsidRPr="00CE1390">
              <w:rPr>
                <w:rStyle w:val="Hiperhivatkozs"/>
                <w:noProof/>
              </w:rPr>
              <w:t>Mikor</w:t>
            </w:r>
            <w:r w:rsidRPr="00CE1390">
              <w:rPr>
                <w:rStyle w:val="Hiperhivatkozs"/>
                <w:rFonts w:eastAsia="Times New Roman"/>
                <w:noProof/>
              </w:rPr>
              <w:t xml:space="preserve"> </w:t>
            </w:r>
            <w:r w:rsidRPr="00CE1390">
              <w:rPr>
                <w:rStyle w:val="Hiperhivatkozs"/>
                <w:noProof/>
              </w:rPr>
              <w:t>kell</w:t>
            </w:r>
            <w:r w:rsidRPr="00CE1390">
              <w:rPr>
                <w:rStyle w:val="Hiperhivatkozs"/>
                <w:rFonts w:eastAsia="Times New Roman"/>
                <w:noProof/>
              </w:rPr>
              <w:t xml:space="preserve"> </w:t>
            </w:r>
            <w:r w:rsidRPr="00CE1390">
              <w:rPr>
                <w:rStyle w:val="Hiperhivatkozs"/>
                <w:noProof/>
              </w:rPr>
              <w:t>zárolnunk</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Ön</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adatait?</w:t>
            </w:r>
            <w:r>
              <w:rPr>
                <w:noProof/>
                <w:webHidden/>
              </w:rPr>
              <w:tab/>
            </w:r>
            <w:r>
              <w:rPr>
                <w:noProof/>
                <w:webHidden/>
              </w:rPr>
              <w:fldChar w:fldCharType="begin"/>
            </w:r>
            <w:r>
              <w:rPr>
                <w:noProof/>
                <w:webHidden/>
              </w:rPr>
              <w:instrText xml:space="preserve"> PAGEREF _Toc219475585 \h </w:instrText>
            </w:r>
            <w:r>
              <w:rPr>
                <w:noProof/>
                <w:webHidden/>
              </w:rPr>
            </w:r>
            <w:r>
              <w:rPr>
                <w:noProof/>
                <w:webHidden/>
              </w:rPr>
              <w:fldChar w:fldCharType="separate"/>
            </w:r>
            <w:r>
              <w:rPr>
                <w:noProof/>
                <w:webHidden/>
              </w:rPr>
              <w:t>4</w:t>
            </w:r>
            <w:r>
              <w:rPr>
                <w:noProof/>
                <w:webHidden/>
              </w:rPr>
              <w:fldChar w:fldCharType="end"/>
            </w:r>
          </w:hyperlink>
        </w:p>
        <w:p w14:paraId="4E29A3F6" w14:textId="07AA4A9F" w:rsidR="00211F8D" w:rsidRDefault="00211F8D" w:rsidP="00211F8D">
          <w:pPr>
            <w:pStyle w:val="TJ2"/>
            <w:tabs>
              <w:tab w:val="right" w:leader="dot" w:pos="9899"/>
            </w:tabs>
            <w:rPr>
              <w:noProof/>
            </w:rPr>
          </w:pPr>
          <w:hyperlink w:anchor="_Toc219475586" w:history="1">
            <w:r w:rsidRPr="00CE1390">
              <w:rPr>
                <w:rStyle w:val="Hiperhivatkozs"/>
                <w:noProof/>
              </w:rPr>
              <w:t>Hogyan</w:t>
            </w:r>
            <w:r w:rsidRPr="00CE1390">
              <w:rPr>
                <w:rStyle w:val="Hiperhivatkozs"/>
                <w:rFonts w:eastAsia="Times New Roman"/>
                <w:noProof/>
              </w:rPr>
              <w:t xml:space="preserve"> </w:t>
            </w:r>
            <w:r w:rsidRPr="00CE1390">
              <w:rPr>
                <w:rStyle w:val="Hiperhivatkozs"/>
                <w:noProof/>
              </w:rPr>
              <w:t>vonhatja</w:t>
            </w:r>
            <w:r w:rsidRPr="00CE1390">
              <w:rPr>
                <w:rStyle w:val="Hiperhivatkozs"/>
                <w:rFonts w:eastAsia="Times New Roman"/>
                <w:noProof/>
              </w:rPr>
              <w:t xml:space="preserve"> </w:t>
            </w:r>
            <w:r w:rsidRPr="00CE1390">
              <w:rPr>
                <w:rStyle w:val="Hiperhivatkozs"/>
                <w:noProof/>
              </w:rPr>
              <w:t>vissza</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adatainak</w:t>
            </w:r>
            <w:r w:rsidRPr="00CE1390">
              <w:rPr>
                <w:rStyle w:val="Hiperhivatkozs"/>
                <w:rFonts w:eastAsia="Times New Roman"/>
                <w:noProof/>
              </w:rPr>
              <w:t xml:space="preserve"> </w:t>
            </w:r>
            <w:r w:rsidRPr="00CE1390">
              <w:rPr>
                <w:rStyle w:val="Hiperhivatkozs"/>
                <w:noProof/>
              </w:rPr>
              <w:t>kezelésére</w:t>
            </w:r>
            <w:r w:rsidRPr="00CE1390">
              <w:rPr>
                <w:rStyle w:val="Hiperhivatkozs"/>
                <w:rFonts w:eastAsia="Times New Roman"/>
                <w:noProof/>
              </w:rPr>
              <w:t xml:space="preserve"> </w:t>
            </w:r>
            <w:r w:rsidRPr="00CE1390">
              <w:rPr>
                <w:rStyle w:val="Hiperhivatkozs"/>
                <w:noProof/>
              </w:rPr>
              <w:t>adott</w:t>
            </w:r>
            <w:r w:rsidRPr="00CE1390">
              <w:rPr>
                <w:rStyle w:val="Hiperhivatkozs"/>
                <w:rFonts w:eastAsia="Times New Roman"/>
                <w:noProof/>
              </w:rPr>
              <w:t xml:space="preserve"> </w:t>
            </w:r>
            <w:r w:rsidRPr="00CE1390">
              <w:rPr>
                <w:rStyle w:val="Hiperhivatkozs"/>
                <w:noProof/>
              </w:rPr>
              <w:t>hozzájárulását?</w:t>
            </w:r>
            <w:r>
              <w:rPr>
                <w:noProof/>
                <w:webHidden/>
              </w:rPr>
              <w:tab/>
            </w:r>
            <w:r>
              <w:rPr>
                <w:noProof/>
                <w:webHidden/>
              </w:rPr>
              <w:fldChar w:fldCharType="begin"/>
            </w:r>
            <w:r>
              <w:rPr>
                <w:noProof/>
                <w:webHidden/>
              </w:rPr>
              <w:instrText xml:space="preserve"> PAGEREF _Toc219475586 \h </w:instrText>
            </w:r>
            <w:r>
              <w:rPr>
                <w:noProof/>
                <w:webHidden/>
              </w:rPr>
            </w:r>
            <w:r>
              <w:rPr>
                <w:noProof/>
                <w:webHidden/>
              </w:rPr>
              <w:fldChar w:fldCharType="separate"/>
            </w:r>
            <w:r>
              <w:rPr>
                <w:noProof/>
                <w:webHidden/>
              </w:rPr>
              <w:t>4</w:t>
            </w:r>
            <w:r>
              <w:rPr>
                <w:noProof/>
                <w:webHidden/>
              </w:rPr>
              <w:fldChar w:fldCharType="end"/>
            </w:r>
          </w:hyperlink>
        </w:p>
        <w:p w14:paraId="2E83E97D" w14:textId="5695BC83" w:rsidR="00211F8D" w:rsidRDefault="00211F8D" w:rsidP="00211F8D">
          <w:pPr>
            <w:pStyle w:val="TJ2"/>
            <w:tabs>
              <w:tab w:val="right" w:leader="dot" w:pos="9899"/>
            </w:tabs>
            <w:rPr>
              <w:noProof/>
            </w:rPr>
          </w:pPr>
          <w:hyperlink w:anchor="_Toc219475587" w:history="1">
            <w:r w:rsidRPr="00CE1390">
              <w:rPr>
                <w:rStyle w:val="Hiperhivatkozs"/>
                <w:noProof/>
              </w:rPr>
              <w:t>Hova</w:t>
            </w:r>
            <w:r w:rsidRPr="00CE1390">
              <w:rPr>
                <w:rStyle w:val="Hiperhivatkozs"/>
                <w:rFonts w:eastAsia="Times New Roman"/>
                <w:noProof/>
              </w:rPr>
              <w:t xml:space="preserve"> </w:t>
            </w:r>
            <w:r w:rsidRPr="00CE1390">
              <w:rPr>
                <w:rStyle w:val="Hiperhivatkozs"/>
                <w:noProof/>
              </w:rPr>
              <w:t>fordulhat</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panaszával?</w:t>
            </w:r>
            <w:r>
              <w:rPr>
                <w:noProof/>
                <w:webHidden/>
              </w:rPr>
              <w:tab/>
            </w:r>
            <w:r>
              <w:rPr>
                <w:noProof/>
                <w:webHidden/>
              </w:rPr>
              <w:fldChar w:fldCharType="begin"/>
            </w:r>
            <w:r>
              <w:rPr>
                <w:noProof/>
                <w:webHidden/>
              </w:rPr>
              <w:instrText xml:space="preserve"> PAGEREF _Toc219475587 \h </w:instrText>
            </w:r>
            <w:r>
              <w:rPr>
                <w:noProof/>
                <w:webHidden/>
              </w:rPr>
            </w:r>
            <w:r>
              <w:rPr>
                <w:noProof/>
                <w:webHidden/>
              </w:rPr>
              <w:fldChar w:fldCharType="separate"/>
            </w:r>
            <w:r>
              <w:rPr>
                <w:noProof/>
                <w:webHidden/>
              </w:rPr>
              <w:t>5</w:t>
            </w:r>
            <w:r>
              <w:rPr>
                <w:noProof/>
                <w:webHidden/>
              </w:rPr>
              <w:fldChar w:fldCharType="end"/>
            </w:r>
          </w:hyperlink>
        </w:p>
        <w:p w14:paraId="15A12114" w14:textId="15BEDF29" w:rsidR="00211F8D" w:rsidRDefault="00211F8D" w:rsidP="00211F8D">
          <w:pPr>
            <w:pStyle w:val="TJ2"/>
            <w:tabs>
              <w:tab w:val="right" w:leader="dot" w:pos="9899"/>
            </w:tabs>
            <w:rPr>
              <w:noProof/>
            </w:rPr>
          </w:pPr>
          <w:hyperlink w:anchor="_Toc219475588" w:history="1">
            <w:r w:rsidRPr="00CE1390">
              <w:rPr>
                <w:rStyle w:val="Hiperhivatkozs"/>
                <w:noProof/>
              </w:rPr>
              <w:t>Hogyan</w:t>
            </w:r>
            <w:r w:rsidRPr="00CE1390">
              <w:rPr>
                <w:rStyle w:val="Hiperhivatkozs"/>
                <w:rFonts w:eastAsia="Times New Roman"/>
                <w:noProof/>
              </w:rPr>
              <w:t xml:space="preserve"> </w:t>
            </w:r>
            <w:r w:rsidRPr="00CE1390">
              <w:rPr>
                <w:rStyle w:val="Hiperhivatkozs"/>
                <w:noProof/>
              </w:rPr>
              <w:t>fordulhat</w:t>
            </w:r>
            <w:r w:rsidRPr="00CE1390">
              <w:rPr>
                <w:rStyle w:val="Hiperhivatkozs"/>
                <w:rFonts w:eastAsia="Times New Roman"/>
                <w:noProof/>
              </w:rPr>
              <w:t xml:space="preserve"> </w:t>
            </w:r>
            <w:r w:rsidRPr="00CE1390">
              <w:rPr>
                <w:rStyle w:val="Hiperhivatkozs"/>
                <w:noProof/>
              </w:rPr>
              <w:t>bírósághoz,</w:t>
            </w:r>
            <w:r w:rsidRPr="00CE1390">
              <w:rPr>
                <w:rStyle w:val="Hiperhivatkozs"/>
                <w:rFonts w:eastAsia="Times New Roman"/>
                <w:noProof/>
              </w:rPr>
              <w:t xml:space="preserve"> </w:t>
            </w:r>
            <w:r w:rsidRPr="00CE1390">
              <w:rPr>
                <w:rStyle w:val="Hiperhivatkozs"/>
                <w:noProof/>
              </w:rPr>
              <w:t>ha</w:t>
            </w:r>
            <w:r w:rsidRPr="00CE1390">
              <w:rPr>
                <w:rStyle w:val="Hiperhivatkozs"/>
                <w:rFonts w:eastAsia="Times New Roman"/>
                <w:noProof/>
              </w:rPr>
              <w:t xml:space="preserve"> </w:t>
            </w:r>
            <w:r w:rsidRPr="00CE1390">
              <w:rPr>
                <w:rStyle w:val="Hiperhivatkozs"/>
                <w:noProof/>
              </w:rPr>
              <w:t>megsértettük</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jogait?</w:t>
            </w:r>
            <w:r>
              <w:rPr>
                <w:noProof/>
                <w:webHidden/>
              </w:rPr>
              <w:tab/>
            </w:r>
            <w:r>
              <w:rPr>
                <w:noProof/>
                <w:webHidden/>
              </w:rPr>
              <w:fldChar w:fldCharType="begin"/>
            </w:r>
            <w:r>
              <w:rPr>
                <w:noProof/>
                <w:webHidden/>
              </w:rPr>
              <w:instrText xml:space="preserve"> PAGEREF _Toc219475588 \h </w:instrText>
            </w:r>
            <w:r>
              <w:rPr>
                <w:noProof/>
                <w:webHidden/>
              </w:rPr>
            </w:r>
            <w:r>
              <w:rPr>
                <w:noProof/>
                <w:webHidden/>
              </w:rPr>
              <w:fldChar w:fldCharType="separate"/>
            </w:r>
            <w:r>
              <w:rPr>
                <w:noProof/>
                <w:webHidden/>
              </w:rPr>
              <w:t>5</w:t>
            </w:r>
            <w:r>
              <w:rPr>
                <w:noProof/>
                <w:webHidden/>
              </w:rPr>
              <w:fldChar w:fldCharType="end"/>
            </w:r>
          </w:hyperlink>
        </w:p>
        <w:p w14:paraId="617EA660" w14:textId="1A83C8B2" w:rsidR="00211F8D" w:rsidRDefault="00211F8D" w:rsidP="00211F8D">
          <w:pPr>
            <w:pStyle w:val="TJ2"/>
            <w:tabs>
              <w:tab w:val="right" w:leader="dot" w:pos="9899"/>
            </w:tabs>
            <w:rPr>
              <w:noProof/>
            </w:rPr>
          </w:pPr>
          <w:hyperlink w:anchor="_Toc219475589" w:history="1">
            <w:r w:rsidRPr="00CE1390">
              <w:rPr>
                <w:rStyle w:val="Hiperhivatkozs"/>
                <w:noProof/>
              </w:rPr>
              <w:t>Hogyan</w:t>
            </w:r>
            <w:r w:rsidRPr="00CE1390">
              <w:rPr>
                <w:rStyle w:val="Hiperhivatkozs"/>
                <w:rFonts w:eastAsia="Times New Roman"/>
                <w:noProof/>
              </w:rPr>
              <w:t xml:space="preserve"> </w:t>
            </w:r>
            <w:r w:rsidRPr="00CE1390">
              <w:rPr>
                <w:rStyle w:val="Hiperhivatkozs"/>
                <w:noProof/>
              </w:rPr>
              <w:t>jutunk</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Ön</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adataihoz?</w:t>
            </w:r>
            <w:r>
              <w:rPr>
                <w:noProof/>
                <w:webHidden/>
              </w:rPr>
              <w:tab/>
            </w:r>
            <w:r>
              <w:rPr>
                <w:noProof/>
                <w:webHidden/>
              </w:rPr>
              <w:fldChar w:fldCharType="begin"/>
            </w:r>
            <w:r>
              <w:rPr>
                <w:noProof/>
                <w:webHidden/>
              </w:rPr>
              <w:instrText xml:space="preserve"> PAGEREF _Toc219475589 \h </w:instrText>
            </w:r>
            <w:r>
              <w:rPr>
                <w:noProof/>
                <w:webHidden/>
              </w:rPr>
            </w:r>
            <w:r>
              <w:rPr>
                <w:noProof/>
                <w:webHidden/>
              </w:rPr>
              <w:fldChar w:fldCharType="separate"/>
            </w:r>
            <w:r>
              <w:rPr>
                <w:noProof/>
                <w:webHidden/>
              </w:rPr>
              <w:t>5</w:t>
            </w:r>
            <w:r>
              <w:rPr>
                <w:noProof/>
                <w:webHidden/>
              </w:rPr>
              <w:fldChar w:fldCharType="end"/>
            </w:r>
          </w:hyperlink>
        </w:p>
        <w:p w14:paraId="52C18DDC" w14:textId="27E7DA69" w:rsidR="00211F8D" w:rsidRDefault="00211F8D" w:rsidP="00211F8D">
          <w:pPr>
            <w:pStyle w:val="TJ2"/>
            <w:tabs>
              <w:tab w:val="right" w:leader="dot" w:pos="9899"/>
            </w:tabs>
            <w:rPr>
              <w:noProof/>
            </w:rPr>
          </w:pPr>
          <w:hyperlink w:anchor="_Toc219475590" w:history="1">
            <w:r w:rsidRPr="00CE1390">
              <w:rPr>
                <w:rStyle w:val="Hiperhivatkozs"/>
                <w:noProof/>
              </w:rPr>
              <w:t>Mit</w:t>
            </w:r>
            <w:r w:rsidRPr="00CE1390">
              <w:rPr>
                <w:rStyle w:val="Hiperhivatkozs"/>
                <w:rFonts w:eastAsia="Times New Roman"/>
                <w:noProof/>
              </w:rPr>
              <w:t xml:space="preserve"> </w:t>
            </w:r>
            <w:r w:rsidRPr="00CE1390">
              <w:rPr>
                <w:rStyle w:val="Hiperhivatkozs"/>
                <w:noProof/>
              </w:rPr>
              <w:t>teszünk</w:t>
            </w:r>
            <w:r w:rsidRPr="00CE1390">
              <w:rPr>
                <w:rStyle w:val="Hiperhivatkozs"/>
                <w:rFonts w:eastAsia="Times New Roman"/>
                <w:noProof/>
              </w:rPr>
              <w:t xml:space="preserve"> </w:t>
            </w:r>
            <w:r w:rsidRPr="00CE1390">
              <w:rPr>
                <w:rStyle w:val="Hiperhivatkozs"/>
                <w:noProof/>
              </w:rPr>
              <w:t>azért,</w:t>
            </w:r>
            <w:r w:rsidRPr="00CE1390">
              <w:rPr>
                <w:rStyle w:val="Hiperhivatkozs"/>
                <w:rFonts w:eastAsia="Times New Roman"/>
                <w:noProof/>
              </w:rPr>
              <w:t xml:space="preserve"> </w:t>
            </w:r>
            <w:r w:rsidRPr="00CE1390">
              <w:rPr>
                <w:rStyle w:val="Hiperhivatkozs"/>
                <w:noProof/>
              </w:rPr>
              <w:t>hogy</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adatait</w:t>
            </w:r>
            <w:r w:rsidRPr="00CE1390">
              <w:rPr>
                <w:rStyle w:val="Hiperhivatkozs"/>
                <w:rFonts w:eastAsia="Times New Roman"/>
                <w:noProof/>
              </w:rPr>
              <w:t xml:space="preserve"> </w:t>
            </w:r>
            <w:r w:rsidRPr="00CE1390">
              <w:rPr>
                <w:rStyle w:val="Hiperhivatkozs"/>
                <w:noProof/>
              </w:rPr>
              <w:t>biztonságosan</w:t>
            </w:r>
            <w:r w:rsidRPr="00CE1390">
              <w:rPr>
                <w:rStyle w:val="Hiperhivatkozs"/>
                <w:rFonts w:eastAsia="Times New Roman"/>
                <w:noProof/>
              </w:rPr>
              <w:t xml:space="preserve"> </w:t>
            </w:r>
            <w:r w:rsidRPr="00CE1390">
              <w:rPr>
                <w:rStyle w:val="Hiperhivatkozs"/>
                <w:noProof/>
              </w:rPr>
              <w:t>kezeljük?</w:t>
            </w:r>
            <w:r>
              <w:rPr>
                <w:noProof/>
                <w:webHidden/>
              </w:rPr>
              <w:tab/>
            </w:r>
            <w:r>
              <w:rPr>
                <w:noProof/>
                <w:webHidden/>
              </w:rPr>
              <w:fldChar w:fldCharType="begin"/>
            </w:r>
            <w:r>
              <w:rPr>
                <w:noProof/>
                <w:webHidden/>
              </w:rPr>
              <w:instrText xml:space="preserve"> PAGEREF _Toc219475590 \h </w:instrText>
            </w:r>
            <w:r>
              <w:rPr>
                <w:noProof/>
                <w:webHidden/>
              </w:rPr>
            </w:r>
            <w:r>
              <w:rPr>
                <w:noProof/>
                <w:webHidden/>
              </w:rPr>
              <w:fldChar w:fldCharType="separate"/>
            </w:r>
            <w:r>
              <w:rPr>
                <w:noProof/>
                <w:webHidden/>
              </w:rPr>
              <w:t>5</w:t>
            </w:r>
            <w:r>
              <w:rPr>
                <w:noProof/>
                <w:webHidden/>
              </w:rPr>
              <w:fldChar w:fldCharType="end"/>
            </w:r>
          </w:hyperlink>
        </w:p>
        <w:p w14:paraId="666C1AB8" w14:textId="588C8D48" w:rsidR="00211F8D" w:rsidRDefault="00211F8D" w:rsidP="00211F8D">
          <w:pPr>
            <w:pStyle w:val="TJ2"/>
            <w:tabs>
              <w:tab w:val="right" w:leader="dot" w:pos="9899"/>
            </w:tabs>
            <w:rPr>
              <w:noProof/>
            </w:rPr>
          </w:pPr>
          <w:hyperlink w:anchor="_Toc219475591" w:history="1">
            <w:r w:rsidRPr="00CE1390">
              <w:rPr>
                <w:rStyle w:val="Hiperhivatkozs"/>
                <w:noProof/>
              </w:rPr>
              <w:t>Milyen</w:t>
            </w:r>
            <w:r w:rsidRPr="00CE1390">
              <w:rPr>
                <w:rStyle w:val="Hiperhivatkozs"/>
                <w:rFonts w:eastAsia="Times New Roman"/>
                <w:noProof/>
              </w:rPr>
              <w:t xml:space="preserve"> </w:t>
            </w:r>
            <w:r w:rsidRPr="00CE1390">
              <w:rPr>
                <w:rStyle w:val="Hiperhivatkozs"/>
                <w:noProof/>
              </w:rPr>
              <w:t>alapelveket</w:t>
            </w:r>
            <w:r w:rsidRPr="00CE1390">
              <w:rPr>
                <w:rStyle w:val="Hiperhivatkozs"/>
                <w:rFonts w:eastAsia="Times New Roman"/>
                <w:noProof/>
              </w:rPr>
              <w:t xml:space="preserve"> </w:t>
            </w:r>
            <w:r w:rsidRPr="00CE1390">
              <w:rPr>
                <w:rStyle w:val="Hiperhivatkozs"/>
                <w:noProof/>
              </w:rPr>
              <w:t>tartunk</w:t>
            </w:r>
            <w:r w:rsidRPr="00CE1390">
              <w:rPr>
                <w:rStyle w:val="Hiperhivatkozs"/>
                <w:rFonts w:eastAsia="Times New Roman"/>
                <w:noProof/>
              </w:rPr>
              <w:t xml:space="preserve"> </w:t>
            </w:r>
            <w:r w:rsidRPr="00CE1390">
              <w:rPr>
                <w:rStyle w:val="Hiperhivatkozs"/>
                <w:noProof/>
              </w:rPr>
              <w:t>kötelezőnek</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adatkezelésünk</w:t>
            </w:r>
            <w:r w:rsidRPr="00CE1390">
              <w:rPr>
                <w:rStyle w:val="Hiperhivatkozs"/>
                <w:rFonts w:eastAsia="Times New Roman"/>
                <w:noProof/>
              </w:rPr>
              <w:t xml:space="preserve"> </w:t>
            </w:r>
            <w:r w:rsidRPr="00CE1390">
              <w:rPr>
                <w:rStyle w:val="Hiperhivatkozs"/>
                <w:noProof/>
              </w:rPr>
              <w:t>során?</w:t>
            </w:r>
            <w:r>
              <w:rPr>
                <w:noProof/>
                <w:webHidden/>
              </w:rPr>
              <w:tab/>
            </w:r>
            <w:r>
              <w:rPr>
                <w:noProof/>
                <w:webHidden/>
              </w:rPr>
              <w:fldChar w:fldCharType="begin"/>
            </w:r>
            <w:r>
              <w:rPr>
                <w:noProof/>
                <w:webHidden/>
              </w:rPr>
              <w:instrText xml:space="preserve"> PAGEREF _Toc219475591 \h </w:instrText>
            </w:r>
            <w:r>
              <w:rPr>
                <w:noProof/>
                <w:webHidden/>
              </w:rPr>
            </w:r>
            <w:r>
              <w:rPr>
                <w:noProof/>
                <w:webHidden/>
              </w:rPr>
              <w:fldChar w:fldCharType="separate"/>
            </w:r>
            <w:r>
              <w:rPr>
                <w:noProof/>
                <w:webHidden/>
              </w:rPr>
              <w:t>5</w:t>
            </w:r>
            <w:r>
              <w:rPr>
                <w:noProof/>
                <w:webHidden/>
              </w:rPr>
              <w:fldChar w:fldCharType="end"/>
            </w:r>
          </w:hyperlink>
        </w:p>
        <w:p w14:paraId="5C49F0F7" w14:textId="71805F0A" w:rsidR="00211F8D" w:rsidRDefault="00211F8D" w:rsidP="00211F8D">
          <w:pPr>
            <w:pStyle w:val="TJ1"/>
            <w:tabs>
              <w:tab w:val="right" w:leader="dot" w:pos="9899"/>
            </w:tabs>
            <w:rPr>
              <w:noProof/>
            </w:rPr>
          </w:pPr>
          <w:hyperlink w:anchor="_Toc219475592" w:history="1">
            <w:r w:rsidRPr="00CE1390">
              <w:rPr>
                <w:rStyle w:val="Hiperhivatkozs"/>
                <w:noProof/>
              </w:rPr>
              <w:t>2.</w:t>
            </w:r>
            <w:r w:rsidRPr="00CE1390">
              <w:rPr>
                <w:rStyle w:val="Hiperhivatkozs"/>
                <w:rFonts w:eastAsia="Times New Roman"/>
                <w:noProof/>
              </w:rPr>
              <w:t xml:space="preserve"> </w:t>
            </w:r>
            <w:r w:rsidRPr="00CE1390">
              <w:rPr>
                <w:rStyle w:val="Hiperhivatkozs"/>
                <w:noProof/>
              </w:rPr>
              <w:t>Részletes</w:t>
            </w:r>
            <w:r w:rsidRPr="00CE1390">
              <w:rPr>
                <w:rStyle w:val="Hiperhivatkozs"/>
                <w:rFonts w:eastAsia="Times New Roman"/>
                <w:noProof/>
              </w:rPr>
              <w:t xml:space="preserve"> </w:t>
            </w:r>
            <w:r w:rsidRPr="00CE1390">
              <w:rPr>
                <w:rStyle w:val="Hiperhivatkozs"/>
                <w:noProof/>
                <w:w w:val="101"/>
              </w:rPr>
              <w:t>adatkezelési</w:t>
            </w:r>
            <w:r w:rsidRPr="00CE1390">
              <w:rPr>
                <w:rStyle w:val="Hiperhivatkozs"/>
                <w:rFonts w:eastAsia="Times New Roman"/>
                <w:noProof/>
              </w:rPr>
              <w:t xml:space="preserve"> </w:t>
            </w:r>
            <w:r w:rsidRPr="00CE1390">
              <w:rPr>
                <w:rStyle w:val="Hiperhivatkozs"/>
                <w:noProof/>
              </w:rPr>
              <w:t>tájékoztató</w:t>
            </w:r>
            <w:r>
              <w:rPr>
                <w:noProof/>
                <w:webHidden/>
              </w:rPr>
              <w:tab/>
            </w:r>
            <w:r>
              <w:rPr>
                <w:noProof/>
                <w:webHidden/>
              </w:rPr>
              <w:fldChar w:fldCharType="begin"/>
            </w:r>
            <w:r>
              <w:rPr>
                <w:noProof/>
                <w:webHidden/>
              </w:rPr>
              <w:instrText xml:space="preserve"> PAGEREF _Toc219475592 \h </w:instrText>
            </w:r>
            <w:r>
              <w:rPr>
                <w:noProof/>
                <w:webHidden/>
              </w:rPr>
            </w:r>
            <w:r>
              <w:rPr>
                <w:noProof/>
                <w:webHidden/>
              </w:rPr>
              <w:fldChar w:fldCharType="separate"/>
            </w:r>
            <w:r>
              <w:rPr>
                <w:noProof/>
                <w:webHidden/>
              </w:rPr>
              <w:t>6</w:t>
            </w:r>
            <w:r>
              <w:rPr>
                <w:noProof/>
                <w:webHidden/>
              </w:rPr>
              <w:fldChar w:fldCharType="end"/>
            </w:r>
          </w:hyperlink>
        </w:p>
        <w:p w14:paraId="1BAE11B1" w14:textId="5AABC3E6" w:rsidR="00211F8D" w:rsidRDefault="00211F8D" w:rsidP="00211F8D">
          <w:pPr>
            <w:pStyle w:val="TJ2"/>
            <w:tabs>
              <w:tab w:val="right" w:leader="dot" w:pos="9899"/>
            </w:tabs>
            <w:rPr>
              <w:noProof/>
            </w:rPr>
          </w:pPr>
          <w:hyperlink w:anchor="_Toc219475593" w:history="1">
            <w:r w:rsidRPr="00CE1390">
              <w:rPr>
                <w:rStyle w:val="Hiperhivatkozs"/>
                <w:noProof/>
              </w:rPr>
              <w:t>2.1.</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adatkezelések</w:t>
            </w:r>
            <w:r w:rsidRPr="00CE1390">
              <w:rPr>
                <w:rStyle w:val="Hiperhivatkozs"/>
                <w:rFonts w:eastAsia="Times New Roman"/>
                <w:noProof/>
              </w:rPr>
              <w:t xml:space="preserve"> </w:t>
            </w:r>
            <w:r w:rsidRPr="00CE1390">
              <w:rPr>
                <w:rStyle w:val="Hiperhivatkozs"/>
                <w:noProof/>
              </w:rPr>
              <w:t>bemutatása</w:t>
            </w:r>
            <w:r>
              <w:rPr>
                <w:noProof/>
                <w:webHidden/>
              </w:rPr>
              <w:tab/>
            </w:r>
            <w:r>
              <w:rPr>
                <w:noProof/>
                <w:webHidden/>
              </w:rPr>
              <w:fldChar w:fldCharType="begin"/>
            </w:r>
            <w:r>
              <w:rPr>
                <w:noProof/>
                <w:webHidden/>
              </w:rPr>
              <w:instrText xml:space="preserve"> PAGEREF _Toc219475593 \h </w:instrText>
            </w:r>
            <w:r>
              <w:rPr>
                <w:noProof/>
                <w:webHidden/>
              </w:rPr>
            </w:r>
            <w:r>
              <w:rPr>
                <w:noProof/>
                <w:webHidden/>
              </w:rPr>
              <w:fldChar w:fldCharType="separate"/>
            </w:r>
            <w:r>
              <w:rPr>
                <w:noProof/>
                <w:webHidden/>
              </w:rPr>
              <w:t>6</w:t>
            </w:r>
            <w:r>
              <w:rPr>
                <w:noProof/>
                <w:webHidden/>
              </w:rPr>
              <w:fldChar w:fldCharType="end"/>
            </w:r>
          </w:hyperlink>
        </w:p>
        <w:p w14:paraId="7FE98498" w14:textId="01AEF3A1" w:rsidR="00211F8D" w:rsidRDefault="00211F8D" w:rsidP="00211F8D">
          <w:pPr>
            <w:pStyle w:val="TJ2"/>
            <w:tabs>
              <w:tab w:val="right" w:leader="dot" w:pos="9899"/>
            </w:tabs>
            <w:rPr>
              <w:noProof/>
            </w:rPr>
          </w:pPr>
          <w:hyperlink w:anchor="_Toc219475594" w:history="1">
            <w:r w:rsidRPr="00CE1390">
              <w:rPr>
                <w:rStyle w:val="Hiperhivatkozs"/>
                <w:noProof/>
              </w:rPr>
              <w:t>A</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adatokhoz</w:t>
            </w:r>
            <w:r w:rsidRPr="00CE1390">
              <w:rPr>
                <w:rStyle w:val="Hiperhivatkozs"/>
                <w:rFonts w:eastAsia="Times New Roman"/>
                <w:noProof/>
              </w:rPr>
              <w:t xml:space="preserve"> </w:t>
            </w:r>
            <w:r w:rsidRPr="00CE1390">
              <w:rPr>
                <w:rStyle w:val="Hiperhivatkozs"/>
                <w:noProof/>
              </w:rPr>
              <w:t>fűződő</w:t>
            </w:r>
            <w:r w:rsidRPr="00CE1390">
              <w:rPr>
                <w:rStyle w:val="Hiperhivatkozs"/>
                <w:rFonts w:eastAsia="Times New Roman"/>
                <w:noProof/>
              </w:rPr>
              <w:t xml:space="preserve"> </w:t>
            </w:r>
            <w:r w:rsidRPr="00CE1390">
              <w:rPr>
                <w:rStyle w:val="Hiperhivatkozs"/>
                <w:noProof/>
              </w:rPr>
              <w:t>jogok</w:t>
            </w:r>
            <w:r w:rsidRPr="00CE1390">
              <w:rPr>
                <w:rStyle w:val="Hiperhivatkozs"/>
                <w:rFonts w:eastAsia="Times New Roman"/>
                <w:noProof/>
              </w:rPr>
              <w:t xml:space="preserve"> </w:t>
            </w:r>
            <w:r w:rsidRPr="00CE1390">
              <w:rPr>
                <w:rStyle w:val="Hiperhivatkozs"/>
                <w:noProof/>
              </w:rPr>
              <w:t>gyakorlása</w:t>
            </w:r>
            <w:r>
              <w:rPr>
                <w:noProof/>
                <w:webHidden/>
              </w:rPr>
              <w:tab/>
            </w:r>
            <w:r>
              <w:rPr>
                <w:noProof/>
                <w:webHidden/>
              </w:rPr>
              <w:fldChar w:fldCharType="begin"/>
            </w:r>
            <w:r>
              <w:rPr>
                <w:noProof/>
                <w:webHidden/>
              </w:rPr>
              <w:instrText xml:space="preserve"> PAGEREF _Toc219475594 \h </w:instrText>
            </w:r>
            <w:r>
              <w:rPr>
                <w:noProof/>
                <w:webHidden/>
              </w:rPr>
            </w:r>
            <w:r>
              <w:rPr>
                <w:noProof/>
                <w:webHidden/>
              </w:rPr>
              <w:fldChar w:fldCharType="separate"/>
            </w:r>
            <w:r>
              <w:rPr>
                <w:noProof/>
                <w:webHidden/>
              </w:rPr>
              <w:t>6</w:t>
            </w:r>
            <w:r>
              <w:rPr>
                <w:noProof/>
                <w:webHidden/>
              </w:rPr>
              <w:fldChar w:fldCharType="end"/>
            </w:r>
          </w:hyperlink>
        </w:p>
        <w:p w14:paraId="3C90BE7E" w14:textId="38859D73" w:rsidR="00211F8D" w:rsidRDefault="00211F8D" w:rsidP="00211F8D">
          <w:pPr>
            <w:pStyle w:val="TJ2"/>
            <w:tabs>
              <w:tab w:val="right" w:leader="dot" w:pos="9899"/>
            </w:tabs>
            <w:rPr>
              <w:noProof/>
            </w:rPr>
          </w:pPr>
          <w:hyperlink w:anchor="_Toc219475595" w:history="1">
            <w:r w:rsidRPr="00CE1390">
              <w:rPr>
                <w:rStyle w:val="Hiperhivatkozs"/>
                <w:noProof/>
              </w:rPr>
              <w:t>Kapcsolattartás</w:t>
            </w:r>
            <w:r w:rsidRPr="00CE1390">
              <w:rPr>
                <w:rStyle w:val="Hiperhivatkozs"/>
                <w:rFonts w:eastAsia="Times New Roman"/>
                <w:noProof/>
              </w:rPr>
              <w:t xml:space="preserve"> </w:t>
            </w:r>
            <w:r w:rsidRPr="00CE1390">
              <w:rPr>
                <w:rStyle w:val="Hiperhivatkozs"/>
                <w:noProof/>
              </w:rPr>
              <w:t>üzleti</w:t>
            </w:r>
            <w:r w:rsidRPr="00CE1390">
              <w:rPr>
                <w:rStyle w:val="Hiperhivatkozs"/>
                <w:rFonts w:eastAsia="Times New Roman"/>
                <w:noProof/>
              </w:rPr>
              <w:t xml:space="preserve"> </w:t>
            </w:r>
            <w:r w:rsidRPr="00CE1390">
              <w:rPr>
                <w:rStyle w:val="Hiperhivatkozs"/>
                <w:noProof/>
              </w:rPr>
              <w:t>célból</w:t>
            </w:r>
            <w:r>
              <w:rPr>
                <w:noProof/>
                <w:webHidden/>
              </w:rPr>
              <w:tab/>
            </w:r>
            <w:r>
              <w:rPr>
                <w:noProof/>
                <w:webHidden/>
              </w:rPr>
              <w:fldChar w:fldCharType="begin"/>
            </w:r>
            <w:r>
              <w:rPr>
                <w:noProof/>
                <w:webHidden/>
              </w:rPr>
              <w:instrText xml:space="preserve"> PAGEREF _Toc219475595 \h </w:instrText>
            </w:r>
            <w:r>
              <w:rPr>
                <w:noProof/>
                <w:webHidden/>
              </w:rPr>
            </w:r>
            <w:r>
              <w:rPr>
                <w:noProof/>
                <w:webHidden/>
              </w:rPr>
              <w:fldChar w:fldCharType="separate"/>
            </w:r>
            <w:r>
              <w:rPr>
                <w:noProof/>
                <w:webHidden/>
              </w:rPr>
              <w:t>7</w:t>
            </w:r>
            <w:r>
              <w:rPr>
                <w:noProof/>
                <w:webHidden/>
              </w:rPr>
              <w:fldChar w:fldCharType="end"/>
            </w:r>
          </w:hyperlink>
        </w:p>
        <w:p w14:paraId="17E8CA9B" w14:textId="11135256" w:rsidR="00211F8D" w:rsidRDefault="00211F8D" w:rsidP="00211F8D">
          <w:pPr>
            <w:pStyle w:val="TJ2"/>
            <w:tabs>
              <w:tab w:val="right" w:leader="dot" w:pos="9899"/>
            </w:tabs>
            <w:rPr>
              <w:noProof/>
            </w:rPr>
          </w:pPr>
          <w:hyperlink w:anchor="_Toc219475596" w:history="1">
            <w:r w:rsidRPr="00CE1390">
              <w:rPr>
                <w:rStyle w:val="Hiperhivatkozs"/>
                <w:noProof/>
              </w:rPr>
              <w:t>Jogi</w:t>
            </w:r>
            <w:r w:rsidRPr="00CE1390">
              <w:rPr>
                <w:rStyle w:val="Hiperhivatkozs"/>
                <w:rFonts w:eastAsia="Times New Roman"/>
                <w:noProof/>
              </w:rPr>
              <w:t xml:space="preserve"> </w:t>
            </w:r>
            <w:r w:rsidRPr="00CE1390">
              <w:rPr>
                <w:rStyle w:val="Hiperhivatkozs"/>
                <w:noProof/>
              </w:rPr>
              <w:t>igények</w:t>
            </w:r>
            <w:r w:rsidRPr="00CE1390">
              <w:rPr>
                <w:rStyle w:val="Hiperhivatkozs"/>
                <w:rFonts w:eastAsia="Times New Roman"/>
                <w:noProof/>
              </w:rPr>
              <w:t xml:space="preserve"> </w:t>
            </w:r>
            <w:r w:rsidRPr="00CE1390">
              <w:rPr>
                <w:rStyle w:val="Hiperhivatkozs"/>
                <w:noProof/>
              </w:rPr>
              <w:t>érvényesítése</w:t>
            </w:r>
            <w:r>
              <w:rPr>
                <w:noProof/>
                <w:webHidden/>
              </w:rPr>
              <w:tab/>
            </w:r>
            <w:r>
              <w:rPr>
                <w:noProof/>
                <w:webHidden/>
              </w:rPr>
              <w:fldChar w:fldCharType="begin"/>
            </w:r>
            <w:r>
              <w:rPr>
                <w:noProof/>
                <w:webHidden/>
              </w:rPr>
              <w:instrText xml:space="preserve"> PAGEREF _Toc219475596 \h </w:instrText>
            </w:r>
            <w:r>
              <w:rPr>
                <w:noProof/>
                <w:webHidden/>
              </w:rPr>
            </w:r>
            <w:r>
              <w:rPr>
                <w:noProof/>
                <w:webHidden/>
              </w:rPr>
              <w:fldChar w:fldCharType="separate"/>
            </w:r>
            <w:r>
              <w:rPr>
                <w:noProof/>
                <w:webHidden/>
              </w:rPr>
              <w:t>8</w:t>
            </w:r>
            <w:r>
              <w:rPr>
                <w:noProof/>
                <w:webHidden/>
              </w:rPr>
              <w:fldChar w:fldCharType="end"/>
            </w:r>
          </w:hyperlink>
        </w:p>
        <w:p w14:paraId="58B16630" w14:textId="1CCB9DB8" w:rsidR="00211F8D" w:rsidRDefault="00211F8D" w:rsidP="00211F8D">
          <w:pPr>
            <w:pStyle w:val="TJ2"/>
            <w:tabs>
              <w:tab w:val="right" w:leader="dot" w:pos="9899"/>
            </w:tabs>
            <w:rPr>
              <w:noProof/>
            </w:rPr>
          </w:pPr>
          <w:hyperlink w:anchor="_Toc219475597" w:history="1">
            <w:r w:rsidRPr="00CE1390">
              <w:rPr>
                <w:rStyle w:val="Hiperhivatkozs"/>
                <w:noProof/>
              </w:rPr>
              <w:t>Hírlevél</w:t>
            </w:r>
            <w:r w:rsidRPr="00CE1390">
              <w:rPr>
                <w:rStyle w:val="Hiperhivatkozs"/>
                <w:rFonts w:eastAsia="Times New Roman"/>
                <w:noProof/>
              </w:rPr>
              <w:t xml:space="preserve"> </w:t>
            </w:r>
            <w:r w:rsidRPr="00CE1390">
              <w:rPr>
                <w:rStyle w:val="Hiperhivatkozs"/>
                <w:noProof/>
              </w:rPr>
              <w:t>küldése</w:t>
            </w:r>
            <w:r>
              <w:rPr>
                <w:noProof/>
                <w:webHidden/>
              </w:rPr>
              <w:tab/>
            </w:r>
            <w:r>
              <w:rPr>
                <w:noProof/>
                <w:webHidden/>
              </w:rPr>
              <w:fldChar w:fldCharType="begin"/>
            </w:r>
            <w:r>
              <w:rPr>
                <w:noProof/>
                <w:webHidden/>
              </w:rPr>
              <w:instrText xml:space="preserve"> PAGEREF _Toc219475597 \h </w:instrText>
            </w:r>
            <w:r>
              <w:rPr>
                <w:noProof/>
                <w:webHidden/>
              </w:rPr>
            </w:r>
            <w:r>
              <w:rPr>
                <w:noProof/>
                <w:webHidden/>
              </w:rPr>
              <w:fldChar w:fldCharType="separate"/>
            </w:r>
            <w:r>
              <w:rPr>
                <w:noProof/>
                <w:webHidden/>
              </w:rPr>
              <w:t>10</w:t>
            </w:r>
            <w:r>
              <w:rPr>
                <w:noProof/>
                <w:webHidden/>
              </w:rPr>
              <w:fldChar w:fldCharType="end"/>
            </w:r>
          </w:hyperlink>
        </w:p>
        <w:p w14:paraId="28AA1D06" w14:textId="0946DC07" w:rsidR="00211F8D" w:rsidRDefault="00211F8D" w:rsidP="00211F8D">
          <w:pPr>
            <w:pStyle w:val="TJ2"/>
            <w:tabs>
              <w:tab w:val="right" w:leader="dot" w:pos="9899"/>
            </w:tabs>
            <w:rPr>
              <w:noProof/>
            </w:rPr>
          </w:pPr>
          <w:hyperlink w:anchor="_Toc219475598" w:history="1">
            <w:r w:rsidRPr="00CE1390">
              <w:rPr>
                <w:rStyle w:val="Hiperhivatkozs"/>
                <w:noProof/>
              </w:rPr>
              <w:t>Ügyfélvélemény</w:t>
            </w:r>
            <w:r w:rsidRPr="00CE1390">
              <w:rPr>
                <w:rStyle w:val="Hiperhivatkozs"/>
                <w:rFonts w:eastAsia="Times New Roman"/>
                <w:noProof/>
              </w:rPr>
              <w:t xml:space="preserve"> </w:t>
            </w:r>
            <w:r w:rsidRPr="00CE1390">
              <w:rPr>
                <w:rStyle w:val="Hiperhivatkozs"/>
                <w:noProof/>
              </w:rPr>
              <w:t>(</w:t>
            </w:r>
            <w:r w:rsidRPr="00CE1390">
              <w:rPr>
                <w:rStyle w:val="Hiperhivatkozs"/>
                <w:noProof/>
                <w:w w:val="101"/>
              </w:rPr>
              <w:t>hozzászólás</w:t>
            </w:r>
            <w:r w:rsidRPr="00CE1390">
              <w:rPr>
                <w:rStyle w:val="Hiperhivatkozs"/>
                <w:noProof/>
              </w:rPr>
              <w:t>)</w:t>
            </w:r>
            <w:r w:rsidRPr="00CE1390">
              <w:rPr>
                <w:rStyle w:val="Hiperhivatkozs"/>
                <w:rFonts w:eastAsia="Times New Roman"/>
                <w:noProof/>
              </w:rPr>
              <w:t xml:space="preserve"> </w:t>
            </w:r>
            <w:r w:rsidRPr="00CE1390">
              <w:rPr>
                <w:rStyle w:val="Hiperhivatkozs"/>
                <w:noProof/>
              </w:rPr>
              <w:t>megjelentetése</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társaság</w:t>
            </w:r>
            <w:r w:rsidRPr="00CE1390">
              <w:rPr>
                <w:rStyle w:val="Hiperhivatkozs"/>
                <w:rFonts w:eastAsia="Times New Roman"/>
                <w:noProof/>
              </w:rPr>
              <w:t xml:space="preserve"> </w:t>
            </w:r>
            <w:r w:rsidRPr="00CE1390">
              <w:rPr>
                <w:rStyle w:val="Hiperhivatkozs"/>
                <w:noProof/>
                <w:w w:val="101"/>
              </w:rPr>
              <w:t>közösségi</w:t>
            </w:r>
            <w:r w:rsidRPr="00CE1390">
              <w:rPr>
                <w:rStyle w:val="Hiperhivatkozs"/>
                <w:rFonts w:eastAsia="Times New Roman"/>
                <w:noProof/>
              </w:rPr>
              <w:t xml:space="preserve"> </w:t>
            </w:r>
            <w:r w:rsidRPr="00CE1390">
              <w:rPr>
                <w:rStyle w:val="Hiperhivatkozs"/>
                <w:noProof/>
              </w:rPr>
              <w:t>oldalán</w:t>
            </w:r>
            <w:r>
              <w:rPr>
                <w:noProof/>
                <w:webHidden/>
              </w:rPr>
              <w:tab/>
            </w:r>
            <w:r>
              <w:rPr>
                <w:noProof/>
                <w:webHidden/>
              </w:rPr>
              <w:fldChar w:fldCharType="begin"/>
            </w:r>
            <w:r>
              <w:rPr>
                <w:noProof/>
                <w:webHidden/>
              </w:rPr>
              <w:instrText xml:space="preserve"> PAGEREF _Toc219475598 \h </w:instrText>
            </w:r>
            <w:r>
              <w:rPr>
                <w:noProof/>
                <w:webHidden/>
              </w:rPr>
            </w:r>
            <w:r>
              <w:rPr>
                <w:noProof/>
                <w:webHidden/>
              </w:rPr>
              <w:fldChar w:fldCharType="separate"/>
            </w:r>
            <w:r>
              <w:rPr>
                <w:noProof/>
                <w:webHidden/>
              </w:rPr>
              <w:t>11</w:t>
            </w:r>
            <w:r>
              <w:rPr>
                <w:noProof/>
                <w:webHidden/>
              </w:rPr>
              <w:fldChar w:fldCharType="end"/>
            </w:r>
          </w:hyperlink>
        </w:p>
        <w:p w14:paraId="21284400" w14:textId="37250748" w:rsidR="00211F8D" w:rsidRDefault="00211F8D" w:rsidP="00211F8D">
          <w:pPr>
            <w:pStyle w:val="TJ2"/>
            <w:tabs>
              <w:tab w:val="right" w:leader="dot" w:pos="9899"/>
            </w:tabs>
            <w:rPr>
              <w:noProof/>
            </w:rPr>
          </w:pPr>
          <w:hyperlink w:anchor="_Toc219475599" w:history="1">
            <w:r w:rsidRPr="00CE1390">
              <w:rPr>
                <w:rStyle w:val="Hiperhivatkozs"/>
                <w:noProof/>
              </w:rPr>
              <w:t>Facebook közösségi oldal működtetése</w:t>
            </w:r>
            <w:r>
              <w:rPr>
                <w:noProof/>
                <w:webHidden/>
              </w:rPr>
              <w:tab/>
            </w:r>
            <w:r>
              <w:rPr>
                <w:noProof/>
                <w:webHidden/>
              </w:rPr>
              <w:fldChar w:fldCharType="begin"/>
            </w:r>
            <w:r>
              <w:rPr>
                <w:noProof/>
                <w:webHidden/>
              </w:rPr>
              <w:instrText xml:space="preserve"> PAGEREF _Toc219475599 \h </w:instrText>
            </w:r>
            <w:r>
              <w:rPr>
                <w:noProof/>
                <w:webHidden/>
              </w:rPr>
            </w:r>
            <w:r>
              <w:rPr>
                <w:noProof/>
                <w:webHidden/>
              </w:rPr>
              <w:fldChar w:fldCharType="separate"/>
            </w:r>
            <w:r>
              <w:rPr>
                <w:noProof/>
                <w:webHidden/>
              </w:rPr>
              <w:t>12</w:t>
            </w:r>
            <w:r>
              <w:rPr>
                <w:noProof/>
                <w:webHidden/>
              </w:rPr>
              <w:fldChar w:fldCharType="end"/>
            </w:r>
          </w:hyperlink>
        </w:p>
        <w:p w14:paraId="20C57F28" w14:textId="4F47492C" w:rsidR="00211F8D" w:rsidRDefault="00211F8D" w:rsidP="00211F8D">
          <w:pPr>
            <w:pStyle w:val="TJ2"/>
            <w:tabs>
              <w:tab w:val="right" w:leader="dot" w:pos="9899"/>
            </w:tabs>
            <w:rPr>
              <w:noProof/>
            </w:rPr>
          </w:pPr>
          <w:hyperlink w:anchor="_Toc219475600" w:history="1">
            <w:r w:rsidRPr="00CE1390">
              <w:rPr>
                <w:rStyle w:val="Hiperhivatkozs"/>
                <w:noProof/>
              </w:rPr>
              <w:t>Adásvételi</w:t>
            </w:r>
            <w:r w:rsidRPr="00CE1390">
              <w:rPr>
                <w:rStyle w:val="Hiperhivatkozs"/>
                <w:rFonts w:eastAsia="Times New Roman"/>
                <w:noProof/>
              </w:rPr>
              <w:t xml:space="preserve"> </w:t>
            </w:r>
            <w:r w:rsidRPr="00CE1390">
              <w:rPr>
                <w:rStyle w:val="Hiperhivatkozs"/>
                <w:noProof/>
              </w:rPr>
              <w:t>és</w:t>
            </w:r>
            <w:r w:rsidRPr="00CE1390">
              <w:rPr>
                <w:rStyle w:val="Hiperhivatkozs"/>
                <w:rFonts w:eastAsia="Times New Roman"/>
                <w:noProof/>
              </w:rPr>
              <w:t xml:space="preserve"> </w:t>
            </w:r>
            <w:r w:rsidRPr="00CE1390">
              <w:rPr>
                <w:rStyle w:val="Hiperhivatkozs"/>
                <w:noProof/>
              </w:rPr>
              <w:t>szolgáltatási</w:t>
            </w:r>
            <w:r w:rsidRPr="00CE1390">
              <w:rPr>
                <w:rStyle w:val="Hiperhivatkozs"/>
                <w:rFonts w:eastAsia="Times New Roman"/>
                <w:noProof/>
              </w:rPr>
              <w:t xml:space="preserve"> </w:t>
            </w:r>
            <w:r w:rsidRPr="00CE1390">
              <w:rPr>
                <w:rStyle w:val="Hiperhivatkozs"/>
                <w:noProof/>
              </w:rPr>
              <w:t>szerződéssel</w:t>
            </w:r>
            <w:r w:rsidRPr="00CE1390">
              <w:rPr>
                <w:rStyle w:val="Hiperhivatkozs"/>
                <w:rFonts w:eastAsia="Times New Roman"/>
                <w:noProof/>
              </w:rPr>
              <w:t xml:space="preserve"> </w:t>
            </w:r>
            <w:r w:rsidRPr="00CE1390">
              <w:rPr>
                <w:rStyle w:val="Hiperhivatkozs"/>
                <w:noProof/>
              </w:rPr>
              <w:t>kapcsolatos</w:t>
            </w:r>
            <w:r w:rsidRPr="00CE1390">
              <w:rPr>
                <w:rStyle w:val="Hiperhivatkozs"/>
                <w:rFonts w:eastAsia="Times New Roman"/>
                <w:noProof/>
              </w:rPr>
              <w:t xml:space="preserve"> </w:t>
            </w:r>
            <w:r w:rsidRPr="00CE1390">
              <w:rPr>
                <w:rStyle w:val="Hiperhivatkozs"/>
                <w:noProof/>
              </w:rPr>
              <w:t>adatkezelés</w:t>
            </w:r>
            <w:r>
              <w:rPr>
                <w:noProof/>
                <w:webHidden/>
              </w:rPr>
              <w:tab/>
            </w:r>
            <w:r>
              <w:rPr>
                <w:noProof/>
                <w:webHidden/>
              </w:rPr>
              <w:fldChar w:fldCharType="begin"/>
            </w:r>
            <w:r>
              <w:rPr>
                <w:noProof/>
                <w:webHidden/>
              </w:rPr>
              <w:instrText xml:space="preserve"> PAGEREF _Toc219475600 \h </w:instrText>
            </w:r>
            <w:r>
              <w:rPr>
                <w:noProof/>
                <w:webHidden/>
              </w:rPr>
            </w:r>
            <w:r>
              <w:rPr>
                <w:noProof/>
                <w:webHidden/>
              </w:rPr>
              <w:fldChar w:fldCharType="separate"/>
            </w:r>
            <w:r>
              <w:rPr>
                <w:noProof/>
                <w:webHidden/>
              </w:rPr>
              <w:t>13</w:t>
            </w:r>
            <w:r>
              <w:rPr>
                <w:noProof/>
                <w:webHidden/>
              </w:rPr>
              <w:fldChar w:fldCharType="end"/>
            </w:r>
          </w:hyperlink>
        </w:p>
        <w:p w14:paraId="53ABDC20" w14:textId="2AF10D8D" w:rsidR="00211F8D" w:rsidRDefault="00211F8D" w:rsidP="00211F8D">
          <w:pPr>
            <w:pStyle w:val="TJ2"/>
            <w:tabs>
              <w:tab w:val="right" w:leader="dot" w:pos="9899"/>
            </w:tabs>
            <w:rPr>
              <w:noProof/>
            </w:rPr>
          </w:pPr>
          <w:hyperlink w:anchor="_Toc219475601" w:history="1">
            <w:r w:rsidRPr="00CE1390">
              <w:rPr>
                <w:rStyle w:val="Hiperhivatkozs"/>
                <w:noProof/>
              </w:rPr>
              <w:t>Számviteli</w:t>
            </w:r>
            <w:r w:rsidRPr="00CE1390">
              <w:rPr>
                <w:rStyle w:val="Hiperhivatkozs"/>
                <w:rFonts w:eastAsia="Times New Roman"/>
                <w:noProof/>
              </w:rPr>
              <w:t xml:space="preserve"> </w:t>
            </w:r>
            <w:r w:rsidRPr="00CE1390">
              <w:rPr>
                <w:rStyle w:val="Hiperhivatkozs"/>
                <w:noProof/>
              </w:rPr>
              <w:t>kötelezettségek</w:t>
            </w:r>
            <w:r w:rsidRPr="00CE1390">
              <w:rPr>
                <w:rStyle w:val="Hiperhivatkozs"/>
                <w:rFonts w:eastAsia="Times New Roman"/>
                <w:noProof/>
              </w:rPr>
              <w:t xml:space="preserve"> </w:t>
            </w:r>
            <w:r w:rsidRPr="00CE1390">
              <w:rPr>
                <w:rStyle w:val="Hiperhivatkozs"/>
                <w:noProof/>
              </w:rPr>
              <w:t>teljesítése</w:t>
            </w:r>
            <w:r>
              <w:rPr>
                <w:noProof/>
                <w:webHidden/>
              </w:rPr>
              <w:tab/>
            </w:r>
            <w:r>
              <w:rPr>
                <w:noProof/>
                <w:webHidden/>
              </w:rPr>
              <w:fldChar w:fldCharType="begin"/>
            </w:r>
            <w:r>
              <w:rPr>
                <w:noProof/>
                <w:webHidden/>
              </w:rPr>
              <w:instrText xml:space="preserve"> PAGEREF _Toc219475601 \h </w:instrText>
            </w:r>
            <w:r>
              <w:rPr>
                <w:noProof/>
                <w:webHidden/>
              </w:rPr>
            </w:r>
            <w:r>
              <w:rPr>
                <w:noProof/>
                <w:webHidden/>
              </w:rPr>
              <w:fldChar w:fldCharType="separate"/>
            </w:r>
            <w:r>
              <w:rPr>
                <w:noProof/>
                <w:webHidden/>
              </w:rPr>
              <w:t>15</w:t>
            </w:r>
            <w:r>
              <w:rPr>
                <w:noProof/>
                <w:webHidden/>
              </w:rPr>
              <w:fldChar w:fldCharType="end"/>
            </w:r>
          </w:hyperlink>
        </w:p>
        <w:p w14:paraId="0328931E" w14:textId="5EBFC6F0" w:rsidR="00211F8D" w:rsidRDefault="00211F8D" w:rsidP="00211F8D">
          <w:pPr>
            <w:pStyle w:val="TJ2"/>
            <w:tabs>
              <w:tab w:val="right" w:leader="dot" w:pos="9899"/>
            </w:tabs>
            <w:rPr>
              <w:noProof/>
            </w:rPr>
          </w:pPr>
          <w:hyperlink w:anchor="_Toc219475602" w:history="1">
            <w:r w:rsidRPr="00CE1390">
              <w:rPr>
                <w:rStyle w:val="Hiperhivatkozs"/>
                <w:noProof/>
              </w:rPr>
              <w:t>Panaszügyintézés</w:t>
            </w:r>
            <w:r>
              <w:rPr>
                <w:noProof/>
                <w:webHidden/>
              </w:rPr>
              <w:tab/>
            </w:r>
            <w:r>
              <w:rPr>
                <w:noProof/>
                <w:webHidden/>
              </w:rPr>
              <w:fldChar w:fldCharType="begin"/>
            </w:r>
            <w:r>
              <w:rPr>
                <w:noProof/>
                <w:webHidden/>
              </w:rPr>
              <w:instrText xml:space="preserve"> PAGEREF _Toc219475602 \h </w:instrText>
            </w:r>
            <w:r>
              <w:rPr>
                <w:noProof/>
                <w:webHidden/>
              </w:rPr>
            </w:r>
            <w:r>
              <w:rPr>
                <w:noProof/>
                <w:webHidden/>
              </w:rPr>
              <w:fldChar w:fldCharType="separate"/>
            </w:r>
            <w:r>
              <w:rPr>
                <w:noProof/>
                <w:webHidden/>
              </w:rPr>
              <w:t>16</w:t>
            </w:r>
            <w:r>
              <w:rPr>
                <w:noProof/>
                <w:webHidden/>
              </w:rPr>
              <w:fldChar w:fldCharType="end"/>
            </w:r>
          </w:hyperlink>
        </w:p>
        <w:p w14:paraId="46A0910F" w14:textId="6F0EBB86" w:rsidR="00211F8D" w:rsidRDefault="00211F8D" w:rsidP="00211F8D">
          <w:pPr>
            <w:pStyle w:val="TJ2"/>
            <w:tabs>
              <w:tab w:val="right" w:leader="dot" w:pos="9899"/>
            </w:tabs>
            <w:rPr>
              <w:noProof/>
            </w:rPr>
          </w:pPr>
          <w:hyperlink w:anchor="_Toc219475603" w:history="1">
            <w:r w:rsidRPr="00CE1390">
              <w:rPr>
                <w:rStyle w:val="Hiperhivatkozs"/>
                <w:noProof/>
              </w:rPr>
              <w:t>Képzési</w:t>
            </w:r>
            <w:r w:rsidRPr="00CE1390">
              <w:rPr>
                <w:rStyle w:val="Hiperhivatkozs"/>
                <w:rFonts w:eastAsia="Times New Roman"/>
                <w:noProof/>
              </w:rPr>
              <w:t xml:space="preserve"> </w:t>
            </w:r>
            <w:r w:rsidRPr="00CE1390">
              <w:rPr>
                <w:rStyle w:val="Hiperhivatkozs"/>
                <w:noProof/>
              </w:rPr>
              <w:t>igazolás</w:t>
            </w:r>
            <w:r w:rsidRPr="00CE1390">
              <w:rPr>
                <w:rStyle w:val="Hiperhivatkozs"/>
                <w:rFonts w:eastAsia="Times New Roman"/>
                <w:noProof/>
              </w:rPr>
              <w:t xml:space="preserve"> </w:t>
            </w:r>
            <w:r w:rsidRPr="00CE1390">
              <w:rPr>
                <w:rStyle w:val="Hiperhivatkozs"/>
                <w:noProof/>
              </w:rPr>
              <w:t>kiállítása</w:t>
            </w:r>
            <w:r>
              <w:rPr>
                <w:noProof/>
                <w:webHidden/>
              </w:rPr>
              <w:tab/>
            </w:r>
            <w:r>
              <w:rPr>
                <w:noProof/>
                <w:webHidden/>
              </w:rPr>
              <w:fldChar w:fldCharType="begin"/>
            </w:r>
            <w:r>
              <w:rPr>
                <w:noProof/>
                <w:webHidden/>
              </w:rPr>
              <w:instrText xml:space="preserve"> PAGEREF _Toc219475603 \h </w:instrText>
            </w:r>
            <w:r>
              <w:rPr>
                <w:noProof/>
                <w:webHidden/>
              </w:rPr>
            </w:r>
            <w:r>
              <w:rPr>
                <w:noProof/>
                <w:webHidden/>
              </w:rPr>
              <w:fldChar w:fldCharType="separate"/>
            </w:r>
            <w:r>
              <w:rPr>
                <w:noProof/>
                <w:webHidden/>
              </w:rPr>
              <w:t>18</w:t>
            </w:r>
            <w:r>
              <w:rPr>
                <w:noProof/>
                <w:webHidden/>
              </w:rPr>
              <w:fldChar w:fldCharType="end"/>
            </w:r>
          </w:hyperlink>
        </w:p>
        <w:p w14:paraId="18E9B7E8" w14:textId="7291F779" w:rsidR="00211F8D" w:rsidRDefault="00211F8D" w:rsidP="00211F8D">
          <w:pPr>
            <w:pStyle w:val="TJ2"/>
            <w:tabs>
              <w:tab w:val="right" w:leader="dot" w:pos="9899"/>
            </w:tabs>
            <w:rPr>
              <w:noProof/>
            </w:rPr>
          </w:pPr>
          <w:hyperlink w:anchor="_Toc219475604" w:history="1">
            <w:r w:rsidRPr="00CE1390">
              <w:rPr>
                <w:rStyle w:val="Hiperhivatkozs"/>
                <w:noProof/>
              </w:rPr>
              <w:t>Nyilvántartási</w:t>
            </w:r>
            <w:r w:rsidRPr="00CE1390">
              <w:rPr>
                <w:rStyle w:val="Hiperhivatkozs"/>
                <w:rFonts w:eastAsia="Times New Roman"/>
                <w:noProof/>
              </w:rPr>
              <w:t xml:space="preserve"> </w:t>
            </w:r>
            <w:r w:rsidRPr="00CE1390">
              <w:rPr>
                <w:rStyle w:val="Hiperhivatkozs"/>
                <w:noProof/>
              </w:rPr>
              <w:t>célú</w:t>
            </w:r>
            <w:r w:rsidRPr="00CE1390">
              <w:rPr>
                <w:rStyle w:val="Hiperhivatkozs"/>
                <w:rFonts w:eastAsia="Times New Roman"/>
                <w:noProof/>
              </w:rPr>
              <w:t xml:space="preserve"> </w:t>
            </w:r>
            <w:r w:rsidRPr="00CE1390">
              <w:rPr>
                <w:rStyle w:val="Hiperhivatkozs"/>
                <w:noProof/>
              </w:rPr>
              <w:t>adatmegőrzés</w:t>
            </w:r>
            <w:r w:rsidRPr="00CE1390">
              <w:rPr>
                <w:rStyle w:val="Hiperhivatkozs"/>
                <w:rFonts w:eastAsia="Times New Roman"/>
                <w:noProof/>
              </w:rPr>
              <w:t xml:space="preserve"> </w:t>
            </w:r>
            <w:r w:rsidRPr="00CE1390">
              <w:rPr>
                <w:rStyle w:val="Hiperhivatkozs"/>
                <w:noProof/>
              </w:rPr>
              <w:t>felnőttképzési</w:t>
            </w:r>
            <w:r w:rsidRPr="00CE1390">
              <w:rPr>
                <w:rStyle w:val="Hiperhivatkozs"/>
                <w:rFonts w:eastAsia="Times New Roman"/>
                <w:noProof/>
              </w:rPr>
              <w:t xml:space="preserve"> </w:t>
            </w:r>
            <w:r w:rsidRPr="00CE1390">
              <w:rPr>
                <w:rStyle w:val="Hiperhivatkozs"/>
                <w:noProof/>
              </w:rPr>
              <w:t>államigazgatási</w:t>
            </w:r>
            <w:r w:rsidRPr="00CE1390">
              <w:rPr>
                <w:rStyle w:val="Hiperhivatkozs"/>
                <w:rFonts w:eastAsia="Times New Roman"/>
                <w:noProof/>
              </w:rPr>
              <w:t xml:space="preserve"> </w:t>
            </w:r>
            <w:r w:rsidRPr="00CE1390">
              <w:rPr>
                <w:rStyle w:val="Hiperhivatkozs"/>
                <w:noProof/>
              </w:rPr>
              <w:t>szerv</w:t>
            </w:r>
            <w:r w:rsidRPr="00CE1390">
              <w:rPr>
                <w:rStyle w:val="Hiperhivatkozs"/>
                <w:rFonts w:eastAsia="Times New Roman"/>
                <w:noProof/>
              </w:rPr>
              <w:t xml:space="preserve"> </w:t>
            </w:r>
            <w:r w:rsidRPr="00CE1390">
              <w:rPr>
                <w:rStyle w:val="Hiperhivatkozs"/>
                <w:noProof/>
              </w:rPr>
              <w:t>ellenőrzéséhez</w:t>
            </w:r>
            <w:r>
              <w:rPr>
                <w:noProof/>
                <w:webHidden/>
              </w:rPr>
              <w:tab/>
            </w:r>
            <w:r>
              <w:rPr>
                <w:noProof/>
                <w:webHidden/>
              </w:rPr>
              <w:fldChar w:fldCharType="begin"/>
            </w:r>
            <w:r>
              <w:rPr>
                <w:noProof/>
                <w:webHidden/>
              </w:rPr>
              <w:instrText xml:space="preserve"> PAGEREF _Toc219475604 \h </w:instrText>
            </w:r>
            <w:r>
              <w:rPr>
                <w:noProof/>
                <w:webHidden/>
              </w:rPr>
            </w:r>
            <w:r>
              <w:rPr>
                <w:noProof/>
                <w:webHidden/>
              </w:rPr>
              <w:fldChar w:fldCharType="separate"/>
            </w:r>
            <w:r>
              <w:rPr>
                <w:noProof/>
                <w:webHidden/>
              </w:rPr>
              <w:t>19</w:t>
            </w:r>
            <w:r>
              <w:rPr>
                <w:noProof/>
                <w:webHidden/>
              </w:rPr>
              <w:fldChar w:fldCharType="end"/>
            </w:r>
          </w:hyperlink>
        </w:p>
        <w:p w14:paraId="59410663" w14:textId="12DD7CD1" w:rsidR="00211F8D" w:rsidRDefault="00211F8D" w:rsidP="00211F8D">
          <w:pPr>
            <w:pStyle w:val="TJ2"/>
            <w:tabs>
              <w:tab w:val="right" w:leader="dot" w:pos="9899"/>
            </w:tabs>
            <w:rPr>
              <w:noProof/>
            </w:rPr>
          </w:pPr>
          <w:hyperlink w:anchor="_Toc219475605" w:history="1">
            <w:r w:rsidRPr="00CE1390">
              <w:rPr>
                <w:rStyle w:val="Hiperhivatkozs"/>
                <w:noProof/>
              </w:rPr>
              <w:t>Regisztráció</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e-Titán</w:t>
            </w:r>
            <w:r w:rsidRPr="00CE1390">
              <w:rPr>
                <w:rStyle w:val="Hiperhivatkozs"/>
                <w:rFonts w:eastAsia="Times New Roman"/>
                <w:noProof/>
              </w:rPr>
              <w:t xml:space="preserve"> </w:t>
            </w:r>
            <w:r w:rsidRPr="00CE1390">
              <w:rPr>
                <w:rStyle w:val="Hiperhivatkozs"/>
                <w:noProof/>
              </w:rPr>
              <w:t>e-learning</w:t>
            </w:r>
            <w:r w:rsidRPr="00CE1390">
              <w:rPr>
                <w:rStyle w:val="Hiperhivatkozs"/>
                <w:rFonts w:eastAsia="Times New Roman"/>
                <w:noProof/>
              </w:rPr>
              <w:t xml:space="preserve"> </w:t>
            </w:r>
            <w:r w:rsidRPr="00CE1390">
              <w:rPr>
                <w:rStyle w:val="Hiperhivatkozs"/>
                <w:noProof/>
              </w:rPr>
              <w:t>képzési</w:t>
            </w:r>
            <w:r w:rsidRPr="00CE1390">
              <w:rPr>
                <w:rStyle w:val="Hiperhivatkozs"/>
                <w:rFonts w:eastAsia="Times New Roman"/>
                <w:noProof/>
              </w:rPr>
              <w:t xml:space="preserve"> </w:t>
            </w:r>
            <w:r w:rsidRPr="00CE1390">
              <w:rPr>
                <w:rStyle w:val="Hiperhivatkozs"/>
                <w:noProof/>
              </w:rPr>
              <w:t>rendszerbe</w:t>
            </w:r>
            <w:r>
              <w:rPr>
                <w:noProof/>
                <w:webHidden/>
              </w:rPr>
              <w:tab/>
            </w:r>
            <w:r>
              <w:rPr>
                <w:noProof/>
                <w:webHidden/>
              </w:rPr>
              <w:fldChar w:fldCharType="begin"/>
            </w:r>
            <w:r>
              <w:rPr>
                <w:noProof/>
                <w:webHidden/>
              </w:rPr>
              <w:instrText xml:space="preserve"> PAGEREF _Toc219475605 \h </w:instrText>
            </w:r>
            <w:r>
              <w:rPr>
                <w:noProof/>
                <w:webHidden/>
              </w:rPr>
            </w:r>
            <w:r>
              <w:rPr>
                <w:noProof/>
                <w:webHidden/>
              </w:rPr>
              <w:fldChar w:fldCharType="separate"/>
            </w:r>
            <w:r>
              <w:rPr>
                <w:noProof/>
                <w:webHidden/>
              </w:rPr>
              <w:t>21</w:t>
            </w:r>
            <w:r>
              <w:rPr>
                <w:noProof/>
                <w:webHidden/>
              </w:rPr>
              <w:fldChar w:fldCharType="end"/>
            </w:r>
          </w:hyperlink>
        </w:p>
        <w:p w14:paraId="2E9EEC44" w14:textId="5E49EB8F" w:rsidR="00211F8D" w:rsidRDefault="00211F8D" w:rsidP="00211F8D">
          <w:pPr>
            <w:pStyle w:val="TJ1"/>
            <w:tabs>
              <w:tab w:val="right" w:leader="dot" w:pos="9899"/>
            </w:tabs>
            <w:rPr>
              <w:noProof/>
            </w:rPr>
          </w:pPr>
          <w:hyperlink w:anchor="_Toc219475606" w:history="1">
            <w:r w:rsidRPr="00CE1390">
              <w:rPr>
                <w:rStyle w:val="Hiperhivatkozs"/>
                <w:noProof/>
              </w:rPr>
              <w:t>3.</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adatkezeléssel</w:t>
            </w:r>
            <w:r w:rsidRPr="00CE1390">
              <w:rPr>
                <w:rStyle w:val="Hiperhivatkozs"/>
                <w:rFonts w:eastAsia="Times New Roman"/>
                <w:noProof/>
              </w:rPr>
              <w:t xml:space="preserve"> </w:t>
            </w:r>
            <w:r w:rsidRPr="00CE1390">
              <w:rPr>
                <w:rStyle w:val="Hiperhivatkozs"/>
                <w:noProof/>
              </w:rPr>
              <w:t>kapcsolatos</w:t>
            </w:r>
            <w:r w:rsidRPr="00CE1390">
              <w:rPr>
                <w:rStyle w:val="Hiperhivatkozs"/>
                <w:rFonts w:eastAsia="Times New Roman"/>
                <w:noProof/>
              </w:rPr>
              <w:t xml:space="preserve"> </w:t>
            </w:r>
            <w:r w:rsidRPr="00CE1390">
              <w:rPr>
                <w:rStyle w:val="Hiperhivatkozs"/>
                <w:noProof/>
              </w:rPr>
              <w:t>érintetti</w:t>
            </w:r>
            <w:r w:rsidRPr="00CE1390">
              <w:rPr>
                <w:rStyle w:val="Hiperhivatkozs"/>
                <w:rFonts w:eastAsia="Times New Roman"/>
                <w:noProof/>
              </w:rPr>
              <w:t xml:space="preserve"> </w:t>
            </w:r>
            <w:r w:rsidRPr="00CE1390">
              <w:rPr>
                <w:rStyle w:val="Hiperhivatkozs"/>
                <w:noProof/>
              </w:rPr>
              <w:t>jogok</w:t>
            </w:r>
            <w:r w:rsidRPr="00CE1390">
              <w:rPr>
                <w:rStyle w:val="Hiperhivatkozs"/>
                <w:rFonts w:eastAsia="Times New Roman"/>
                <w:noProof/>
              </w:rPr>
              <w:t xml:space="preserve"> </w:t>
            </w:r>
            <w:r w:rsidRPr="00CE1390">
              <w:rPr>
                <w:rStyle w:val="Hiperhivatkozs"/>
                <w:noProof/>
              </w:rPr>
              <w:t>bemutatása</w:t>
            </w:r>
            <w:r>
              <w:rPr>
                <w:noProof/>
                <w:webHidden/>
              </w:rPr>
              <w:tab/>
            </w:r>
            <w:r>
              <w:rPr>
                <w:noProof/>
                <w:webHidden/>
              </w:rPr>
              <w:fldChar w:fldCharType="begin"/>
            </w:r>
            <w:r>
              <w:rPr>
                <w:noProof/>
                <w:webHidden/>
              </w:rPr>
              <w:instrText xml:space="preserve"> PAGEREF _Toc219475606 \h </w:instrText>
            </w:r>
            <w:r>
              <w:rPr>
                <w:noProof/>
                <w:webHidden/>
              </w:rPr>
            </w:r>
            <w:r>
              <w:rPr>
                <w:noProof/>
                <w:webHidden/>
              </w:rPr>
              <w:fldChar w:fldCharType="separate"/>
            </w:r>
            <w:r>
              <w:rPr>
                <w:noProof/>
                <w:webHidden/>
              </w:rPr>
              <w:t>23</w:t>
            </w:r>
            <w:r>
              <w:rPr>
                <w:noProof/>
                <w:webHidden/>
              </w:rPr>
              <w:fldChar w:fldCharType="end"/>
            </w:r>
          </w:hyperlink>
        </w:p>
        <w:p w14:paraId="21DAC08D" w14:textId="7E74B0BF" w:rsidR="00211F8D" w:rsidRDefault="00211F8D" w:rsidP="00211F8D">
          <w:pPr>
            <w:pStyle w:val="TJ2"/>
            <w:tabs>
              <w:tab w:val="right" w:leader="dot" w:pos="9899"/>
            </w:tabs>
            <w:rPr>
              <w:noProof/>
            </w:rPr>
          </w:pPr>
          <w:hyperlink w:anchor="_Toc219475607" w:history="1">
            <w:r w:rsidRPr="00CE1390">
              <w:rPr>
                <w:rStyle w:val="Hiperhivatkozs"/>
                <w:noProof/>
              </w:rPr>
              <w:t>3.1.</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w w:val="101"/>
              </w:rPr>
              <w:t>átlátható</w:t>
            </w:r>
            <w:r w:rsidRPr="00CE1390">
              <w:rPr>
                <w:rStyle w:val="Hiperhivatkozs"/>
                <w:rFonts w:eastAsia="Times New Roman"/>
                <w:noProof/>
              </w:rPr>
              <w:t xml:space="preserve"> </w:t>
            </w:r>
            <w:r w:rsidRPr="00CE1390">
              <w:rPr>
                <w:rStyle w:val="Hiperhivatkozs"/>
                <w:noProof/>
              </w:rPr>
              <w:t>tájékoztatáshoz</w:t>
            </w:r>
            <w:r w:rsidRPr="00CE1390">
              <w:rPr>
                <w:rStyle w:val="Hiperhivatkozs"/>
                <w:rFonts w:eastAsia="Times New Roman"/>
                <w:noProof/>
              </w:rPr>
              <w:t xml:space="preserve"> </w:t>
            </w:r>
            <w:r w:rsidRPr="00CE1390">
              <w:rPr>
                <w:rStyle w:val="Hiperhivatkozs"/>
                <w:noProof/>
              </w:rPr>
              <w:t>való</w:t>
            </w:r>
            <w:r w:rsidRPr="00CE1390">
              <w:rPr>
                <w:rStyle w:val="Hiperhivatkozs"/>
                <w:rFonts w:eastAsia="Times New Roman"/>
                <w:noProof/>
              </w:rPr>
              <w:t xml:space="preserve"> </w:t>
            </w:r>
            <w:r w:rsidRPr="00CE1390">
              <w:rPr>
                <w:rStyle w:val="Hiperhivatkozs"/>
                <w:noProof/>
              </w:rPr>
              <w:t>jog</w:t>
            </w:r>
            <w:r>
              <w:rPr>
                <w:noProof/>
                <w:webHidden/>
              </w:rPr>
              <w:tab/>
            </w:r>
            <w:r>
              <w:rPr>
                <w:noProof/>
                <w:webHidden/>
              </w:rPr>
              <w:fldChar w:fldCharType="begin"/>
            </w:r>
            <w:r>
              <w:rPr>
                <w:noProof/>
                <w:webHidden/>
              </w:rPr>
              <w:instrText xml:space="preserve"> PAGEREF _Toc219475607 \h </w:instrText>
            </w:r>
            <w:r>
              <w:rPr>
                <w:noProof/>
                <w:webHidden/>
              </w:rPr>
            </w:r>
            <w:r>
              <w:rPr>
                <w:noProof/>
                <w:webHidden/>
              </w:rPr>
              <w:fldChar w:fldCharType="separate"/>
            </w:r>
            <w:r>
              <w:rPr>
                <w:noProof/>
                <w:webHidden/>
              </w:rPr>
              <w:t>23</w:t>
            </w:r>
            <w:r>
              <w:rPr>
                <w:noProof/>
                <w:webHidden/>
              </w:rPr>
              <w:fldChar w:fldCharType="end"/>
            </w:r>
          </w:hyperlink>
        </w:p>
        <w:p w14:paraId="60199E83" w14:textId="671F7D87" w:rsidR="00211F8D" w:rsidRDefault="00211F8D" w:rsidP="00211F8D">
          <w:pPr>
            <w:pStyle w:val="TJ2"/>
            <w:tabs>
              <w:tab w:val="right" w:leader="dot" w:pos="9899"/>
            </w:tabs>
            <w:rPr>
              <w:noProof/>
            </w:rPr>
          </w:pPr>
          <w:hyperlink w:anchor="_Toc219475608" w:history="1">
            <w:r w:rsidRPr="00CE1390">
              <w:rPr>
                <w:rStyle w:val="Hiperhivatkozs"/>
                <w:noProof/>
              </w:rPr>
              <w:t>3.2.</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hozzá</w:t>
            </w:r>
            <w:r w:rsidRPr="00CE1390">
              <w:rPr>
                <w:rStyle w:val="Hiperhivatkozs"/>
                <w:noProof/>
              </w:rPr>
              <w:t>f</w:t>
            </w:r>
            <w:r w:rsidRPr="00CE1390">
              <w:rPr>
                <w:rStyle w:val="Hiperhivatkozs"/>
                <w:noProof/>
              </w:rPr>
              <w:t>éréshez</w:t>
            </w:r>
            <w:r w:rsidRPr="00CE1390">
              <w:rPr>
                <w:rStyle w:val="Hiperhivatkozs"/>
                <w:rFonts w:eastAsia="Times New Roman"/>
                <w:noProof/>
              </w:rPr>
              <w:t xml:space="preserve"> </w:t>
            </w:r>
            <w:r w:rsidRPr="00CE1390">
              <w:rPr>
                <w:rStyle w:val="Hiperhivatkozs"/>
                <w:noProof/>
              </w:rPr>
              <w:t>való</w:t>
            </w:r>
            <w:r w:rsidRPr="00CE1390">
              <w:rPr>
                <w:rStyle w:val="Hiperhivatkozs"/>
                <w:rFonts w:eastAsia="Times New Roman"/>
                <w:noProof/>
              </w:rPr>
              <w:t xml:space="preserve"> </w:t>
            </w:r>
            <w:r w:rsidRPr="00CE1390">
              <w:rPr>
                <w:rStyle w:val="Hiperhivatkozs"/>
                <w:noProof/>
              </w:rPr>
              <w:t>jog</w:t>
            </w:r>
            <w:r>
              <w:rPr>
                <w:noProof/>
                <w:webHidden/>
              </w:rPr>
              <w:tab/>
            </w:r>
            <w:r>
              <w:rPr>
                <w:noProof/>
                <w:webHidden/>
              </w:rPr>
              <w:fldChar w:fldCharType="begin"/>
            </w:r>
            <w:r>
              <w:rPr>
                <w:noProof/>
                <w:webHidden/>
              </w:rPr>
              <w:instrText xml:space="preserve"> PAGEREF _Toc219475608 \h </w:instrText>
            </w:r>
            <w:r>
              <w:rPr>
                <w:noProof/>
                <w:webHidden/>
              </w:rPr>
            </w:r>
            <w:r>
              <w:rPr>
                <w:noProof/>
                <w:webHidden/>
              </w:rPr>
              <w:fldChar w:fldCharType="separate"/>
            </w:r>
            <w:r>
              <w:rPr>
                <w:noProof/>
                <w:webHidden/>
              </w:rPr>
              <w:t>23</w:t>
            </w:r>
            <w:r>
              <w:rPr>
                <w:noProof/>
                <w:webHidden/>
              </w:rPr>
              <w:fldChar w:fldCharType="end"/>
            </w:r>
          </w:hyperlink>
        </w:p>
        <w:p w14:paraId="51E2F7C2" w14:textId="5C88921B" w:rsidR="00211F8D" w:rsidRDefault="00211F8D" w:rsidP="00211F8D">
          <w:pPr>
            <w:pStyle w:val="TJ2"/>
            <w:tabs>
              <w:tab w:val="right" w:leader="dot" w:pos="9899"/>
            </w:tabs>
            <w:rPr>
              <w:noProof/>
            </w:rPr>
          </w:pPr>
          <w:hyperlink w:anchor="_Toc219475609" w:history="1">
            <w:r w:rsidRPr="00CE1390">
              <w:rPr>
                <w:rStyle w:val="Hiperhivatkozs"/>
                <w:noProof/>
              </w:rPr>
              <w:t>3.3.</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helyesbítéshez</w:t>
            </w:r>
            <w:r w:rsidRPr="00CE1390">
              <w:rPr>
                <w:rStyle w:val="Hiperhivatkozs"/>
                <w:rFonts w:eastAsia="Times New Roman"/>
                <w:noProof/>
              </w:rPr>
              <w:t xml:space="preserve"> </w:t>
            </w:r>
            <w:r w:rsidRPr="00CE1390">
              <w:rPr>
                <w:rStyle w:val="Hiperhivatkozs"/>
                <w:noProof/>
              </w:rPr>
              <w:t>való</w:t>
            </w:r>
            <w:r w:rsidRPr="00CE1390">
              <w:rPr>
                <w:rStyle w:val="Hiperhivatkozs"/>
                <w:rFonts w:eastAsia="Times New Roman"/>
                <w:noProof/>
              </w:rPr>
              <w:t xml:space="preserve"> </w:t>
            </w:r>
            <w:r w:rsidRPr="00CE1390">
              <w:rPr>
                <w:rStyle w:val="Hiperhivatkozs"/>
                <w:noProof/>
              </w:rPr>
              <w:t>jog</w:t>
            </w:r>
            <w:r>
              <w:rPr>
                <w:noProof/>
                <w:webHidden/>
              </w:rPr>
              <w:tab/>
            </w:r>
            <w:r>
              <w:rPr>
                <w:noProof/>
                <w:webHidden/>
              </w:rPr>
              <w:fldChar w:fldCharType="begin"/>
            </w:r>
            <w:r>
              <w:rPr>
                <w:noProof/>
                <w:webHidden/>
              </w:rPr>
              <w:instrText xml:space="preserve"> PAGEREF _Toc219475609 \h </w:instrText>
            </w:r>
            <w:r>
              <w:rPr>
                <w:noProof/>
                <w:webHidden/>
              </w:rPr>
            </w:r>
            <w:r>
              <w:rPr>
                <w:noProof/>
                <w:webHidden/>
              </w:rPr>
              <w:fldChar w:fldCharType="separate"/>
            </w:r>
            <w:r>
              <w:rPr>
                <w:noProof/>
                <w:webHidden/>
              </w:rPr>
              <w:t>23</w:t>
            </w:r>
            <w:r>
              <w:rPr>
                <w:noProof/>
                <w:webHidden/>
              </w:rPr>
              <w:fldChar w:fldCharType="end"/>
            </w:r>
          </w:hyperlink>
        </w:p>
        <w:p w14:paraId="0B47A419" w14:textId="5A8AEDA4" w:rsidR="00211F8D" w:rsidRDefault="00211F8D" w:rsidP="00211F8D">
          <w:pPr>
            <w:pStyle w:val="TJ2"/>
            <w:tabs>
              <w:tab w:val="right" w:leader="dot" w:pos="9899"/>
            </w:tabs>
            <w:rPr>
              <w:noProof/>
            </w:rPr>
          </w:pPr>
          <w:hyperlink w:anchor="_Toc219475610" w:history="1">
            <w:r w:rsidRPr="00CE1390">
              <w:rPr>
                <w:rStyle w:val="Hiperhivatkozs"/>
                <w:noProof/>
              </w:rPr>
              <w:t>3.4.</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adatkezelés</w:t>
            </w:r>
            <w:r w:rsidRPr="00CE1390">
              <w:rPr>
                <w:rStyle w:val="Hiperhivatkozs"/>
                <w:rFonts w:eastAsia="Times New Roman"/>
                <w:noProof/>
              </w:rPr>
              <w:t xml:space="preserve"> </w:t>
            </w:r>
            <w:r w:rsidRPr="00CE1390">
              <w:rPr>
                <w:rStyle w:val="Hiperhivatkozs"/>
                <w:noProof/>
              </w:rPr>
              <w:t>korlátozásához</w:t>
            </w:r>
            <w:r w:rsidRPr="00CE1390">
              <w:rPr>
                <w:rStyle w:val="Hiperhivatkozs"/>
                <w:rFonts w:eastAsia="Times New Roman"/>
                <w:noProof/>
              </w:rPr>
              <w:t xml:space="preserve"> </w:t>
            </w:r>
            <w:r w:rsidRPr="00CE1390">
              <w:rPr>
                <w:rStyle w:val="Hiperhivatkozs"/>
                <w:noProof/>
              </w:rPr>
              <w:t>való</w:t>
            </w:r>
            <w:r w:rsidRPr="00CE1390">
              <w:rPr>
                <w:rStyle w:val="Hiperhivatkozs"/>
                <w:rFonts w:eastAsia="Times New Roman"/>
                <w:noProof/>
              </w:rPr>
              <w:t xml:space="preserve"> </w:t>
            </w:r>
            <w:r w:rsidRPr="00CE1390">
              <w:rPr>
                <w:rStyle w:val="Hiperhivatkozs"/>
                <w:noProof/>
              </w:rPr>
              <w:t>jog</w:t>
            </w:r>
            <w:r>
              <w:rPr>
                <w:noProof/>
                <w:webHidden/>
              </w:rPr>
              <w:tab/>
            </w:r>
            <w:r>
              <w:rPr>
                <w:noProof/>
                <w:webHidden/>
              </w:rPr>
              <w:fldChar w:fldCharType="begin"/>
            </w:r>
            <w:r>
              <w:rPr>
                <w:noProof/>
                <w:webHidden/>
              </w:rPr>
              <w:instrText xml:space="preserve"> PAGEREF _Toc219475610 \h </w:instrText>
            </w:r>
            <w:r>
              <w:rPr>
                <w:noProof/>
                <w:webHidden/>
              </w:rPr>
            </w:r>
            <w:r>
              <w:rPr>
                <w:noProof/>
                <w:webHidden/>
              </w:rPr>
              <w:fldChar w:fldCharType="separate"/>
            </w:r>
            <w:r>
              <w:rPr>
                <w:noProof/>
                <w:webHidden/>
              </w:rPr>
              <w:t>24</w:t>
            </w:r>
            <w:r>
              <w:rPr>
                <w:noProof/>
                <w:webHidden/>
              </w:rPr>
              <w:fldChar w:fldCharType="end"/>
            </w:r>
          </w:hyperlink>
        </w:p>
        <w:p w14:paraId="566F05A8" w14:textId="02047C22" w:rsidR="00211F8D" w:rsidRDefault="00211F8D" w:rsidP="00211F8D">
          <w:pPr>
            <w:pStyle w:val="TJ2"/>
            <w:tabs>
              <w:tab w:val="right" w:leader="dot" w:pos="9899"/>
            </w:tabs>
            <w:rPr>
              <w:noProof/>
            </w:rPr>
          </w:pPr>
          <w:hyperlink w:anchor="_Toc219475611" w:history="1">
            <w:r w:rsidRPr="00CE1390">
              <w:rPr>
                <w:rStyle w:val="Hiperhivatkozs"/>
                <w:noProof/>
              </w:rPr>
              <w:t>3.5.</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tiltakozás</w:t>
            </w:r>
            <w:r w:rsidRPr="00CE1390">
              <w:rPr>
                <w:rStyle w:val="Hiperhivatkozs"/>
                <w:rFonts w:eastAsia="Times New Roman"/>
                <w:noProof/>
              </w:rPr>
              <w:t xml:space="preserve"> </w:t>
            </w:r>
            <w:r w:rsidRPr="00CE1390">
              <w:rPr>
                <w:rStyle w:val="Hiperhivatkozs"/>
                <w:noProof/>
              </w:rPr>
              <w:t>joga</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adatkezelés</w:t>
            </w:r>
            <w:r w:rsidRPr="00CE1390">
              <w:rPr>
                <w:rStyle w:val="Hiperhivatkozs"/>
                <w:rFonts w:eastAsia="Times New Roman"/>
                <w:noProof/>
              </w:rPr>
              <w:t xml:space="preserve"> </w:t>
            </w:r>
            <w:r w:rsidRPr="00CE1390">
              <w:rPr>
                <w:rStyle w:val="Hiperhivatkozs"/>
                <w:noProof/>
              </w:rPr>
              <w:t>ellen</w:t>
            </w:r>
            <w:r>
              <w:rPr>
                <w:noProof/>
                <w:webHidden/>
              </w:rPr>
              <w:tab/>
            </w:r>
            <w:r>
              <w:rPr>
                <w:noProof/>
                <w:webHidden/>
              </w:rPr>
              <w:fldChar w:fldCharType="begin"/>
            </w:r>
            <w:r>
              <w:rPr>
                <w:noProof/>
                <w:webHidden/>
              </w:rPr>
              <w:instrText xml:space="preserve"> PAGEREF _Toc219475611 \h </w:instrText>
            </w:r>
            <w:r>
              <w:rPr>
                <w:noProof/>
                <w:webHidden/>
              </w:rPr>
            </w:r>
            <w:r>
              <w:rPr>
                <w:noProof/>
                <w:webHidden/>
              </w:rPr>
              <w:fldChar w:fldCharType="separate"/>
            </w:r>
            <w:r>
              <w:rPr>
                <w:noProof/>
                <w:webHidden/>
              </w:rPr>
              <w:t>24</w:t>
            </w:r>
            <w:r>
              <w:rPr>
                <w:noProof/>
                <w:webHidden/>
              </w:rPr>
              <w:fldChar w:fldCharType="end"/>
            </w:r>
          </w:hyperlink>
        </w:p>
        <w:p w14:paraId="7C38EF2B" w14:textId="7BF98728" w:rsidR="00211F8D" w:rsidRDefault="00211F8D" w:rsidP="00211F8D">
          <w:pPr>
            <w:pStyle w:val="TJ2"/>
            <w:tabs>
              <w:tab w:val="right" w:leader="dot" w:pos="9899"/>
            </w:tabs>
            <w:rPr>
              <w:noProof/>
            </w:rPr>
          </w:pPr>
          <w:hyperlink w:anchor="_Toc219475612" w:history="1">
            <w:r w:rsidRPr="00CE1390">
              <w:rPr>
                <w:rStyle w:val="Hiperhivatkozs"/>
                <w:noProof/>
              </w:rPr>
              <w:t>3.6.</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törléshez</w:t>
            </w:r>
            <w:r w:rsidRPr="00CE1390">
              <w:rPr>
                <w:rStyle w:val="Hiperhivatkozs"/>
                <w:rFonts w:eastAsia="Times New Roman"/>
                <w:noProof/>
              </w:rPr>
              <w:t xml:space="preserve"> </w:t>
            </w:r>
            <w:r w:rsidRPr="00CE1390">
              <w:rPr>
                <w:rStyle w:val="Hiperhivatkozs"/>
                <w:noProof/>
              </w:rPr>
              <w:t>való</w:t>
            </w:r>
            <w:r w:rsidRPr="00CE1390">
              <w:rPr>
                <w:rStyle w:val="Hiperhivatkozs"/>
                <w:rFonts w:eastAsia="Times New Roman"/>
                <w:noProof/>
              </w:rPr>
              <w:t xml:space="preserve"> </w:t>
            </w:r>
            <w:r w:rsidRPr="00CE1390">
              <w:rPr>
                <w:rStyle w:val="Hiperhivatkozs"/>
                <w:noProof/>
              </w:rPr>
              <w:t>jog</w:t>
            </w:r>
            <w:r w:rsidRPr="00CE1390">
              <w:rPr>
                <w:rStyle w:val="Hiperhivatkozs"/>
                <w:rFonts w:eastAsia="Times New Roman"/>
                <w:noProof/>
              </w:rPr>
              <w:t xml:space="preserve"> </w:t>
            </w:r>
            <w:r w:rsidRPr="00CE1390">
              <w:rPr>
                <w:rStyle w:val="Hiperhivatkozs"/>
                <w:noProof/>
              </w:rPr>
              <w:t>–</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elfeledtetéshez</w:t>
            </w:r>
            <w:r w:rsidRPr="00CE1390">
              <w:rPr>
                <w:rStyle w:val="Hiperhivatkozs"/>
                <w:rFonts w:eastAsia="Times New Roman"/>
                <w:noProof/>
              </w:rPr>
              <w:t xml:space="preserve"> </w:t>
            </w:r>
            <w:r w:rsidRPr="00CE1390">
              <w:rPr>
                <w:rStyle w:val="Hiperhivatkozs"/>
                <w:noProof/>
              </w:rPr>
              <w:t>való</w:t>
            </w:r>
            <w:r w:rsidRPr="00CE1390">
              <w:rPr>
                <w:rStyle w:val="Hiperhivatkozs"/>
                <w:rFonts w:eastAsia="Times New Roman"/>
                <w:noProof/>
              </w:rPr>
              <w:t xml:space="preserve"> </w:t>
            </w:r>
            <w:r w:rsidRPr="00CE1390">
              <w:rPr>
                <w:rStyle w:val="Hiperhivatkozs"/>
                <w:noProof/>
              </w:rPr>
              <w:t>jog”</w:t>
            </w:r>
            <w:r>
              <w:rPr>
                <w:noProof/>
                <w:webHidden/>
              </w:rPr>
              <w:tab/>
            </w:r>
            <w:r>
              <w:rPr>
                <w:noProof/>
                <w:webHidden/>
              </w:rPr>
              <w:fldChar w:fldCharType="begin"/>
            </w:r>
            <w:r>
              <w:rPr>
                <w:noProof/>
                <w:webHidden/>
              </w:rPr>
              <w:instrText xml:space="preserve"> PAGEREF _Toc219475612 \h </w:instrText>
            </w:r>
            <w:r>
              <w:rPr>
                <w:noProof/>
                <w:webHidden/>
              </w:rPr>
            </w:r>
            <w:r>
              <w:rPr>
                <w:noProof/>
                <w:webHidden/>
              </w:rPr>
              <w:fldChar w:fldCharType="separate"/>
            </w:r>
            <w:r>
              <w:rPr>
                <w:noProof/>
                <w:webHidden/>
              </w:rPr>
              <w:t>24</w:t>
            </w:r>
            <w:r>
              <w:rPr>
                <w:noProof/>
                <w:webHidden/>
              </w:rPr>
              <w:fldChar w:fldCharType="end"/>
            </w:r>
          </w:hyperlink>
        </w:p>
        <w:p w14:paraId="2F3C4F77" w14:textId="08034FFD" w:rsidR="00211F8D" w:rsidRDefault="00211F8D" w:rsidP="00211F8D">
          <w:pPr>
            <w:pStyle w:val="TJ2"/>
            <w:tabs>
              <w:tab w:val="right" w:leader="dot" w:pos="9899"/>
            </w:tabs>
            <w:rPr>
              <w:noProof/>
            </w:rPr>
          </w:pPr>
          <w:hyperlink w:anchor="_Toc219475613" w:history="1">
            <w:r w:rsidRPr="00CE1390">
              <w:rPr>
                <w:rStyle w:val="Hiperhivatkozs"/>
                <w:noProof/>
              </w:rPr>
              <w:t>3.7.</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adathordozhatósághoz</w:t>
            </w:r>
            <w:r w:rsidRPr="00CE1390">
              <w:rPr>
                <w:rStyle w:val="Hiperhivatkozs"/>
                <w:rFonts w:eastAsia="Times New Roman"/>
                <w:noProof/>
              </w:rPr>
              <w:t xml:space="preserve"> </w:t>
            </w:r>
            <w:r w:rsidRPr="00CE1390">
              <w:rPr>
                <w:rStyle w:val="Hiperhivatkozs"/>
                <w:noProof/>
              </w:rPr>
              <w:t>való</w:t>
            </w:r>
            <w:r w:rsidRPr="00CE1390">
              <w:rPr>
                <w:rStyle w:val="Hiperhivatkozs"/>
                <w:rFonts w:eastAsia="Times New Roman"/>
                <w:noProof/>
              </w:rPr>
              <w:t xml:space="preserve"> </w:t>
            </w:r>
            <w:r w:rsidRPr="00CE1390">
              <w:rPr>
                <w:rStyle w:val="Hiperhivatkozs"/>
                <w:noProof/>
              </w:rPr>
              <w:t>jog</w:t>
            </w:r>
            <w:r>
              <w:rPr>
                <w:noProof/>
                <w:webHidden/>
              </w:rPr>
              <w:tab/>
            </w:r>
            <w:r>
              <w:rPr>
                <w:noProof/>
                <w:webHidden/>
              </w:rPr>
              <w:fldChar w:fldCharType="begin"/>
            </w:r>
            <w:r>
              <w:rPr>
                <w:noProof/>
                <w:webHidden/>
              </w:rPr>
              <w:instrText xml:space="preserve"> PAGEREF _Toc219475613 \h </w:instrText>
            </w:r>
            <w:r>
              <w:rPr>
                <w:noProof/>
                <w:webHidden/>
              </w:rPr>
            </w:r>
            <w:r>
              <w:rPr>
                <w:noProof/>
                <w:webHidden/>
              </w:rPr>
              <w:fldChar w:fldCharType="separate"/>
            </w:r>
            <w:r>
              <w:rPr>
                <w:noProof/>
                <w:webHidden/>
              </w:rPr>
              <w:t>25</w:t>
            </w:r>
            <w:r>
              <w:rPr>
                <w:noProof/>
                <w:webHidden/>
              </w:rPr>
              <w:fldChar w:fldCharType="end"/>
            </w:r>
          </w:hyperlink>
        </w:p>
        <w:p w14:paraId="37C15209" w14:textId="2B5167CE" w:rsidR="00211F8D" w:rsidRDefault="00211F8D" w:rsidP="00211F8D">
          <w:pPr>
            <w:pStyle w:val="TJ2"/>
            <w:tabs>
              <w:tab w:val="right" w:leader="dot" w:pos="9899"/>
            </w:tabs>
            <w:rPr>
              <w:noProof/>
            </w:rPr>
          </w:pPr>
          <w:hyperlink w:anchor="_Toc219475614" w:history="1">
            <w:r w:rsidRPr="00CE1390">
              <w:rPr>
                <w:rStyle w:val="Hiperhivatkozs"/>
                <w:noProof/>
              </w:rPr>
              <w:t>3.8.</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hozzájárulás</w:t>
            </w:r>
            <w:r w:rsidRPr="00CE1390">
              <w:rPr>
                <w:rStyle w:val="Hiperhivatkozs"/>
                <w:rFonts w:eastAsia="Times New Roman"/>
                <w:noProof/>
              </w:rPr>
              <w:t xml:space="preserve"> </w:t>
            </w:r>
            <w:r w:rsidRPr="00CE1390">
              <w:rPr>
                <w:rStyle w:val="Hiperhivatkozs"/>
                <w:noProof/>
              </w:rPr>
              <w:t>visszavonása</w:t>
            </w:r>
            <w:r>
              <w:rPr>
                <w:noProof/>
                <w:webHidden/>
              </w:rPr>
              <w:tab/>
            </w:r>
            <w:r>
              <w:rPr>
                <w:noProof/>
                <w:webHidden/>
              </w:rPr>
              <w:fldChar w:fldCharType="begin"/>
            </w:r>
            <w:r>
              <w:rPr>
                <w:noProof/>
                <w:webHidden/>
              </w:rPr>
              <w:instrText xml:space="preserve"> PAGEREF _Toc219475614 \h </w:instrText>
            </w:r>
            <w:r>
              <w:rPr>
                <w:noProof/>
                <w:webHidden/>
              </w:rPr>
            </w:r>
            <w:r>
              <w:rPr>
                <w:noProof/>
                <w:webHidden/>
              </w:rPr>
              <w:fldChar w:fldCharType="separate"/>
            </w:r>
            <w:r>
              <w:rPr>
                <w:noProof/>
                <w:webHidden/>
              </w:rPr>
              <w:t>25</w:t>
            </w:r>
            <w:r>
              <w:rPr>
                <w:noProof/>
                <w:webHidden/>
              </w:rPr>
              <w:fldChar w:fldCharType="end"/>
            </w:r>
          </w:hyperlink>
        </w:p>
        <w:p w14:paraId="0E74F9E4" w14:textId="68F21330" w:rsidR="00211F8D" w:rsidRDefault="00211F8D" w:rsidP="00211F8D">
          <w:pPr>
            <w:pStyle w:val="TJ2"/>
            <w:tabs>
              <w:tab w:val="right" w:leader="dot" w:pos="9899"/>
            </w:tabs>
            <w:rPr>
              <w:noProof/>
            </w:rPr>
          </w:pPr>
          <w:hyperlink w:anchor="_Toc219475615" w:history="1">
            <w:r w:rsidRPr="00CE1390">
              <w:rPr>
                <w:rStyle w:val="Hiperhivatkozs"/>
                <w:noProof/>
              </w:rPr>
              <w:t>3.9.</w:t>
            </w:r>
            <w:r w:rsidRPr="00CE1390">
              <w:rPr>
                <w:rStyle w:val="Hiperhivatkozs"/>
                <w:rFonts w:eastAsia="Times New Roman"/>
                <w:noProof/>
              </w:rPr>
              <w:t xml:space="preserve"> </w:t>
            </w:r>
            <w:r w:rsidRPr="00CE1390">
              <w:rPr>
                <w:rStyle w:val="Hiperhivatkozs"/>
                <w:noProof/>
              </w:rPr>
              <w:t>Automatizált</w:t>
            </w:r>
            <w:r w:rsidRPr="00CE1390">
              <w:rPr>
                <w:rStyle w:val="Hiperhivatkozs"/>
                <w:rFonts w:eastAsia="Times New Roman"/>
                <w:noProof/>
              </w:rPr>
              <w:t xml:space="preserve"> </w:t>
            </w:r>
            <w:r w:rsidRPr="00CE1390">
              <w:rPr>
                <w:rStyle w:val="Hiperhivatkozs"/>
                <w:noProof/>
              </w:rPr>
              <w:t>döntéshozatal</w:t>
            </w:r>
            <w:r w:rsidRPr="00CE1390">
              <w:rPr>
                <w:rStyle w:val="Hiperhivatkozs"/>
                <w:rFonts w:eastAsia="Times New Roman"/>
                <w:noProof/>
              </w:rPr>
              <w:t xml:space="preserve"> </w:t>
            </w:r>
            <w:r w:rsidRPr="00CE1390">
              <w:rPr>
                <w:rStyle w:val="Hiperhivatkozs"/>
                <w:noProof/>
              </w:rPr>
              <w:t>esetén</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érintettet</w:t>
            </w:r>
            <w:r w:rsidRPr="00CE1390">
              <w:rPr>
                <w:rStyle w:val="Hiperhivatkozs"/>
                <w:rFonts w:eastAsia="Times New Roman"/>
                <w:noProof/>
              </w:rPr>
              <w:t xml:space="preserve"> </w:t>
            </w:r>
            <w:r w:rsidRPr="00CE1390">
              <w:rPr>
                <w:rStyle w:val="Hiperhivatkozs"/>
                <w:noProof/>
              </w:rPr>
              <w:t>megillető</w:t>
            </w:r>
            <w:r w:rsidRPr="00CE1390">
              <w:rPr>
                <w:rStyle w:val="Hiperhivatkozs"/>
                <w:rFonts w:eastAsia="Times New Roman"/>
                <w:noProof/>
              </w:rPr>
              <w:t xml:space="preserve"> </w:t>
            </w:r>
            <w:r w:rsidRPr="00CE1390">
              <w:rPr>
                <w:rStyle w:val="Hiperhivatkozs"/>
                <w:noProof/>
              </w:rPr>
              <w:t>jog</w:t>
            </w:r>
            <w:r>
              <w:rPr>
                <w:noProof/>
                <w:webHidden/>
              </w:rPr>
              <w:tab/>
            </w:r>
            <w:r>
              <w:rPr>
                <w:noProof/>
                <w:webHidden/>
              </w:rPr>
              <w:fldChar w:fldCharType="begin"/>
            </w:r>
            <w:r>
              <w:rPr>
                <w:noProof/>
                <w:webHidden/>
              </w:rPr>
              <w:instrText xml:space="preserve"> PAGEREF _Toc219475615 \h </w:instrText>
            </w:r>
            <w:r>
              <w:rPr>
                <w:noProof/>
                <w:webHidden/>
              </w:rPr>
            </w:r>
            <w:r>
              <w:rPr>
                <w:noProof/>
                <w:webHidden/>
              </w:rPr>
              <w:fldChar w:fldCharType="separate"/>
            </w:r>
            <w:r>
              <w:rPr>
                <w:noProof/>
                <w:webHidden/>
              </w:rPr>
              <w:t>26</w:t>
            </w:r>
            <w:r>
              <w:rPr>
                <w:noProof/>
                <w:webHidden/>
              </w:rPr>
              <w:fldChar w:fldCharType="end"/>
            </w:r>
          </w:hyperlink>
        </w:p>
        <w:p w14:paraId="38A35268" w14:textId="3B212587" w:rsidR="00211F8D" w:rsidRDefault="00211F8D" w:rsidP="00211F8D">
          <w:pPr>
            <w:pStyle w:val="TJ2"/>
            <w:tabs>
              <w:tab w:val="right" w:leader="dot" w:pos="9899"/>
            </w:tabs>
            <w:rPr>
              <w:noProof/>
            </w:rPr>
          </w:pPr>
          <w:hyperlink w:anchor="_Toc219475616" w:history="1">
            <w:r w:rsidRPr="00CE1390">
              <w:rPr>
                <w:rStyle w:val="Hiperhivatkozs"/>
                <w:noProof/>
              </w:rPr>
              <w:t>3.10.</w:t>
            </w:r>
            <w:r w:rsidRPr="00CE1390">
              <w:rPr>
                <w:rStyle w:val="Hiperhivatkozs"/>
                <w:rFonts w:eastAsia="Times New Roman"/>
                <w:noProof/>
              </w:rPr>
              <w:t xml:space="preserve"> </w:t>
            </w:r>
            <w:r w:rsidRPr="00CE1390">
              <w:rPr>
                <w:rStyle w:val="Hiperhivatkozs"/>
                <w:noProof/>
              </w:rPr>
              <w:t>Hogyan</w:t>
            </w:r>
            <w:r w:rsidRPr="00CE1390">
              <w:rPr>
                <w:rStyle w:val="Hiperhivatkozs"/>
                <w:rFonts w:eastAsia="Times New Roman"/>
                <w:noProof/>
              </w:rPr>
              <w:t xml:space="preserve"> </w:t>
            </w:r>
            <w:r w:rsidRPr="00CE1390">
              <w:rPr>
                <w:rStyle w:val="Hiperhivatkozs"/>
                <w:noProof/>
              </w:rPr>
              <w:t>érvényesítheti</w:t>
            </w:r>
            <w:r w:rsidRPr="00CE1390">
              <w:rPr>
                <w:rStyle w:val="Hiperhivatkozs"/>
                <w:rFonts w:eastAsia="Times New Roman"/>
                <w:noProof/>
              </w:rPr>
              <w:t xml:space="preserve"> </w:t>
            </w:r>
            <w:r w:rsidRPr="00CE1390">
              <w:rPr>
                <w:rStyle w:val="Hiperhivatkozs"/>
                <w:noProof/>
              </w:rPr>
              <w:t>a</w:t>
            </w:r>
            <w:r w:rsidRPr="00CE1390">
              <w:rPr>
                <w:rStyle w:val="Hiperhivatkozs"/>
                <w:rFonts w:eastAsia="Times New Roman"/>
                <w:noProof/>
              </w:rPr>
              <w:t xml:space="preserve"> </w:t>
            </w:r>
            <w:r w:rsidRPr="00CE1390">
              <w:rPr>
                <w:rStyle w:val="Hiperhivatkozs"/>
                <w:noProof/>
              </w:rPr>
              <w:t>személyes</w:t>
            </w:r>
            <w:r w:rsidRPr="00CE1390">
              <w:rPr>
                <w:rStyle w:val="Hiperhivatkozs"/>
                <w:rFonts w:eastAsia="Times New Roman"/>
                <w:noProof/>
              </w:rPr>
              <w:t xml:space="preserve"> </w:t>
            </w:r>
            <w:r w:rsidRPr="00CE1390">
              <w:rPr>
                <w:rStyle w:val="Hiperhivatkozs"/>
                <w:noProof/>
              </w:rPr>
              <w:t>adataihoz</w:t>
            </w:r>
            <w:r w:rsidRPr="00CE1390">
              <w:rPr>
                <w:rStyle w:val="Hiperhivatkozs"/>
                <w:rFonts w:eastAsia="Times New Roman"/>
                <w:noProof/>
              </w:rPr>
              <w:t xml:space="preserve"> </w:t>
            </w:r>
            <w:r w:rsidRPr="00CE1390">
              <w:rPr>
                <w:rStyle w:val="Hiperhivatkozs"/>
                <w:noProof/>
              </w:rPr>
              <w:t>fűződő</w:t>
            </w:r>
            <w:r w:rsidRPr="00CE1390">
              <w:rPr>
                <w:rStyle w:val="Hiperhivatkozs"/>
                <w:rFonts w:eastAsia="Times New Roman"/>
                <w:noProof/>
              </w:rPr>
              <w:t xml:space="preserve"> </w:t>
            </w:r>
            <w:r w:rsidRPr="00CE1390">
              <w:rPr>
                <w:rStyle w:val="Hiperhivatkozs"/>
                <w:noProof/>
              </w:rPr>
              <w:t>jogait</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Adatkezelővel</w:t>
            </w:r>
            <w:r>
              <w:rPr>
                <w:noProof/>
                <w:webHidden/>
              </w:rPr>
              <w:tab/>
            </w:r>
            <w:r>
              <w:rPr>
                <w:noProof/>
                <w:webHidden/>
              </w:rPr>
              <w:fldChar w:fldCharType="begin"/>
            </w:r>
            <w:r>
              <w:rPr>
                <w:noProof/>
                <w:webHidden/>
              </w:rPr>
              <w:instrText xml:space="preserve"> PAGEREF _Toc219475616 \h </w:instrText>
            </w:r>
            <w:r>
              <w:rPr>
                <w:noProof/>
                <w:webHidden/>
              </w:rPr>
            </w:r>
            <w:r>
              <w:rPr>
                <w:noProof/>
                <w:webHidden/>
              </w:rPr>
              <w:fldChar w:fldCharType="separate"/>
            </w:r>
            <w:r>
              <w:rPr>
                <w:noProof/>
                <w:webHidden/>
              </w:rPr>
              <w:t>26</w:t>
            </w:r>
            <w:r>
              <w:rPr>
                <w:noProof/>
                <w:webHidden/>
              </w:rPr>
              <w:fldChar w:fldCharType="end"/>
            </w:r>
          </w:hyperlink>
        </w:p>
        <w:p w14:paraId="6C9D2A8F" w14:textId="5EB8C9D3" w:rsidR="00211F8D" w:rsidRDefault="00211F8D" w:rsidP="00211F8D">
          <w:pPr>
            <w:pStyle w:val="TJ2"/>
            <w:tabs>
              <w:tab w:val="right" w:leader="dot" w:pos="9899"/>
            </w:tabs>
            <w:rPr>
              <w:noProof/>
            </w:rPr>
          </w:pPr>
          <w:hyperlink w:anchor="_Toc219475617" w:history="1">
            <w:r w:rsidRPr="00CE1390">
              <w:rPr>
                <w:rStyle w:val="Hiperhivatkozs"/>
                <w:noProof/>
              </w:rPr>
              <w:t>szemben?</w:t>
            </w:r>
            <w:r>
              <w:rPr>
                <w:noProof/>
                <w:webHidden/>
              </w:rPr>
              <w:tab/>
            </w:r>
            <w:r>
              <w:rPr>
                <w:noProof/>
                <w:webHidden/>
              </w:rPr>
              <w:fldChar w:fldCharType="begin"/>
            </w:r>
            <w:r>
              <w:rPr>
                <w:noProof/>
                <w:webHidden/>
              </w:rPr>
              <w:instrText xml:space="preserve"> PAGEREF _Toc219475617 \h </w:instrText>
            </w:r>
            <w:r>
              <w:rPr>
                <w:noProof/>
                <w:webHidden/>
              </w:rPr>
            </w:r>
            <w:r>
              <w:rPr>
                <w:noProof/>
                <w:webHidden/>
              </w:rPr>
              <w:fldChar w:fldCharType="separate"/>
            </w:r>
            <w:r>
              <w:rPr>
                <w:noProof/>
                <w:webHidden/>
              </w:rPr>
              <w:t>26</w:t>
            </w:r>
            <w:r>
              <w:rPr>
                <w:noProof/>
                <w:webHidden/>
              </w:rPr>
              <w:fldChar w:fldCharType="end"/>
            </w:r>
          </w:hyperlink>
        </w:p>
        <w:p w14:paraId="6476946D" w14:textId="597D8649" w:rsidR="00211F8D" w:rsidRDefault="00211F8D" w:rsidP="00211F8D">
          <w:pPr>
            <w:pStyle w:val="TJ1"/>
            <w:tabs>
              <w:tab w:val="right" w:leader="dot" w:pos="9899"/>
            </w:tabs>
            <w:rPr>
              <w:noProof/>
            </w:rPr>
          </w:pPr>
          <w:hyperlink w:anchor="_Toc219475618" w:history="1">
            <w:r w:rsidRPr="00CE1390">
              <w:rPr>
                <w:rStyle w:val="Hiperhivatkozs"/>
                <w:noProof/>
              </w:rPr>
              <w:t>4.</w:t>
            </w:r>
            <w:r w:rsidRPr="00CE1390">
              <w:rPr>
                <w:rStyle w:val="Hiperhivatkozs"/>
                <w:rFonts w:eastAsia="Times New Roman"/>
                <w:noProof/>
              </w:rPr>
              <w:t xml:space="preserve"> </w:t>
            </w:r>
            <w:r w:rsidRPr="00CE1390">
              <w:rPr>
                <w:rStyle w:val="Hiperhivatkozs"/>
                <w:noProof/>
              </w:rPr>
              <w:t>Jogorvoslat</w:t>
            </w:r>
            <w:r w:rsidRPr="00CE1390">
              <w:rPr>
                <w:rStyle w:val="Hiperhivatkozs"/>
                <w:rFonts w:eastAsia="Times New Roman"/>
                <w:noProof/>
              </w:rPr>
              <w:t xml:space="preserve"> </w:t>
            </w:r>
            <w:r w:rsidRPr="00CE1390">
              <w:rPr>
                <w:rStyle w:val="Hiperhivatkozs"/>
                <w:noProof/>
              </w:rPr>
              <w:t>igénybevétele</w:t>
            </w:r>
            <w:r w:rsidRPr="00CE1390">
              <w:rPr>
                <w:rStyle w:val="Hiperhivatkozs"/>
                <w:rFonts w:eastAsia="Times New Roman"/>
                <w:noProof/>
              </w:rPr>
              <w:t xml:space="preserve"> </w:t>
            </w:r>
            <w:r w:rsidRPr="00CE1390">
              <w:rPr>
                <w:rStyle w:val="Hiperhivatkozs"/>
                <w:noProof/>
              </w:rPr>
              <w:t>–</w:t>
            </w:r>
            <w:r w:rsidRPr="00CE1390">
              <w:rPr>
                <w:rStyle w:val="Hiperhivatkozs"/>
                <w:rFonts w:eastAsia="Times New Roman"/>
                <w:noProof/>
              </w:rPr>
              <w:t xml:space="preserve"> </w:t>
            </w:r>
            <w:r w:rsidRPr="00CE1390">
              <w:rPr>
                <w:rStyle w:val="Hiperhivatkozs"/>
                <w:noProof/>
              </w:rPr>
              <w:t>vagylagosan</w:t>
            </w:r>
            <w:r w:rsidRPr="00CE1390">
              <w:rPr>
                <w:rStyle w:val="Hiperhivatkozs"/>
                <w:rFonts w:eastAsia="Times New Roman"/>
                <w:noProof/>
              </w:rPr>
              <w:t xml:space="preserve"> </w:t>
            </w:r>
            <w:r w:rsidRPr="00CE1390">
              <w:rPr>
                <w:rStyle w:val="Hiperhivatkozs"/>
                <w:noProof/>
              </w:rPr>
              <w:t>rendelkezésre</w:t>
            </w:r>
            <w:r w:rsidRPr="00CE1390">
              <w:rPr>
                <w:rStyle w:val="Hiperhivatkozs"/>
                <w:rFonts w:eastAsia="Times New Roman"/>
                <w:noProof/>
              </w:rPr>
              <w:t xml:space="preserve"> </w:t>
            </w:r>
            <w:r w:rsidRPr="00CE1390">
              <w:rPr>
                <w:rStyle w:val="Hiperhivatkozs"/>
                <w:noProof/>
              </w:rPr>
              <w:t>álló</w:t>
            </w:r>
            <w:r w:rsidRPr="00CE1390">
              <w:rPr>
                <w:rStyle w:val="Hiperhivatkozs"/>
                <w:rFonts w:eastAsia="Times New Roman"/>
                <w:noProof/>
              </w:rPr>
              <w:t xml:space="preserve"> </w:t>
            </w:r>
            <w:r w:rsidRPr="00CE1390">
              <w:rPr>
                <w:rStyle w:val="Hiperhivatkozs"/>
                <w:noProof/>
              </w:rPr>
              <w:t>lehetőségek</w:t>
            </w:r>
            <w:r>
              <w:rPr>
                <w:noProof/>
                <w:webHidden/>
              </w:rPr>
              <w:tab/>
            </w:r>
            <w:r>
              <w:rPr>
                <w:noProof/>
                <w:webHidden/>
              </w:rPr>
              <w:fldChar w:fldCharType="begin"/>
            </w:r>
            <w:r>
              <w:rPr>
                <w:noProof/>
                <w:webHidden/>
              </w:rPr>
              <w:instrText xml:space="preserve"> PAGEREF _Toc219475618 \h </w:instrText>
            </w:r>
            <w:r>
              <w:rPr>
                <w:noProof/>
                <w:webHidden/>
              </w:rPr>
            </w:r>
            <w:r>
              <w:rPr>
                <w:noProof/>
                <w:webHidden/>
              </w:rPr>
              <w:fldChar w:fldCharType="separate"/>
            </w:r>
            <w:r>
              <w:rPr>
                <w:noProof/>
                <w:webHidden/>
              </w:rPr>
              <w:t>26</w:t>
            </w:r>
            <w:r>
              <w:rPr>
                <w:noProof/>
                <w:webHidden/>
              </w:rPr>
              <w:fldChar w:fldCharType="end"/>
            </w:r>
          </w:hyperlink>
        </w:p>
        <w:p w14:paraId="342909C4" w14:textId="635CBCEC" w:rsidR="00211F8D" w:rsidRDefault="00211F8D" w:rsidP="00211F8D">
          <w:pPr>
            <w:pStyle w:val="TJ2"/>
            <w:tabs>
              <w:tab w:val="right" w:leader="dot" w:pos="9899"/>
            </w:tabs>
            <w:rPr>
              <w:noProof/>
            </w:rPr>
          </w:pPr>
          <w:hyperlink w:anchor="_Toc219475619" w:history="1">
            <w:r w:rsidRPr="00CE1390">
              <w:rPr>
                <w:rStyle w:val="Hiperhivatkozs"/>
                <w:noProof/>
              </w:rPr>
              <w:t>4.1.</w:t>
            </w:r>
            <w:r w:rsidRPr="00CE1390">
              <w:rPr>
                <w:rStyle w:val="Hiperhivatkozs"/>
                <w:rFonts w:eastAsia="Times New Roman"/>
                <w:noProof/>
              </w:rPr>
              <w:t xml:space="preserve"> </w:t>
            </w:r>
            <w:r w:rsidRPr="00CE1390">
              <w:rPr>
                <w:rStyle w:val="Hiperhivatkozs"/>
                <w:noProof/>
              </w:rPr>
              <w:t>Panasz</w:t>
            </w:r>
            <w:r w:rsidRPr="00CE1390">
              <w:rPr>
                <w:rStyle w:val="Hiperhivatkozs"/>
                <w:rFonts w:eastAsia="Times New Roman"/>
                <w:noProof/>
              </w:rPr>
              <w:t xml:space="preserve"> </w:t>
            </w:r>
            <w:r w:rsidRPr="00CE1390">
              <w:rPr>
                <w:rStyle w:val="Hiperhivatkozs"/>
                <w:noProof/>
              </w:rPr>
              <w:t>benyújtása</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Adatkezelőhöz</w:t>
            </w:r>
            <w:r>
              <w:rPr>
                <w:noProof/>
                <w:webHidden/>
              </w:rPr>
              <w:tab/>
            </w:r>
            <w:r>
              <w:rPr>
                <w:noProof/>
                <w:webHidden/>
              </w:rPr>
              <w:fldChar w:fldCharType="begin"/>
            </w:r>
            <w:r>
              <w:rPr>
                <w:noProof/>
                <w:webHidden/>
              </w:rPr>
              <w:instrText xml:space="preserve"> PAGEREF _Toc219475619 \h </w:instrText>
            </w:r>
            <w:r>
              <w:rPr>
                <w:noProof/>
                <w:webHidden/>
              </w:rPr>
            </w:r>
            <w:r>
              <w:rPr>
                <w:noProof/>
                <w:webHidden/>
              </w:rPr>
              <w:fldChar w:fldCharType="separate"/>
            </w:r>
            <w:r>
              <w:rPr>
                <w:noProof/>
                <w:webHidden/>
              </w:rPr>
              <w:t>26</w:t>
            </w:r>
            <w:r>
              <w:rPr>
                <w:noProof/>
                <w:webHidden/>
              </w:rPr>
              <w:fldChar w:fldCharType="end"/>
            </w:r>
          </w:hyperlink>
        </w:p>
        <w:p w14:paraId="25687AD2" w14:textId="634CA5FC" w:rsidR="00211F8D" w:rsidRDefault="00211F8D" w:rsidP="00211F8D">
          <w:pPr>
            <w:pStyle w:val="TJ2"/>
            <w:tabs>
              <w:tab w:val="right" w:leader="dot" w:pos="9899"/>
            </w:tabs>
            <w:rPr>
              <w:noProof/>
            </w:rPr>
          </w:pPr>
          <w:hyperlink w:anchor="_Toc219475620" w:history="1">
            <w:r w:rsidRPr="00CE1390">
              <w:rPr>
                <w:rStyle w:val="Hiperhivatkozs"/>
                <w:noProof/>
              </w:rPr>
              <w:t>4.2.</w:t>
            </w:r>
            <w:r w:rsidRPr="00CE1390">
              <w:rPr>
                <w:rStyle w:val="Hiperhivatkozs"/>
                <w:rFonts w:eastAsia="Times New Roman"/>
                <w:noProof/>
              </w:rPr>
              <w:t xml:space="preserve"> </w:t>
            </w:r>
            <w:r w:rsidRPr="00CE1390">
              <w:rPr>
                <w:rStyle w:val="Hiperhivatkozs"/>
                <w:noProof/>
              </w:rPr>
              <w:t>Nemzeti</w:t>
            </w:r>
            <w:r w:rsidRPr="00CE1390">
              <w:rPr>
                <w:rStyle w:val="Hiperhivatkozs"/>
                <w:rFonts w:eastAsia="Times New Roman"/>
                <w:noProof/>
              </w:rPr>
              <w:t xml:space="preserve"> </w:t>
            </w:r>
            <w:r w:rsidRPr="00CE1390">
              <w:rPr>
                <w:rStyle w:val="Hiperhivatkozs"/>
                <w:noProof/>
              </w:rPr>
              <w:t>Adatvédelmi</w:t>
            </w:r>
            <w:r w:rsidRPr="00CE1390">
              <w:rPr>
                <w:rStyle w:val="Hiperhivatkozs"/>
                <w:rFonts w:eastAsia="Times New Roman"/>
                <w:noProof/>
              </w:rPr>
              <w:t xml:space="preserve"> </w:t>
            </w:r>
            <w:r w:rsidRPr="00CE1390">
              <w:rPr>
                <w:rStyle w:val="Hiperhivatkozs"/>
                <w:noProof/>
              </w:rPr>
              <w:t>és</w:t>
            </w:r>
            <w:r w:rsidRPr="00CE1390">
              <w:rPr>
                <w:rStyle w:val="Hiperhivatkozs"/>
                <w:rFonts w:eastAsia="Times New Roman"/>
                <w:noProof/>
              </w:rPr>
              <w:t xml:space="preserve"> </w:t>
            </w:r>
            <w:r w:rsidRPr="00CE1390">
              <w:rPr>
                <w:rStyle w:val="Hiperhivatkozs"/>
                <w:noProof/>
              </w:rPr>
              <w:t>Információszabadság</w:t>
            </w:r>
            <w:r w:rsidRPr="00CE1390">
              <w:rPr>
                <w:rStyle w:val="Hiperhivatkozs"/>
                <w:rFonts w:eastAsia="Times New Roman"/>
                <w:noProof/>
              </w:rPr>
              <w:t xml:space="preserve"> </w:t>
            </w:r>
            <w:r w:rsidRPr="00CE1390">
              <w:rPr>
                <w:rStyle w:val="Hiperhivatkozs"/>
                <w:noProof/>
              </w:rPr>
              <w:t>Hatóságnál</w:t>
            </w:r>
            <w:r w:rsidRPr="00CE1390">
              <w:rPr>
                <w:rStyle w:val="Hiperhivatkozs"/>
                <w:rFonts w:eastAsia="Times New Roman"/>
                <w:noProof/>
              </w:rPr>
              <w:t xml:space="preserve"> </w:t>
            </w:r>
            <w:r w:rsidRPr="00CE1390">
              <w:rPr>
                <w:rStyle w:val="Hiperhivatkozs"/>
                <w:noProof/>
              </w:rPr>
              <w:t>kezdeményezhető</w:t>
            </w:r>
            <w:r w:rsidRPr="00CE1390">
              <w:rPr>
                <w:rStyle w:val="Hiperhivatkozs"/>
                <w:rFonts w:eastAsia="Times New Roman"/>
                <w:noProof/>
              </w:rPr>
              <w:t xml:space="preserve"> </w:t>
            </w:r>
            <w:r w:rsidRPr="00CE1390">
              <w:rPr>
                <w:rStyle w:val="Hiperhivatkozs"/>
                <w:noProof/>
              </w:rPr>
              <w:t>vizsgálat</w:t>
            </w:r>
            <w:r>
              <w:rPr>
                <w:noProof/>
                <w:webHidden/>
              </w:rPr>
              <w:tab/>
            </w:r>
            <w:r>
              <w:rPr>
                <w:noProof/>
                <w:webHidden/>
              </w:rPr>
              <w:fldChar w:fldCharType="begin"/>
            </w:r>
            <w:r>
              <w:rPr>
                <w:noProof/>
                <w:webHidden/>
              </w:rPr>
              <w:instrText xml:space="preserve"> PAGEREF _Toc219475620 \h </w:instrText>
            </w:r>
            <w:r>
              <w:rPr>
                <w:noProof/>
                <w:webHidden/>
              </w:rPr>
            </w:r>
            <w:r>
              <w:rPr>
                <w:noProof/>
                <w:webHidden/>
              </w:rPr>
              <w:fldChar w:fldCharType="separate"/>
            </w:r>
            <w:r>
              <w:rPr>
                <w:noProof/>
                <w:webHidden/>
              </w:rPr>
              <w:t>26</w:t>
            </w:r>
            <w:r>
              <w:rPr>
                <w:noProof/>
                <w:webHidden/>
              </w:rPr>
              <w:fldChar w:fldCharType="end"/>
            </w:r>
          </w:hyperlink>
        </w:p>
        <w:p w14:paraId="343CA33B" w14:textId="2B4C154A" w:rsidR="00211F8D" w:rsidRDefault="00211F8D" w:rsidP="00211F8D">
          <w:pPr>
            <w:pStyle w:val="TJ2"/>
            <w:tabs>
              <w:tab w:val="right" w:leader="dot" w:pos="9899"/>
            </w:tabs>
            <w:rPr>
              <w:noProof/>
            </w:rPr>
          </w:pPr>
          <w:hyperlink w:anchor="_Toc219475621" w:history="1">
            <w:r w:rsidRPr="00CE1390">
              <w:rPr>
                <w:rStyle w:val="Hiperhivatkozs"/>
                <w:noProof/>
              </w:rPr>
              <w:t>4.3.</w:t>
            </w:r>
            <w:r w:rsidRPr="00CE1390">
              <w:rPr>
                <w:rStyle w:val="Hiperhivatkozs"/>
                <w:rFonts w:eastAsia="Times New Roman"/>
                <w:noProof/>
              </w:rPr>
              <w:t xml:space="preserve"> </w:t>
            </w:r>
            <w:r w:rsidRPr="00CE1390">
              <w:rPr>
                <w:rStyle w:val="Hiperhivatkozs"/>
                <w:noProof/>
              </w:rPr>
              <w:t>Bírósági</w:t>
            </w:r>
            <w:r w:rsidRPr="00CE1390">
              <w:rPr>
                <w:rStyle w:val="Hiperhivatkozs"/>
                <w:rFonts w:eastAsia="Times New Roman"/>
                <w:noProof/>
              </w:rPr>
              <w:t xml:space="preserve"> </w:t>
            </w:r>
            <w:r w:rsidRPr="00CE1390">
              <w:rPr>
                <w:rStyle w:val="Hiperhivatkozs"/>
                <w:noProof/>
                <w:w w:val="99"/>
              </w:rPr>
              <w:t>jogérvényesítés</w:t>
            </w:r>
            <w:r>
              <w:rPr>
                <w:noProof/>
                <w:webHidden/>
              </w:rPr>
              <w:tab/>
            </w:r>
            <w:r>
              <w:rPr>
                <w:noProof/>
                <w:webHidden/>
              </w:rPr>
              <w:fldChar w:fldCharType="begin"/>
            </w:r>
            <w:r>
              <w:rPr>
                <w:noProof/>
                <w:webHidden/>
              </w:rPr>
              <w:instrText xml:space="preserve"> PAGEREF _Toc219475621 \h </w:instrText>
            </w:r>
            <w:r>
              <w:rPr>
                <w:noProof/>
                <w:webHidden/>
              </w:rPr>
            </w:r>
            <w:r>
              <w:rPr>
                <w:noProof/>
                <w:webHidden/>
              </w:rPr>
              <w:fldChar w:fldCharType="separate"/>
            </w:r>
            <w:r>
              <w:rPr>
                <w:noProof/>
                <w:webHidden/>
              </w:rPr>
              <w:t>27</w:t>
            </w:r>
            <w:r>
              <w:rPr>
                <w:noProof/>
                <w:webHidden/>
              </w:rPr>
              <w:fldChar w:fldCharType="end"/>
            </w:r>
          </w:hyperlink>
        </w:p>
        <w:p w14:paraId="154ED937" w14:textId="52B01ACC" w:rsidR="00211F8D" w:rsidRDefault="00211F8D" w:rsidP="00211F8D">
          <w:pPr>
            <w:pStyle w:val="TJ1"/>
            <w:tabs>
              <w:tab w:val="right" w:leader="dot" w:pos="9899"/>
            </w:tabs>
            <w:rPr>
              <w:noProof/>
            </w:rPr>
          </w:pPr>
          <w:hyperlink w:anchor="_Toc219475622" w:history="1">
            <w:r w:rsidRPr="00CE1390">
              <w:rPr>
                <w:rStyle w:val="Hiperhivatkozs"/>
                <w:noProof/>
              </w:rPr>
              <w:t>5.</w:t>
            </w:r>
            <w:r w:rsidRPr="00CE1390">
              <w:rPr>
                <w:rStyle w:val="Hiperhivatkozs"/>
                <w:rFonts w:eastAsia="Times New Roman"/>
                <w:noProof/>
              </w:rPr>
              <w:t xml:space="preserve"> </w:t>
            </w:r>
            <w:r w:rsidRPr="00CE1390">
              <w:rPr>
                <w:rStyle w:val="Hiperhivatkozs"/>
                <w:noProof/>
              </w:rPr>
              <w:t>Az</w:t>
            </w:r>
            <w:r w:rsidRPr="00CE1390">
              <w:rPr>
                <w:rStyle w:val="Hiperhivatkozs"/>
                <w:rFonts w:eastAsia="Times New Roman"/>
                <w:noProof/>
              </w:rPr>
              <w:t xml:space="preserve"> </w:t>
            </w:r>
            <w:r w:rsidRPr="00CE1390">
              <w:rPr>
                <w:rStyle w:val="Hiperhivatkozs"/>
                <w:noProof/>
              </w:rPr>
              <w:t>Adatkezelő</w:t>
            </w:r>
            <w:r w:rsidRPr="00CE1390">
              <w:rPr>
                <w:rStyle w:val="Hiperhivatkozs"/>
                <w:rFonts w:eastAsia="Times New Roman"/>
                <w:noProof/>
              </w:rPr>
              <w:t xml:space="preserve"> </w:t>
            </w:r>
            <w:r w:rsidRPr="00CE1390">
              <w:rPr>
                <w:rStyle w:val="Hiperhivatkozs"/>
                <w:noProof/>
              </w:rPr>
              <w:t>által</w:t>
            </w:r>
            <w:r w:rsidRPr="00CE1390">
              <w:rPr>
                <w:rStyle w:val="Hiperhivatkozs"/>
                <w:rFonts w:eastAsia="Times New Roman"/>
                <w:noProof/>
              </w:rPr>
              <w:t xml:space="preserve"> </w:t>
            </w:r>
            <w:r w:rsidRPr="00CE1390">
              <w:rPr>
                <w:rStyle w:val="Hiperhivatkozs"/>
                <w:noProof/>
              </w:rPr>
              <w:t>megbízott</w:t>
            </w:r>
            <w:r w:rsidRPr="00CE1390">
              <w:rPr>
                <w:rStyle w:val="Hiperhivatkozs"/>
                <w:rFonts w:eastAsia="Times New Roman"/>
                <w:noProof/>
              </w:rPr>
              <w:t xml:space="preserve"> </w:t>
            </w:r>
            <w:r w:rsidRPr="00CE1390">
              <w:rPr>
                <w:rStyle w:val="Hiperhivatkozs"/>
                <w:noProof/>
              </w:rPr>
              <w:t>adatfeldolgozók</w:t>
            </w:r>
            <w:r>
              <w:rPr>
                <w:noProof/>
                <w:webHidden/>
              </w:rPr>
              <w:tab/>
            </w:r>
            <w:r>
              <w:rPr>
                <w:noProof/>
                <w:webHidden/>
              </w:rPr>
              <w:fldChar w:fldCharType="begin"/>
            </w:r>
            <w:r>
              <w:rPr>
                <w:noProof/>
                <w:webHidden/>
              </w:rPr>
              <w:instrText xml:space="preserve"> PAGEREF _Toc219475622 \h </w:instrText>
            </w:r>
            <w:r>
              <w:rPr>
                <w:noProof/>
                <w:webHidden/>
              </w:rPr>
            </w:r>
            <w:r>
              <w:rPr>
                <w:noProof/>
                <w:webHidden/>
              </w:rPr>
              <w:fldChar w:fldCharType="separate"/>
            </w:r>
            <w:r>
              <w:rPr>
                <w:noProof/>
                <w:webHidden/>
              </w:rPr>
              <w:t>27</w:t>
            </w:r>
            <w:r>
              <w:rPr>
                <w:noProof/>
                <w:webHidden/>
              </w:rPr>
              <w:fldChar w:fldCharType="end"/>
            </w:r>
          </w:hyperlink>
        </w:p>
        <w:p w14:paraId="0CEFD119" w14:textId="41440577" w:rsidR="00211F8D" w:rsidRDefault="00211F8D" w:rsidP="00211F8D">
          <w:pPr>
            <w:pStyle w:val="TJ1"/>
            <w:tabs>
              <w:tab w:val="right" w:leader="dot" w:pos="9899"/>
            </w:tabs>
            <w:rPr>
              <w:noProof/>
            </w:rPr>
          </w:pPr>
          <w:hyperlink w:anchor="_Toc219475623" w:history="1">
            <w:r w:rsidRPr="00CE1390">
              <w:rPr>
                <w:rStyle w:val="Hiperhivatkozs"/>
                <w:noProof/>
              </w:rPr>
              <w:t>6.</w:t>
            </w:r>
            <w:r w:rsidRPr="00CE1390">
              <w:rPr>
                <w:rStyle w:val="Hiperhivatkozs"/>
                <w:rFonts w:eastAsia="Times New Roman"/>
                <w:noProof/>
              </w:rPr>
              <w:t xml:space="preserve"> </w:t>
            </w:r>
            <w:r w:rsidRPr="00CE1390">
              <w:rPr>
                <w:rStyle w:val="Hiperhivatkozs"/>
                <w:noProof/>
              </w:rPr>
              <w:t>Adatbiztonsággal</w:t>
            </w:r>
            <w:r w:rsidRPr="00CE1390">
              <w:rPr>
                <w:rStyle w:val="Hiperhivatkozs"/>
                <w:rFonts w:eastAsia="Times New Roman"/>
                <w:noProof/>
              </w:rPr>
              <w:t xml:space="preserve"> </w:t>
            </w:r>
            <w:r w:rsidRPr="00CE1390">
              <w:rPr>
                <w:rStyle w:val="Hiperhivatkozs"/>
                <w:noProof/>
              </w:rPr>
              <w:t>kapcsolato</w:t>
            </w:r>
            <w:r w:rsidRPr="00CE1390">
              <w:rPr>
                <w:rStyle w:val="Hiperhivatkozs"/>
                <w:noProof/>
              </w:rPr>
              <w:t>s</w:t>
            </w:r>
            <w:r w:rsidRPr="00CE1390">
              <w:rPr>
                <w:rStyle w:val="Hiperhivatkozs"/>
                <w:rFonts w:eastAsia="Times New Roman"/>
                <w:noProof/>
              </w:rPr>
              <w:t xml:space="preserve"> </w:t>
            </w:r>
            <w:r w:rsidRPr="00CE1390">
              <w:rPr>
                <w:rStyle w:val="Hiperhivatkozs"/>
                <w:noProof/>
              </w:rPr>
              <w:t>intézkedések</w:t>
            </w:r>
            <w:r w:rsidRPr="00CE1390">
              <w:rPr>
                <w:rStyle w:val="Hiperhivatkozs"/>
                <w:rFonts w:eastAsia="Times New Roman"/>
                <w:noProof/>
              </w:rPr>
              <w:t xml:space="preserve"> </w:t>
            </w:r>
            <w:r w:rsidRPr="00CE1390">
              <w:rPr>
                <w:rStyle w:val="Hiperhivatkozs"/>
                <w:noProof/>
              </w:rPr>
              <w:t>bemutatása</w:t>
            </w:r>
            <w:r>
              <w:rPr>
                <w:noProof/>
                <w:webHidden/>
              </w:rPr>
              <w:tab/>
            </w:r>
            <w:r>
              <w:rPr>
                <w:noProof/>
                <w:webHidden/>
              </w:rPr>
              <w:fldChar w:fldCharType="begin"/>
            </w:r>
            <w:r>
              <w:rPr>
                <w:noProof/>
                <w:webHidden/>
              </w:rPr>
              <w:instrText xml:space="preserve"> PAGEREF _Toc219475623 \h </w:instrText>
            </w:r>
            <w:r>
              <w:rPr>
                <w:noProof/>
                <w:webHidden/>
              </w:rPr>
            </w:r>
            <w:r>
              <w:rPr>
                <w:noProof/>
                <w:webHidden/>
              </w:rPr>
              <w:fldChar w:fldCharType="separate"/>
            </w:r>
            <w:r>
              <w:rPr>
                <w:noProof/>
                <w:webHidden/>
              </w:rPr>
              <w:t>27</w:t>
            </w:r>
            <w:r>
              <w:rPr>
                <w:noProof/>
                <w:webHidden/>
              </w:rPr>
              <w:fldChar w:fldCharType="end"/>
            </w:r>
          </w:hyperlink>
        </w:p>
        <w:p w14:paraId="673575CF" w14:textId="36AF2889" w:rsidR="00211F8D" w:rsidRDefault="00211F8D" w:rsidP="00211F8D">
          <w:pPr>
            <w:pStyle w:val="TJ1"/>
            <w:tabs>
              <w:tab w:val="right" w:leader="dot" w:pos="9899"/>
            </w:tabs>
            <w:rPr>
              <w:noProof/>
            </w:rPr>
          </w:pPr>
          <w:hyperlink w:anchor="_Toc219475624" w:history="1">
            <w:r w:rsidRPr="00CE1390">
              <w:rPr>
                <w:rStyle w:val="Hiperhivatkozs"/>
                <w:noProof/>
              </w:rPr>
              <w:t>7.</w:t>
            </w:r>
            <w:r w:rsidRPr="00CE1390">
              <w:rPr>
                <w:rStyle w:val="Hiperhivatkozs"/>
                <w:rFonts w:eastAsia="Times New Roman"/>
                <w:noProof/>
              </w:rPr>
              <w:t xml:space="preserve"> </w:t>
            </w:r>
            <w:r w:rsidRPr="00CE1390">
              <w:rPr>
                <w:rStyle w:val="Hiperhivatkozs"/>
                <w:noProof/>
              </w:rPr>
              <w:t>Eljárásunk</w:t>
            </w:r>
            <w:r w:rsidRPr="00CE1390">
              <w:rPr>
                <w:rStyle w:val="Hiperhivatkozs"/>
                <w:rFonts w:eastAsia="Times New Roman"/>
                <w:noProof/>
              </w:rPr>
              <w:t xml:space="preserve"> </w:t>
            </w:r>
            <w:r w:rsidRPr="00CE1390">
              <w:rPr>
                <w:rStyle w:val="Hiperhivatkozs"/>
                <w:noProof/>
              </w:rPr>
              <w:t>adatvédelmi</w:t>
            </w:r>
            <w:r w:rsidRPr="00CE1390">
              <w:rPr>
                <w:rStyle w:val="Hiperhivatkozs"/>
                <w:rFonts w:eastAsia="Times New Roman"/>
                <w:noProof/>
              </w:rPr>
              <w:t xml:space="preserve"> </w:t>
            </w:r>
            <w:r w:rsidRPr="00CE1390">
              <w:rPr>
                <w:rStyle w:val="Hiperhivatkozs"/>
                <w:noProof/>
              </w:rPr>
              <w:t>incidens</w:t>
            </w:r>
            <w:r w:rsidRPr="00CE1390">
              <w:rPr>
                <w:rStyle w:val="Hiperhivatkozs"/>
                <w:rFonts w:eastAsia="Times New Roman"/>
                <w:noProof/>
              </w:rPr>
              <w:t xml:space="preserve"> </w:t>
            </w:r>
            <w:r w:rsidRPr="00CE1390">
              <w:rPr>
                <w:rStyle w:val="Hiperhivatkozs"/>
                <w:noProof/>
              </w:rPr>
              <w:t>esetén</w:t>
            </w:r>
            <w:r>
              <w:rPr>
                <w:noProof/>
                <w:webHidden/>
              </w:rPr>
              <w:tab/>
            </w:r>
            <w:r>
              <w:rPr>
                <w:noProof/>
                <w:webHidden/>
              </w:rPr>
              <w:fldChar w:fldCharType="begin"/>
            </w:r>
            <w:r>
              <w:rPr>
                <w:noProof/>
                <w:webHidden/>
              </w:rPr>
              <w:instrText xml:space="preserve"> PAGEREF _Toc219475624 \h </w:instrText>
            </w:r>
            <w:r>
              <w:rPr>
                <w:noProof/>
                <w:webHidden/>
              </w:rPr>
            </w:r>
            <w:r>
              <w:rPr>
                <w:noProof/>
                <w:webHidden/>
              </w:rPr>
              <w:fldChar w:fldCharType="separate"/>
            </w:r>
            <w:r>
              <w:rPr>
                <w:noProof/>
                <w:webHidden/>
              </w:rPr>
              <w:t>28</w:t>
            </w:r>
            <w:r>
              <w:rPr>
                <w:noProof/>
                <w:webHidden/>
              </w:rPr>
              <w:fldChar w:fldCharType="end"/>
            </w:r>
          </w:hyperlink>
        </w:p>
        <w:p w14:paraId="08F57C37" w14:textId="02B8D759" w:rsidR="00211F8D" w:rsidRDefault="00211F8D" w:rsidP="00211F8D">
          <w:pPr>
            <w:pStyle w:val="TJ1"/>
            <w:tabs>
              <w:tab w:val="right" w:leader="dot" w:pos="9899"/>
            </w:tabs>
            <w:rPr>
              <w:noProof/>
            </w:rPr>
          </w:pPr>
          <w:hyperlink w:anchor="_Toc219475625" w:history="1">
            <w:r w:rsidRPr="00CE1390">
              <w:rPr>
                <w:rStyle w:val="Hiperhivatkozs"/>
                <w:noProof/>
              </w:rPr>
              <w:t>8.</w:t>
            </w:r>
            <w:r w:rsidRPr="00CE1390">
              <w:rPr>
                <w:rStyle w:val="Hiperhivatkozs"/>
                <w:rFonts w:eastAsia="Times New Roman"/>
                <w:noProof/>
              </w:rPr>
              <w:t xml:space="preserve"> </w:t>
            </w:r>
            <w:r w:rsidRPr="00CE1390">
              <w:rPr>
                <w:rStyle w:val="Hiperhivatkozs"/>
                <w:noProof/>
              </w:rPr>
              <w:t>Automatizált</w:t>
            </w:r>
            <w:r w:rsidRPr="00CE1390">
              <w:rPr>
                <w:rStyle w:val="Hiperhivatkozs"/>
                <w:rFonts w:eastAsia="Times New Roman"/>
                <w:noProof/>
              </w:rPr>
              <w:t xml:space="preserve"> </w:t>
            </w:r>
            <w:r w:rsidRPr="00CE1390">
              <w:rPr>
                <w:rStyle w:val="Hiperhivatkozs"/>
                <w:noProof/>
              </w:rPr>
              <w:t>döntéshozatal</w:t>
            </w:r>
            <w:r w:rsidRPr="00CE1390">
              <w:rPr>
                <w:rStyle w:val="Hiperhivatkozs"/>
                <w:rFonts w:eastAsia="Times New Roman"/>
                <w:noProof/>
              </w:rPr>
              <w:t xml:space="preserve"> </w:t>
            </w:r>
            <w:r w:rsidRPr="00CE1390">
              <w:rPr>
                <w:rStyle w:val="Hiperhivatkozs"/>
                <w:noProof/>
              </w:rPr>
              <w:t>és</w:t>
            </w:r>
            <w:r w:rsidRPr="00CE1390">
              <w:rPr>
                <w:rStyle w:val="Hiperhivatkozs"/>
                <w:rFonts w:eastAsia="Times New Roman"/>
                <w:noProof/>
              </w:rPr>
              <w:t xml:space="preserve"> </w:t>
            </w:r>
            <w:r w:rsidRPr="00CE1390">
              <w:rPr>
                <w:rStyle w:val="Hiperhivatkozs"/>
                <w:noProof/>
              </w:rPr>
              <w:t>profilozás</w:t>
            </w:r>
            <w:r>
              <w:rPr>
                <w:noProof/>
                <w:webHidden/>
              </w:rPr>
              <w:tab/>
            </w:r>
            <w:r>
              <w:rPr>
                <w:noProof/>
                <w:webHidden/>
              </w:rPr>
              <w:fldChar w:fldCharType="begin"/>
            </w:r>
            <w:r>
              <w:rPr>
                <w:noProof/>
                <w:webHidden/>
              </w:rPr>
              <w:instrText xml:space="preserve"> PAGEREF _Toc219475625 \h </w:instrText>
            </w:r>
            <w:r>
              <w:rPr>
                <w:noProof/>
                <w:webHidden/>
              </w:rPr>
            </w:r>
            <w:r>
              <w:rPr>
                <w:noProof/>
                <w:webHidden/>
              </w:rPr>
              <w:fldChar w:fldCharType="separate"/>
            </w:r>
            <w:r>
              <w:rPr>
                <w:noProof/>
                <w:webHidden/>
              </w:rPr>
              <w:t>29</w:t>
            </w:r>
            <w:r>
              <w:rPr>
                <w:noProof/>
                <w:webHidden/>
              </w:rPr>
              <w:fldChar w:fldCharType="end"/>
            </w:r>
          </w:hyperlink>
        </w:p>
        <w:p w14:paraId="4CAB00AD" w14:textId="53C76B64" w:rsidR="00211F8D" w:rsidRDefault="00211F8D" w:rsidP="00211F8D">
          <w:pPr>
            <w:pStyle w:val="TJ1"/>
            <w:tabs>
              <w:tab w:val="right" w:leader="dot" w:pos="9899"/>
            </w:tabs>
            <w:rPr>
              <w:noProof/>
            </w:rPr>
          </w:pPr>
          <w:hyperlink w:anchor="_Toc219475626" w:history="1">
            <w:r w:rsidRPr="00CE1390">
              <w:rPr>
                <w:rStyle w:val="Hiperhivatkozs"/>
                <w:noProof/>
              </w:rPr>
              <w:t>9.</w:t>
            </w:r>
            <w:r w:rsidRPr="00CE1390">
              <w:rPr>
                <w:rStyle w:val="Hiperhivatkozs"/>
                <w:rFonts w:eastAsia="Times New Roman"/>
                <w:noProof/>
              </w:rPr>
              <w:t xml:space="preserve"> </w:t>
            </w:r>
            <w:r w:rsidRPr="00CE1390">
              <w:rPr>
                <w:rStyle w:val="Hiperhivatkozs"/>
                <w:noProof/>
                <w:w w:val="99"/>
              </w:rPr>
              <w:t>Mellékletek</w:t>
            </w:r>
            <w:r>
              <w:rPr>
                <w:noProof/>
                <w:webHidden/>
              </w:rPr>
              <w:tab/>
            </w:r>
            <w:r>
              <w:rPr>
                <w:noProof/>
                <w:webHidden/>
              </w:rPr>
              <w:fldChar w:fldCharType="begin"/>
            </w:r>
            <w:r>
              <w:rPr>
                <w:noProof/>
                <w:webHidden/>
              </w:rPr>
              <w:instrText xml:space="preserve"> PAGEREF _Toc219475626 \h </w:instrText>
            </w:r>
            <w:r>
              <w:rPr>
                <w:noProof/>
                <w:webHidden/>
              </w:rPr>
            </w:r>
            <w:r>
              <w:rPr>
                <w:noProof/>
                <w:webHidden/>
              </w:rPr>
              <w:fldChar w:fldCharType="separate"/>
            </w:r>
            <w:r>
              <w:rPr>
                <w:noProof/>
                <w:webHidden/>
              </w:rPr>
              <w:t>29</w:t>
            </w:r>
            <w:r>
              <w:rPr>
                <w:noProof/>
                <w:webHidden/>
              </w:rPr>
              <w:fldChar w:fldCharType="end"/>
            </w:r>
          </w:hyperlink>
        </w:p>
        <w:p w14:paraId="5745DD9D" w14:textId="6C9F871D" w:rsidR="00211F8D" w:rsidRDefault="00211F8D" w:rsidP="00211F8D">
          <w:pPr>
            <w:pStyle w:val="TJ1"/>
            <w:tabs>
              <w:tab w:val="right" w:leader="dot" w:pos="9899"/>
            </w:tabs>
            <w:rPr>
              <w:noProof/>
            </w:rPr>
          </w:pPr>
          <w:hyperlink w:anchor="_Toc219475627" w:history="1">
            <w:r w:rsidRPr="00CE1390">
              <w:rPr>
                <w:rStyle w:val="Hiperhivatkozs"/>
                <w:noProof/>
              </w:rPr>
              <w:t>1.számú</w:t>
            </w:r>
            <w:r w:rsidRPr="00CE1390">
              <w:rPr>
                <w:rStyle w:val="Hiperhivatkozs"/>
                <w:rFonts w:eastAsia="Times New Roman"/>
                <w:noProof/>
              </w:rPr>
              <w:t xml:space="preserve"> </w:t>
            </w:r>
            <w:r w:rsidRPr="00CE1390">
              <w:rPr>
                <w:rStyle w:val="Hiperhivatkozs"/>
                <w:noProof/>
              </w:rPr>
              <w:t>melléklet</w:t>
            </w:r>
            <w:r w:rsidRPr="00CE1390">
              <w:rPr>
                <w:rStyle w:val="Hiperhivatkozs"/>
                <w:rFonts w:eastAsia="Times New Roman"/>
                <w:noProof/>
              </w:rPr>
              <w:t xml:space="preserve"> </w:t>
            </w:r>
            <w:r w:rsidRPr="00CE1390">
              <w:rPr>
                <w:rStyle w:val="Hiperhivatkozs"/>
                <w:noProof/>
              </w:rPr>
              <w:t>-</w:t>
            </w:r>
            <w:r w:rsidRPr="00CE1390">
              <w:rPr>
                <w:rStyle w:val="Hiperhivatkozs"/>
                <w:rFonts w:eastAsia="Times New Roman"/>
                <w:noProof/>
              </w:rPr>
              <w:t xml:space="preserve"> </w:t>
            </w:r>
            <w:r w:rsidRPr="00CE1390">
              <w:rPr>
                <w:rStyle w:val="Hiperhivatkozs"/>
                <w:noProof/>
              </w:rPr>
              <w:t>Fogalommeghatározások</w:t>
            </w:r>
            <w:r>
              <w:rPr>
                <w:noProof/>
                <w:webHidden/>
              </w:rPr>
              <w:tab/>
            </w:r>
            <w:r>
              <w:rPr>
                <w:noProof/>
                <w:webHidden/>
              </w:rPr>
              <w:fldChar w:fldCharType="begin"/>
            </w:r>
            <w:r>
              <w:rPr>
                <w:noProof/>
                <w:webHidden/>
              </w:rPr>
              <w:instrText xml:space="preserve"> PAGEREF _Toc219475627 \h </w:instrText>
            </w:r>
            <w:r>
              <w:rPr>
                <w:noProof/>
                <w:webHidden/>
              </w:rPr>
            </w:r>
            <w:r>
              <w:rPr>
                <w:noProof/>
                <w:webHidden/>
              </w:rPr>
              <w:fldChar w:fldCharType="separate"/>
            </w:r>
            <w:r>
              <w:rPr>
                <w:noProof/>
                <w:webHidden/>
              </w:rPr>
              <w:t>30</w:t>
            </w:r>
            <w:r>
              <w:rPr>
                <w:noProof/>
                <w:webHidden/>
              </w:rPr>
              <w:fldChar w:fldCharType="end"/>
            </w:r>
          </w:hyperlink>
        </w:p>
        <w:p w14:paraId="2E53B809" w14:textId="4C413DAE" w:rsidR="00211F8D" w:rsidRDefault="00211F8D" w:rsidP="00211F8D">
          <w:pPr>
            <w:pStyle w:val="TJ1"/>
            <w:tabs>
              <w:tab w:val="right" w:leader="dot" w:pos="9899"/>
            </w:tabs>
            <w:rPr>
              <w:noProof/>
            </w:rPr>
          </w:pPr>
          <w:hyperlink w:anchor="_Toc219475628" w:history="1">
            <w:r w:rsidRPr="00CE1390">
              <w:rPr>
                <w:rStyle w:val="Hiperhivatkozs"/>
                <w:noProof/>
              </w:rPr>
              <w:t>2.számú</w:t>
            </w:r>
            <w:r w:rsidRPr="00CE1390">
              <w:rPr>
                <w:rStyle w:val="Hiperhivatkozs"/>
                <w:rFonts w:eastAsia="Times New Roman"/>
                <w:noProof/>
              </w:rPr>
              <w:t xml:space="preserve"> </w:t>
            </w:r>
            <w:r w:rsidRPr="00CE1390">
              <w:rPr>
                <w:rStyle w:val="Hiperhivatkozs"/>
                <w:noProof/>
              </w:rPr>
              <w:t>melléklet</w:t>
            </w:r>
            <w:r w:rsidRPr="00CE1390">
              <w:rPr>
                <w:rStyle w:val="Hiperhivatkozs"/>
                <w:rFonts w:eastAsia="Times New Roman"/>
                <w:noProof/>
              </w:rPr>
              <w:t xml:space="preserve"> </w:t>
            </w:r>
            <w:r w:rsidRPr="00CE1390">
              <w:rPr>
                <w:rStyle w:val="Hiperhivatkozs"/>
                <w:noProof/>
              </w:rPr>
              <w:t>–</w:t>
            </w:r>
            <w:r w:rsidRPr="00CE1390">
              <w:rPr>
                <w:rStyle w:val="Hiperhivatkozs"/>
                <w:rFonts w:eastAsia="Times New Roman"/>
                <w:noProof/>
              </w:rPr>
              <w:t xml:space="preserve"> </w:t>
            </w:r>
            <w:r w:rsidRPr="00CE1390">
              <w:rPr>
                <w:rStyle w:val="Hiperhivatkozs"/>
                <w:noProof/>
              </w:rPr>
              <w:t>Alkalmazott</w:t>
            </w:r>
            <w:r w:rsidRPr="00CE1390">
              <w:rPr>
                <w:rStyle w:val="Hiperhivatkozs"/>
                <w:rFonts w:eastAsia="Times New Roman"/>
                <w:noProof/>
              </w:rPr>
              <w:t xml:space="preserve"> </w:t>
            </w:r>
            <w:r w:rsidRPr="00CE1390">
              <w:rPr>
                <w:rStyle w:val="Hiperhivatkozs"/>
                <w:noProof/>
              </w:rPr>
              <w:t>jogszabályok</w:t>
            </w:r>
            <w:r>
              <w:rPr>
                <w:noProof/>
                <w:webHidden/>
              </w:rPr>
              <w:tab/>
            </w:r>
            <w:r>
              <w:rPr>
                <w:noProof/>
                <w:webHidden/>
              </w:rPr>
              <w:fldChar w:fldCharType="begin"/>
            </w:r>
            <w:r>
              <w:rPr>
                <w:noProof/>
                <w:webHidden/>
              </w:rPr>
              <w:instrText xml:space="preserve"> PAGEREF _Toc219475628 \h </w:instrText>
            </w:r>
            <w:r>
              <w:rPr>
                <w:noProof/>
                <w:webHidden/>
              </w:rPr>
            </w:r>
            <w:r>
              <w:rPr>
                <w:noProof/>
                <w:webHidden/>
              </w:rPr>
              <w:fldChar w:fldCharType="separate"/>
            </w:r>
            <w:r>
              <w:rPr>
                <w:noProof/>
                <w:webHidden/>
              </w:rPr>
              <w:t>32</w:t>
            </w:r>
            <w:r>
              <w:rPr>
                <w:noProof/>
                <w:webHidden/>
              </w:rPr>
              <w:fldChar w:fldCharType="end"/>
            </w:r>
          </w:hyperlink>
        </w:p>
        <w:p w14:paraId="5E515509" w14:textId="7DE81CDD" w:rsidR="00211F8D" w:rsidRDefault="00211F8D" w:rsidP="00211F8D">
          <w:r>
            <w:rPr>
              <w:b/>
              <w:bCs/>
            </w:rPr>
            <w:fldChar w:fldCharType="end"/>
          </w:r>
        </w:p>
      </w:sdtContent>
    </w:sdt>
    <w:p w14:paraId="26FD55D3" w14:textId="63569EE8" w:rsidR="004E51DE" w:rsidRPr="0062109A" w:rsidRDefault="00211F8D" w:rsidP="00211F8D">
      <w:pPr>
        <w:wordWrap w:val="0"/>
        <w:autoSpaceDE w:val="0"/>
        <w:autoSpaceDN w:val="0"/>
        <w:spacing w:before="528" w:after="0" w:line="221" w:lineRule="exact"/>
        <w:ind w:left="4882"/>
        <w:rPr>
          <w:rFonts w:ascii="Times New Roman" w:hAnsi="Times New Roman" w:cs="Times New Roman"/>
        </w:rPr>
        <w:sectPr w:rsidR="004E51DE" w:rsidRPr="0062109A">
          <w:footerReference w:type="default" r:id="rId8"/>
          <w:pgSz w:w="11906" w:h="16838"/>
          <w:pgMar w:top="970" w:right="986" w:bottom="653" w:left="1011" w:header="720" w:footer="720" w:gutter="0"/>
          <w:cols w:space="720" w:equalWidth="0">
            <w:col w:w="9909" w:space="0"/>
          </w:cols>
          <w:docGrid w:linePitch="360"/>
        </w:sect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14:paraId="5FD25A17" w14:textId="53FD0D4C" w:rsidR="004E51DE" w:rsidRPr="0062109A" w:rsidRDefault="004E51DE" w:rsidP="00211F8D">
      <w:pPr>
        <w:wordWrap w:val="0"/>
        <w:autoSpaceDE w:val="0"/>
        <w:autoSpaceDN w:val="0"/>
        <w:spacing w:after="251" w:line="14" w:lineRule="exact"/>
        <w:rPr>
          <w:rFonts w:ascii="Times New Roman" w:hAnsi="Times New Roman" w:cs="Times New Roman"/>
        </w:rPr>
      </w:pPr>
    </w:p>
    <w:p w14:paraId="23D7076A" w14:textId="77777777" w:rsidR="004E51DE" w:rsidRPr="0062109A" w:rsidRDefault="00000000" w:rsidP="00211F8D">
      <w:pPr>
        <w:wordWrap w:val="0"/>
        <w:autoSpaceDE w:val="0"/>
        <w:autoSpaceDN w:val="0"/>
        <w:spacing w:before="530" w:after="85" w:line="221" w:lineRule="exact"/>
        <w:ind w:left="290"/>
        <w:rPr>
          <w:rFonts w:ascii="Times New Roman" w:hAnsi="Times New Roman" w:cs="Times New Roman"/>
        </w:rPr>
      </w:pPr>
      <w:proofErr w:type="spellStart"/>
      <w:r w:rsidRPr="0062109A">
        <w:rPr>
          <w:rFonts w:ascii="Times New Roman" w:eastAsia="MS Gothic" w:hAnsi="Times New Roman" w:cs="Times New Roman"/>
          <w:color w:val="000000"/>
        </w:rPr>
        <w:t>Regisztráció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e-Titán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e-learning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rendszerbe...........................................................21</w:t>
      </w:r>
    </w:p>
    <w:p w14:paraId="0B4425EF" w14:textId="77777777" w:rsidR="004E51DE" w:rsidRPr="0062109A" w:rsidRDefault="00000000" w:rsidP="00211F8D">
      <w:pPr>
        <w:wordWrap w:val="0"/>
        <w:autoSpaceDE w:val="0"/>
        <w:autoSpaceDN w:val="0"/>
        <w:spacing w:before="171" w:after="85" w:line="221" w:lineRule="exact"/>
        <w:ind w:left="69"/>
        <w:rPr>
          <w:rFonts w:ascii="Times New Roman" w:hAnsi="Times New Roman" w:cs="Times New Roman"/>
        </w:rPr>
      </w:pP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adatkezeléssel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.................................................23</w:t>
      </w:r>
    </w:p>
    <w:p w14:paraId="506FECAF"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3.1.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átlátható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.............................................................................23</w:t>
      </w:r>
    </w:p>
    <w:p w14:paraId="70D7CB84"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3.2.</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jog...................................................................................................23</w:t>
      </w:r>
    </w:p>
    <w:p w14:paraId="21A76DE8"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3.3.</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jog..................................................................................................23</w:t>
      </w:r>
    </w:p>
    <w:p w14:paraId="2F3026F0"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3.4.</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jog..........................................................................24</w:t>
      </w:r>
    </w:p>
    <w:p w14:paraId="65528DDE"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3.5.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ellen.............................................................................24</w:t>
      </w:r>
    </w:p>
    <w:p w14:paraId="2B195ED5"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3.6.</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elfeledtetéshez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gramStart"/>
      <w:r w:rsidRPr="0062109A">
        <w:rPr>
          <w:rFonts w:ascii="Times New Roman" w:eastAsia="MS Gothic" w:hAnsi="Times New Roman" w:cs="Times New Roman"/>
          <w:color w:val="000000"/>
        </w:rPr>
        <w:t>jog”.......................................................</w:t>
      </w:r>
      <w:proofErr w:type="gramEnd"/>
      <w:r w:rsidRPr="0062109A">
        <w:rPr>
          <w:rFonts w:ascii="Times New Roman" w:eastAsia="MS Gothic" w:hAnsi="Times New Roman" w:cs="Times New Roman"/>
          <w:color w:val="000000"/>
        </w:rPr>
        <w:t>24</w:t>
      </w:r>
    </w:p>
    <w:p w14:paraId="0757DB69"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3.7.</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adathordozhatósághoz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jog.................................................................................25</w:t>
      </w:r>
    </w:p>
    <w:p w14:paraId="5089104D"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3.8.</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visszavonása..............................................................................................25</w:t>
      </w:r>
    </w:p>
    <w:p w14:paraId="35434CEA" w14:textId="77777777" w:rsidR="004E51DE" w:rsidRPr="0062109A" w:rsidRDefault="00000000" w:rsidP="00211F8D">
      <w:pPr>
        <w:wordWrap w:val="0"/>
        <w:autoSpaceDE w:val="0"/>
        <w:autoSpaceDN w:val="0"/>
        <w:spacing w:before="171" w:after="84" w:line="221" w:lineRule="exact"/>
        <w:ind w:left="290"/>
        <w:rPr>
          <w:rFonts w:ascii="Times New Roman" w:hAnsi="Times New Roman" w:cs="Times New Roman"/>
        </w:rPr>
      </w:pPr>
      <w:r w:rsidRPr="0062109A">
        <w:rPr>
          <w:rFonts w:ascii="Times New Roman" w:eastAsia="MS Gothic" w:hAnsi="Times New Roman" w:cs="Times New Roman"/>
          <w:color w:val="000000"/>
        </w:rPr>
        <w:t>3.9.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döntéshozatal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megillető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jog.....................................26</w:t>
      </w:r>
    </w:p>
    <w:p w14:paraId="71EA78E8" w14:textId="77777777" w:rsidR="004E51DE" w:rsidRPr="0062109A" w:rsidRDefault="00000000" w:rsidP="00211F8D">
      <w:pPr>
        <w:wordWrap w:val="0"/>
        <w:autoSpaceDE w:val="0"/>
        <w:autoSpaceDN w:val="0"/>
        <w:spacing w:before="168" w:after="36" w:line="221" w:lineRule="exact"/>
        <w:ind w:left="290"/>
        <w:rPr>
          <w:rFonts w:ascii="Times New Roman" w:hAnsi="Times New Roman" w:cs="Times New Roman"/>
        </w:rPr>
      </w:pPr>
      <w:r w:rsidRPr="0062109A">
        <w:rPr>
          <w:rFonts w:ascii="Times New Roman" w:eastAsia="MS Gothic" w:hAnsi="Times New Roman" w:cs="Times New Roman"/>
          <w:color w:val="000000"/>
        </w:rPr>
        <w:t>3.10.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érvényesítheti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Adatkezelővel</w:t>
      </w:r>
      <w:proofErr w:type="spellEnd"/>
    </w:p>
    <w:p w14:paraId="4B2D5C8F" w14:textId="77777777" w:rsidR="004E51DE" w:rsidRPr="0062109A" w:rsidRDefault="00000000" w:rsidP="00211F8D">
      <w:pPr>
        <w:wordWrap w:val="0"/>
        <w:autoSpaceDE w:val="0"/>
        <w:autoSpaceDN w:val="0"/>
        <w:spacing w:before="72" w:after="85" w:line="221" w:lineRule="exact"/>
        <w:ind w:left="290"/>
        <w:rPr>
          <w:rFonts w:ascii="Times New Roman" w:hAnsi="Times New Roman" w:cs="Times New Roman"/>
        </w:rPr>
      </w:pPr>
      <w:r w:rsidRPr="0062109A">
        <w:rPr>
          <w:rFonts w:ascii="Times New Roman" w:eastAsia="MS Gothic" w:hAnsi="Times New Roman" w:cs="Times New Roman"/>
          <w:color w:val="000000"/>
        </w:rPr>
        <w:t>szemben?..................................................................................................................................26</w:t>
      </w:r>
    </w:p>
    <w:p w14:paraId="2644B297" w14:textId="77777777" w:rsidR="004E51DE" w:rsidRPr="0062109A" w:rsidRDefault="00000000" w:rsidP="00211F8D">
      <w:pPr>
        <w:wordWrap w:val="0"/>
        <w:autoSpaceDE w:val="0"/>
        <w:autoSpaceDN w:val="0"/>
        <w:spacing w:before="170" w:after="85" w:line="221" w:lineRule="exact"/>
        <w:ind w:left="69"/>
        <w:rPr>
          <w:rFonts w:ascii="Times New Roman" w:hAnsi="Times New Roman" w:cs="Times New Roman"/>
        </w:rPr>
      </w:pPr>
      <w:r w:rsidRPr="0062109A">
        <w:rPr>
          <w:rFonts w:ascii="Times New Roman" w:eastAsia="MS Gothic" w:hAnsi="Times New Roman" w:cs="Times New Roman"/>
          <w:color w:val="000000"/>
        </w:rPr>
        <w:t>4.</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igénybevétele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vagylagosan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lehetőségek</w:t>
      </w:r>
      <w:proofErr w:type="spellEnd"/>
      <w:r w:rsidRPr="0062109A">
        <w:rPr>
          <w:rFonts w:ascii="Times New Roman" w:eastAsia="MS Gothic" w:hAnsi="Times New Roman" w:cs="Times New Roman"/>
          <w:color w:val="000000"/>
        </w:rPr>
        <w:t>......................26</w:t>
      </w:r>
    </w:p>
    <w:p w14:paraId="34842020"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4.1.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benyújtása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Adatkezelőhöz..............................................................................26</w:t>
      </w:r>
    </w:p>
    <w:p w14:paraId="4BD13A39" w14:textId="77777777" w:rsidR="004E51DE" w:rsidRPr="0062109A" w:rsidRDefault="00000000" w:rsidP="00211F8D">
      <w:pPr>
        <w:wordWrap w:val="0"/>
        <w:autoSpaceDE w:val="0"/>
        <w:autoSpaceDN w:val="0"/>
        <w:spacing w:before="170" w:after="35" w:line="221" w:lineRule="exact"/>
        <w:ind w:left="290"/>
        <w:rPr>
          <w:rFonts w:ascii="Times New Roman" w:hAnsi="Times New Roman" w:cs="Times New Roman"/>
        </w:rPr>
      </w:pPr>
      <w:r w:rsidRPr="0062109A">
        <w:rPr>
          <w:rFonts w:ascii="Times New Roman" w:eastAsia="MS Gothic" w:hAnsi="Times New Roman" w:cs="Times New Roman"/>
          <w:color w:val="000000"/>
        </w:rPr>
        <w:t>4.2.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Nemzeti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Információszabadság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Hatóságnál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kezdeményezhető</w:t>
      </w:r>
      <w:proofErr w:type="spellEnd"/>
    </w:p>
    <w:p w14:paraId="34B38B4D" w14:textId="77777777" w:rsidR="004E51DE" w:rsidRPr="0062109A" w:rsidRDefault="00000000" w:rsidP="00211F8D">
      <w:pPr>
        <w:wordWrap w:val="0"/>
        <w:autoSpaceDE w:val="0"/>
        <w:autoSpaceDN w:val="0"/>
        <w:spacing w:before="69" w:after="85" w:line="221" w:lineRule="exact"/>
        <w:ind w:left="290"/>
        <w:rPr>
          <w:rFonts w:ascii="Times New Roman" w:hAnsi="Times New Roman" w:cs="Times New Roman"/>
        </w:rPr>
      </w:pPr>
      <w:r w:rsidRPr="0062109A">
        <w:rPr>
          <w:rFonts w:ascii="Times New Roman" w:eastAsia="MS Gothic" w:hAnsi="Times New Roman" w:cs="Times New Roman"/>
          <w:color w:val="000000"/>
        </w:rPr>
        <w:t>vizsgálat.....................................................................................................................................26</w:t>
      </w:r>
    </w:p>
    <w:p w14:paraId="66F3E6B5" w14:textId="77777777" w:rsidR="004E51DE" w:rsidRPr="0062109A" w:rsidRDefault="00000000" w:rsidP="00211F8D">
      <w:pPr>
        <w:wordWrap w:val="0"/>
        <w:autoSpaceDE w:val="0"/>
        <w:autoSpaceDN w:val="0"/>
        <w:spacing w:before="170" w:after="85" w:line="221" w:lineRule="exact"/>
        <w:ind w:left="290"/>
        <w:rPr>
          <w:rFonts w:ascii="Times New Roman" w:hAnsi="Times New Roman" w:cs="Times New Roman"/>
        </w:rPr>
      </w:pPr>
      <w:r w:rsidRPr="0062109A">
        <w:rPr>
          <w:rFonts w:ascii="Times New Roman" w:eastAsia="MS Gothic" w:hAnsi="Times New Roman" w:cs="Times New Roman"/>
          <w:color w:val="000000"/>
        </w:rPr>
        <w:t>4.3.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w w:val="99"/>
        </w:rPr>
        <w:t>jogérvényesítés</w:t>
      </w:r>
      <w:r w:rsidRPr="0062109A">
        <w:rPr>
          <w:rFonts w:ascii="Times New Roman" w:eastAsia="MS Gothic" w:hAnsi="Times New Roman" w:cs="Times New Roman"/>
          <w:color w:val="000000"/>
        </w:rPr>
        <w:t>.....................................................................................................27</w:t>
      </w:r>
    </w:p>
    <w:p w14:paraId="35E69083" w14:textId="77777777" w:rsidR="004E51DE" w:rsidRPr="0062109A" w:rsidRDefault="00000000" w:rsidP="00211F8D">
      <w:pPr>
        <w:wordWrap w:val="0"/>
        <w:autoSpaceDE w:val="0"/>
        <w:autoSpaceDN w:val="0"/>
        <w:spacing w:before="171" w:after="85" w:line="221" w:lineRule="exact"/>
        <w:ind w:left="69"/>
        <w:rPr>
          <w:rFonts w:ascii="Times New Roman" w:hAnsi="Times New Roman" w:cs="Times New Roman"/>
        </w:rPr>
      </w:pP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megbízott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adatfeldolgozók...................................................................27</w:t>
      </w:r>
    </w:p>
    <w:p w14:paraId="6942B480" w14:textId="77777777" w:rsidR="004E51DE" w:rsidRPr="0062109A" w:rsidRDefault="00000000" w:rsidP="00211F8D">
      <w:pPr>
        <w:wordWrap w:val="0"/>
        <w:autoSpaceDE w:val="0"/>
        <w:autoSpaceDN w:val="0"/>
        <w:spacing w:before="170" w:after="85" w:line="221" w:lineRule="exact"/>
        <w:ind w:left="69"/>
        <w:rPr>
          <w:rFonts w:ascii="Times New Roman" w:hAnsi="Times New Roman" w:cs="Times New Roman"/>
        </w:rPr>
      </w:pP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Adatbiztonsággal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bemutatása</w:t>
      </w:r>
      <w:proofErr w:type="spellEnd"/>
      <w:r w:rsidRPr="0062109A">
        <w:rPr>
          <w:rFonts w:ascii="Times New Roman" w:eastAsia="MS Gothic" w:hAnsi="Times New Roman" w:cs="Times New Roman"/>
          <w:color w:val="000000"/>
        </w:rPr>
        <w:t>..................................................27</w:t>
      </w:r>
    </w:p>
    <w:p w14:paraId="3F137435" w14:textId="77777777" w:rsidR="004E51DE" w:rsidRPr="0062109A" w:rsidRDefault="00000000" w:rsidP="00211F8D">
      <w:pPr>
        <w:wordWrap w:val="0"/>
        <w:autoSpaceDE w:val="0"/>
        <w:autoSpaceDN w:val="0"/>
        <w:spacing w:before="170" w:after="85" w:line="221" w:lineRule="exact"/>
        <w:ind w:left="69"/>
        <w:rPr>
          <w:rFonts w:ascii="Times New Roman" w:hAnsi="Times New Roman" w:cs="Times New Roman"/>
        </w:rPr>
      </w:pPr>
      <w:r w:rsidRPr="0062109A">
        <w:rPr>
          <w:rFonts w:ascii="Times New Roman" w:eastAsia="MS Gothic" w:hAnsi="Times New Roman" w:cs="Times New Roman"/>
          <w:color w:val="000000"/>
        </w:rPr>
        <w:t>7.</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Eljárásunk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esetén................................................................................28</w:t>
      </w:r>
    </w:p>
    <w:p w14:paraId="685DE9B2" w14:textId="77777777" w:rsidR="004E51DE" w:rsidRPr="0062109A" w:rsidRDefault="00000000" w:rsidP="00211F8D">
      <w:pPr>
        <w:wordWrap w:val="0"/>
        <w:autoSpaceDE w:val="0"/>
        <w:autoSpaceDN w:val="0"/>
        <w:spacing w:before="170" w:after="85" w:line="221" w:lineRule="exact"/>
        <w:ind w:left="69"/>
        <w:rPr>
          <w:rFonts w:ascii="Times New Roman" w:hAnsi="Times New Roman" w:cs="Times New Roman"/>
        </w:rPr>
      </w:pPr>
      <w:r w:rsidRPr="0062109A">
        <w:rPr>
          <w:rFonts w:ascii="Times New Roman" w:eastAsia="MS Gothic" w:hAnsi="Times New Roman" w:cs="Times New Roman"/>
          <w:color w:val="000000"/>
        </w:rPr>
        <w:t>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döntéshozatal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profilozás...............................................................................29</w:t>
      </w:r>
    </w:p>
    <w:p w14:paraId="75DB46B3" w14:textId="77777777" w:rsidR="004E51DE" w:rsidRPr="0062109A" w:rsidRDefault="00000000" w:rsidP="00211F8D">
      <w:pPr>
        <w:wordWrap w:val="0"/>
        <w:autoSpaceDE w:val="0"/>
        <w:autoSpaceDN w:val="0"/>
        <w:spacing w:before="170" w:after="85" w:line="221" w:lineRule="exact"/>
        <w:ind w:left="69"/>
        <w:rPr>
          <w:rFonts w:ascii="Times New Roman" w:hAnsi="Times New Roman" w:cs="Times New Roman"/>
        </w:rPr>
      </w:pPr>
      <w:r w:rsidRPr="0062109A">
        <w:rPr>
          <w:rFonts w:ascii="Times New Roman" w:eastAsia="MS Gothic" w:hAnsi="Times New Roman" w:cs="Times New Roman"/>
          <w:color w:val="000000"/>
        </w:rPr>
        <w:t>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Mellékletek................................................................................................................................29</w:t>
      </w:r>
    </w:p>
    <w:p w14:paraId="78343696" w14:textId="77777777" w:rsidR="004E51DE" w:rsidRPr="0062109A" w:rsidRDefault="00000000" w:rsidP="00211F8D">
      <w:pPr>
        <w:wordWrap w:val="0"/>
        <w:autoSpaceDE w:val="0"/>
        <w:autoSpaceDN w:val="0"/>
        <w:spacing w:before="170" w:after="85" w:line="221" w:lineRule="exact"/>
        <w:ind w:left="69"/>
        <w:rPr>
          <w:rFonts w:ascii="Times New Roman" w:hAnsi="Times New Roman" w:cs="Times New Roman"/>
        </w:rPr>
      </w:pPr>
      <w:r w:rsidRPr="0062109A">
        <w:rPr>
          <w:rFonts w:ascii="Times New Roman" w:eastAsia="MS Gothic" w:hAnsi="Times New Roman" w:cs="Times New Roman"/>
          <w:color w:val="000000"/>
        </w:rPr>
        <w:t>1.számú</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melléklet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Fogalommeghatározások..........................................................................30</w:t>
      </w:r>
    </w:p>
    <w:p w14:paraId="061F188C" w14:textId="77777777" w:rsidR="004E51DE" w:rsidRPr="0062109A" w:rsidRDefault="00000000" w:rsidP="00211F8D">
      <w:pPr>
        <w:wordWrap w:val="0"/>
        <w:autoSpaceDE w:val="0"/>
        <w:autoSpaceDN w:val="0"/>
        <w:spacing w:before="170" w:after="2341" w:line="221" w:lineRule="exact"/>
        <w:ind w:left="69"/>
        <w:rPr>
          <w:rFonts w:ascii="Times New Roman" w:hAnsi="Times New Roman" w:cs="Times New Roman"/>
        </w:rPr>
      </w:pPr>
      <w:r w:rsidRPr="0062109A">
        <w:rPr>
          <w:rFonts w:ascii="Times New Roman" w:eastAsia="MS Gothic" w:hAnsi="Times New Roman" w:cs="Times New Roman"/>
          <w:color w:val="000000"/>
        </w:rPr>
        <w:t>2.számú</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melléklet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jogszabályok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..........................................................................32</w:t>
      </w:r>
    </w:p>
    <w:p w14:paraId="23BE66B9" w14:textId="15E1F751" w:rsidR="004E51DE" w:rsidRPr="0062109A" w:rsidRDefault="004E51DE" w:rsidP="00211F8D">
      <w:pPr>
        <w:wordWrap w:val="0"/>
        <w:autoSpaceDE w:val="0"/>
        <w:autoSpaceDN w:val="0"/>
        <w:spacing w:before="4683" w:after="0" w:line="221" w:lineRule="exact"/>
        <w:ind w:left="4882"/>
        <w:rPr>
          <w:rFonts w:ascii="Times New Roman" w:hAnsi="Times New Roman" w:cs="Times New Roman"/>
        </w:rPr>
        <w:sectPr w:rsidR="004E51DE" w:rsidRPr="0062109A">
          <w:pgSz w:w="11906" w:h="16838"/>
          <w:pgMar w:top="504" w:right="986" w:bottom="653" w:left="1011" w:header="720" w:footer="720" w:gutter="0"/>
          <w:cols w:space="720" w:equalWidth="0">
            <w:col w:w="9909" w:space="0"/>
          </w:cols>
          <w:docGrid w:linePitch="360"/>
        </w:sectPr>
      </w:pPr>
    </w:p>
    <w:p w14:paraId="5A77908F" w14:textId="601BF5F9" w:rsidR="004E51DE" w:rsidRPr="0062109A" w:rsidRDefault="004E51DE" w:rsidP="00211F8D">
      <w:pPr>
        <w:wordWrap w:val="0"/>
        <w:autoSpaceDE w:val="0"/>
        <w:autoSpaceDN w:val="0"/>
        <w:spacing w:after="384" w:line="14" w:lineRule="exact"/>
        <w:rPr>
          <w:rFonts w:ascii="Times New Roman" w:hAnsi="Times New Roman" w:cs="Times New Roman"/>
        </w:rPr>
      </w:pPr>
    </w:p>
    <w:p w14:paraId="37F1B77C" w14:textId="77777777" w:rsidR="004E51DE" w:rsidRPr="0062109A" w:rsidRDefault="00000000" w:rsidP="00211F8D">
      <w:pPr>
        <w:pStyle w:val="Cmsor1"/>
      </w:pPr>
      <w:bookmarkStart w:id="0" w:name="_Toc219475579"/>
      <w:r w:rsidRPr="0062109A">
        <w:t>1.Bevezetés</w:t>
      </w:r>
      <w:bookmarkEnd w:id="0"/>
    </w:p>
    <w:p w14:paraId="4F18DB59" w14:textId="5AE38A4E" w:rsidR="004E51DE" w:rsidRPr="0062109A" w:rsidRDefault="003D5BD5" w:rsidP="00211F8D">
      <w:pPr>
        <w:wordWrap w:val="0"/>
        <w:autoSpaceDE w:val="0"/>
        <w:autoSpaceDN w:val="0"/>
        <w:spacing w:before="69" w:after="35" w:line="221" w:lineRule="exact"/>
        <w:ind w:left="69"/>
        <w:jc w:val="both"/>
        <w:rPr>
          <w:rFonts w:ascii="Times New Roman" w:hAnsi="Times New Roman" w:cs="Times New Roman"/>
        </w:rPr>
      </w:pPr>
      <w:proofErr w:type="spellStart"/>
      <w:r>
        <w:rPr>
          <w:rFonts w:ascii="Times New Roman" w:eastAsia="MS Gothic" w:hAnsi="Times New Roman" w:cs="Times New Roman"/>
          <w:color w:val="000000"/>
        </w:rPr>
        <w:t>Selicon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Kft.</w:t>
      </w:r>
      <w:r>
        <w:rPr>
          <w:rFonts w:ascii="Times New Roman" w:eastAsia="MS Gothic" w:hAnsi="Times New Roman" w:cs="Times New Roman"/>
          <w:color w:val="000000"/>
        </w:rPr>
        <w:t xml:space="preserve"> </w:t>
      </w:r>
      <w:proofErr w:type="spellStart"/>
      <w:r>
        <w:rPr>
          <w:rFonts w:ascii="Times New Roman" w:eastAsia="MS Gothic" w:hAnsi="Times New Roman" w:cs="Times New Roman"/>
          <w:color w:val="000000"/>
        </w:rPr>
        <w:t>továbbiakban</w:t>
      </w:r>
      <w:proofErr w:type="spellEnd"/>
      <w:r>
        <w:rPr>
          <w:rFonts w:ascii="Times New Roman" w:eastAsia="MS Gothic" w:hAnsi="Times New Roman" w:cs="Times New Roman"/>
          <w:color w:val="000000"/>
        </w:rPr>
        <w:t xml:space="preserve"> </w:t>
      </w:r>
      <w:proofErr w:type="spellStart"/>
      <w:r>
        <w:rPr>
          <w:rFonts w:ascii="Times New Roman" w:eastAsia="MS Gothic" w:hAnsi="Times New Roman" w:cs="Times New Roman"/>
          <w:color w:val="000000"/>
        </w:rPr>
        <w:t>VibeDrive</w:t>
      </w:r>
      <w:proofErr w:type="spellEnd"/>
      <w:r>
        <w:rPr>
          <w:rFonts w:ascii="Times New Roman" w:eastAsia="MS Gothic" w:hAnsi="Times New Roman" w:cs="Times New Roman"/>
          <w:color w:val="000000"/>
        </w:rPr>
        <w:t xml:space="preserve"> </w:t>
      </w:r>
      <w:proofErr w:type="spellStart"/>
      <w:r>
        <w:rPr>
          <w:rFonts w:ascii="Times New Roman" w:eastAsia="MS Gothic" w:hAnsi="Times New Roman" w:cs="Times New Roman"/>
          <w:color w:val="000000"/>
        </w:rPr>
        <w:t>autósiskola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ügyfélszolgálatának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működtetésekor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07A3D43B" w14:textId="77777777" w:rsidR="004E51DE" w:rsidRPr="0062109A" w:rsidRDefault="00000000" w:rsidP="00211F8D">
      <w:pPr>
        <w:wordWrap w:val="0"/>
        <w:autoSpaceDE w:val="0"/>
        <w:autoSpaceDN w:val="0"/>
        <w:spacing w:before="69" w:after="3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ügyfelek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támogatás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melyről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33118851" w14:textId="77777777" w:rsidR="004E51DE" w:rsidRPr="0062109A" w:rsidRDefault="00000000" w:rsidP="00211F8D">
      <w:pPr>
        <w:wordWrap w:val="0"/>
        <w:autoSpaceDE w:val="0"/>
        <w:autoSpaceDN w:val="0"/>
        <w:spacing w:before="69" w:after="115" w:line="221" w:lineRule="exact"/>
        <w:ind w:left="69"/>
        <w:jc w:val="both"/>
        <w:rPr>
          <w:rFonts w:ascii="Times New Roman" w:hAnsi="Times New Roman" w:cs="Times New Roman"/>
        </w:rPr>
      </w:pP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cikkének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nyújtjuk</w:t>
      </w:r>
      <w:proofErr w:type="spellEnd"/>
      <w:r w:rsidRPr="0062109A">
        <w:rPr>
          <w:rFonts w:ascii="Times New Roman" w:eastAsia="MS Gothic" w:hAnsi="Times New Roman" w:cs="Times New Roman"/>
          <w:color w:val="000000"/>
        </w:rPr>
        <w:t>.</w:t>
      </w:r>
    </w:p>
    <w:p w14:paraId="42A75DB2" w14:textId="0ACE7692" w:rsidR="004E51DE" w:rsidRPr="0062109A" w:rsidRDefault="003D5BD5" w:rsidP="00211F8D">
      <w:pPr>
        <w:wordWrap w:val="0"/>
        <w:autoSpaceDE w:val="0"/>
        <w:autoSpaceDN w:val="0"/>
        <w:spacing w:before="230" w:after="35" w:line="221" w:lineRule="exact"/>
        <w:ind w:left="69"/>
        <w:jc w:val="both"/>
        <w:rPr>
          <w:rFonts w:ascii="Times New Roman" w:hAnsi="Times New Roman" w:cs="Times New Roman"/>
        </w:rPr>
      </w:pPr>
      <w:proofErr w:type="spellStart"/>
      <w:r>
        <w:rPr>
          <w:rFonts w:ascii="Times New Roman" w:eastAsia="MS Gothic" w:hAnsi="Times New Roman" w:cs="Times New Roman"/>
          <w:color w:val="000000"/>
        </w:rPr>
        <w:t>VibeDrive</w:t>
      </w:r>
      <w:proofErr w:type="spellEnd"/>
      <w:r>
        <w:rPr>
          <w:rFonts w:ascii="Times New Roman" w:eastAsia="MS Gothic" w:hAnsi="Times New Roman" w:cs="Times New Roman"/>
          <w:color w:val="000000"/>
        </w:rPr>
        <w:t xml:space="preserve"> </w:t>
      </w:r>
      <w:proofErr w:type="spellStart"/>
      <w:proofErr w:type="gramStart"/>
      <w:r>
        <w:rPr>
          <w:rFonts w:ascii="Times New Roman" w:eastAsia="MS Gothic" w:hAnsi="Times New Roman" w:cs="Times New Roman"/>
          <w:color w:val="000000"/>
        </w:rPr>
        <w:t>autósiskola</w:t>
      </w:r>
      <w:proofErr w:type="spellEnd"/>
      <w:r w:rsidRPr="006210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roofErr w:type="spellStart"/>
      <w:proofErr w:type="gramEnd"/>
      <w:r>
        <w:rPr>
          <w:rFonts w:ascii="Times New Roman" w:eastAsia="Times New Roman" w:hAnsi="Times New Roman" w:cs="Times New Roman"/>
          <w:color w:val="000000"/>
        </w:rPr>
        <w:t>t</w:t>
      </w:r>
      <w:r w:rsidRPr="0062109A">
        <w:rPr>
          <w:rFonts w:ascii="Times New Roman" w:eastAsia="MS Gothic" w:hAnsi="Times New Roman" w:cs="Times New Roman"/>
          <w:color w:val="000000"/>
        </w:rPr>
        <w:t>ovábbiakban:az</w:t>
      </w:r>
      <w:proofErr w:type="spellEnd"/>
      <w:r>
        <w:rPr>
          <w:rFonts w:ascii="Times New Roman" w:eastAsia="MS Gothic" w:hAnsi="Times New Roman" w:cs="Times New Roman"/>
          <w:color w:val="000000"/>
        </w:rPr>
        <w:t xml:space="preserve"> </w:t>
      </w:r>
      <w:proofErr w:type="spellStart"/>
      <w:proofErr w:type="gramStart"/>
      <w:r>
        <w:rPr>
          <w:rFonts w:ascii="Times New Roman" w:eastAsia="MS Gothic" w:hAnsi="Times New Roman" w:cs="Times New Roman"/>
          <w:color w:val="000000"/>
        </w:rPr>
        <w:t>a</w:t>
      </w:r>
      <w:r w:rsidRPr="0062109A">
        <w:rPr>
          <w:rFonts w:ascii="Times New Roman" w:eastAsia="MS Gothic" w:hAnsi="Times New Roman" w:cs="Times New Roman"/>
          <w:color w:val="000000"/>
        </w:rPr>
        <w:t>datkezelő</w:t>
      </w:r>
      <w:proofErr w:type="spellEnd"/>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fenntartja</w:t>
      </w:r>
      <w:proofErr w:type="spellEnd"/>
      <w:proofErr w:type="gramEnd"/>
    </w:p>
    <w:p w14:paraId="29C26070" w14:textId="77777777" w:rsidR="004E51DE" w:rsidRPr="0062109A" w:rsidRDefault="00000000" w:rsidP="00211F8D">
      <w:pPr>
        <w:wordWrap w:val="0"/>
        <w:autoSpaceDE w:val="0"/>
        <w:autoSpaceDN w:val="0"/>
        <w:spacing w:before="69" w:after="36"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magának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jogot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tájékoztatót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bármikor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módosítsa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p>
    <w:p w14:paraId="20FA7C4F" w14:textId="77777777" w:rsidR="004E51DE" w:rsidRPr="0062109A" w:rsidRDefault="00000000" w:rsidP="00211F8D">
      <w:pPr>
        <w:wordWrap w:val="0"/>
        <w:autoSpaceDE w:val="0"/>
        <w:autoSpaceDN w:val="0"/>
        <w:spacing w:before="72" w:after="3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adatkezelésében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körülményben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változás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állna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belül</w:t>
      </w:r>
      <w:proofErr w:type="spellEnd"/>
    </w:p>
    <w:p w14:paraId="447FB173" w14:textId="77777777" w:rsidR="004E51DE" w:rsidRPr="0062109A" w:rsidRDefault="00000000" w:rsidP="00211F8D">
      <w:pPr>
        <w:wordWrap w:val="0"/>
        <w:autoSpaceDE w:val="0"/>
        <w:autoSpaceDN w:val="0"/>
        <w:spacing w:before="69" w:after="3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változtatásra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Jelen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kihelyezésre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működtetett</w:t>
      </w:r>
      <w:proofErr w:type="spellEnd"/>
    </w:p>
    <w:p w14:paraId="71C75EF1" w14:textId="77777777" w:rsidR="004E51DE" w:rsidRPr="0062109A" w:rsidRDefault="00000000" w:rsidP="00211F8D">
      <w:pPr>
        <w:wordWrap w:val="0"/>
        <w:autoSpaceDE w:val="0"/>
        <w:autoSpaceDN w:val="0"/>
        <w:spacing w:before="69" w:after="36"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weboldalon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ügyfélszolgálati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irodában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módosításokat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tájékoztatóval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egységes</w:t>
      </w:r>
      <w:proofErr w:type="spellEnd"/>
    </w:p>
    <w:p w14:paraId="08923F69" w14:textId="77777777" w:rsidR="004E51DE" w:rsidRPr="0062109A" w:rsidRDefault="00000000" w:rsidP="00211F8D">
      <w:pPr>
        <w:wordWrap w:val="0"/>
        <w:autoSpaceDE w:val="0"/>
        <w:autoSpaceDN w:val="0"/>
        <w:spacing w:before="72" w:after="3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szerkezetbe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foglalva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tesszük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közé</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honlapján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ügyfélszolgálatán</w:t>
      </w:r>
      <w:proofErr w:type="spellEnd"/>
    </w:p>
    <w:p w14:paraId="6D975C5C" w14:textId="77777777" w:rsidR="004E51DE" w:rsidRPr="0062109A" w:rsidRDefault="00000000" w:rsidP="00211F8D">
      <w:pPr>
        <w:wordWrap w:val="0"/>
        <w:autoSpaceDE w:val="0"/>
        <w:autoSpaceDN w:val="0"/>
        <w:spacing w:before="69" w:after="11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figyelemfelhívó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közleményt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el.</w:t>
      </w:r>
    </w:p>
    <w:p w14:paraId="62BF1E9F" w14:textId="77777777" w:rsidR="004E51DE" w:rsidRPr="0062109A" w:rsidRDefault="00000000" w:rsidP="00211F8D">
      <w:pPr>
        <w:wordWrap w:val="0"/>
        <w:autoSpaceDE w:val="0"/>
        <w:autoSpaceDN w:val="0"/>
        <w:spacing w:before="231" w:after="3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neki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módjában</w:t>
      </w:r>
      <w:proofErr w:type="spellEnd"/>
    </w:p>
    <w:p w14:paraId="59069480" w14:textId="77777777" w:rsidR="004E51DE" w:rsidRPr="0062109A" w:rsidRDefault="00000000" w:rsidP="00211F8D">
      <w:pPr>
        <w:wordWrap w:val="0"/>
        <w:autoSpaceDE w:val="0"/>
        <w:autoSpaceDN w:val="0"/>
        <w:spacing w:before="69" w:after="3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ellenőrzi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valódiságáért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pontosságáért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megadó</w:t>
      </w:r>
      <w:proofErr w:type="spellEnd"/>
    </w:p>
    <w:p w14:paraId="6C7BCB10" w14:textId="77777777" w:rsidR="004E51DE" w:rsidRPr="0062109A" w:rsidRDefault="00000000" w:rsidP="00211F8D">
      <w:pPr>
        <w:wordWrap w:val="0"/>
        <w:autoSpaceDE w:val="0"/>
        <w:autoSpaceDN w:val="0"/>
        <w:spacing w:before="69" w:after="36"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felhívja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figyelmét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általuk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p>
    <w:p w14:paraId="642A1979" w14:textId="77777777" w:rsidR="004E51DE" w:rsidRPr="0062109A" w:rsidRDefault="00000000" w:rsidP="00211F8D">
      <w:pPr>
        <w:wordWrap w:val="0"/>
        <w:autoSpaceDE w:val="0"/>
        <w:autoSpaceDN w:val="0"/>
        <w:spacing w:before="72" w:after="3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naprakészségében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segítsék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jelezzék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esetleges</w:t>
      </w:r>
      <w:proofErr w:type="spellEnd"/>
    </w:p>
    <w:p w14:paraId="3E20301E" w14:textId="77777777" w:rsidR="004E51DE" w:rsidRPr="0062109A" w:rsidRDefault="00000000" w:rsidP="00211F8D">
      <w:pPr>
        <w:wordWrap w:val="0"/>
        <w:autoSpaceDE w:val="0"/>
        <w:autoSpaceDN w:val="0"/>
        <w:spacing w:before="69" w:after="115" w:line="221" w:lineRule="exact"/>
        <w:ind w:left="69"/>
        <w:jc w:val="both"/>
        <w:rPr>
          <w:rFonts w:ascii="Times New Roman" w:hAnsi="Times New Roman" w:cs="Times New Roman"/>
        </w:rPr>
      </w:pPr>
      <w:proofErr w:type="spellStart"/>
      <w:r w:rsidRPr="0062109A">
        <w:rPr>
          <w:rFonts w:ascii="Times New Roman" w:eastAsia="MS Gothic" w:hAnsi="Times New Roman" w:cs="Times New Roman"/>
          <w:color w:val="000000"/>
        </w:rPr>
        <w:t>megváltozását</w:t>
      </w:r>
      <w:proofErr w:type="spellEnd"/>
      <w:r w:rsidRPr="0062109A">
        <w:rPr>
          <w:rFonts w:ascii="Times New Roman" w:eastAsia="MS Gothic" w:hAnsi="Times New Roman" w:cs="Times New Roman"/>
          <w:color w:val="000000"/>
        </w:rPr>
        <w:t>.</w:t>
      </w:r>
    </w:p>
    <w:p w14:paraId="6A3687D9" w14:textId="4D950658" w:rsidR="00CF0585" w:rsidRPr="00CF0585" w:rsidRDefault="00000000" w:rsidP="00CF0585">
      <w:pPr>
        <w:pStyle w:val="Cmsor1"/>
        <w:numPr>
          <w:ilvl w:val="1"/>
          <w:numId w:val="10"/>
        </w:numPr>
      </w:pPr>
      <w:bookmarkStart w:id="1" w:name="_Toc219475580"/>
      <w:r w:rsidRPr="0062109A">
        <w:t>Az</w:t>
      </w:r>
      <w:r w:rsidRPr="0062109A">
        <w:rPr>
          <w:rFonts w:eastAsia="Times New Roman"/>
        </w:rPr>
        <w:t xml:space="preserve"> </w:t>
      </w:r>
      <w:proofErr w:type="spellStart"/>
      <w:r w:rsidRPr="0062109A">
        <w:t>Adatkezelőre</w:t>
      </w:r>
      <w:proofErr w:type="spellEnd"/>
      <w:r w:rsidRPr="0062109A">
        <w:rPr>
          <w:rFonts w:eastAsia="Times New Roman"/>
        </w:rPr>
        <w:t xml:space="preserve"> </w:t>
      </w:r>
      <w:proofErr w:type="spellStart"/>
      <w:r w:rsidRPr="0062109A">
        <w:t>vonatkozó</w:t>
      </w:r>
      <w:proofErr w:type="spellEnd"/>
      <w:r w:rsidRPr="0062109A">
        <w:rPr>
          <w:rFonts w:eastAsia="Times New Roman"/>
        </w:rPr>
        <w:t xml:space="preserve"> </w:t>
      </w:r>
      <w:proofErr w:type="spellStart"/>
      <w:r w:rsidRPr="0062109A">
        <w:t>információk</w:t>
      </w:r>
      <w:bookmarkEnd w:id="1"/>
      <w:proofErr w:type="spellEnd"/>
    </w:p>
    <w:p w14:paraId="5C953F57" w14:textId="3B9CEC18" w:rsidR="004E51DE" w:rsidRPr="0062109A" w:rsidRDefault="00000000" w:rsidP="00211F8D">
      <w:pPr>
        <w:wordWrap w:val="0"/>
        <w:autoSpaceDE w:val="0"/>
        <w:autoSpaceDN w:val="0"/>
        <w:spacing w:before="521"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003D5BD5">
        <w:rPr>
          <w:rFonts w:ascii="Times New Roman" w:eastAsia="MS Gothic" w:hAnsi="Times New Roman" w:cs="Times New Roman"/>
          <w:color w:val="000000"/>
        </w:rPr>
        <w:t>Selicon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Kft.</w:t>
      </w:r>
    </w:p>
    <w:p w14:paraId="4948FAA6" w14:textId="7F901B85"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Székhely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w:t>
      </w:r>
      <w:r w:rsidR="003D5BD5">
        <w:rPr>
          <w:rFonts w:ascii="Times New Roman" w:eastAsia="MS Gothic" w:hAnsi="Times New Roman" w:cs="Times New Roman"/>
          <w:color w:val="000000"/>
        </w:rPr>
        <w:t xml:space="preserve">30 </w:t>
      </w:r>
      <w:proofErr w:type="spellStart"/>
      <w:r w:rsidR="003D5BD5">
        <w:rPr>
          <w:rFonts w:ascii="Times New Roman" w:eastAsia="MS Gothic" w:hAnsi="Times New Roman" w:cs="Times New Roman"/>
          <w:color w:val="000000"/>
        </w:rPr>
        <w:t>Érd</w:t>
      </w:r>
      <w:proofErr w:type="spellEnd"/>
      <w:r w:rsidR="003D5BD5">
        <w:rPr>
          <w:rFonts w:ascii="Times New Roman" w:eastAsia="MS Gothic" w:hAnsi="Times New Roman" w:cs="Times New Roman"/>
          <w:color w:val="000000"/>
        </w:rPr>
        <w:t xml:space="preserve"> </w:t>
      </w:r>
      <w:proofErr w:type="spellStart"/>
      <w:r w:rsidR="003D5BD5">
        <w:rPr>
          <w:rFonts w:ascii="Times New Roman" w:eastAsia="MS Gothic" w:hAnsi="Times New Roman" w:cs="Times New Roman"/>
          <w:color w:val="000000"/>
        </w:rPr>
        <w:t>Sóskúti</w:t>
      </w:r>
      <w:proofErr w:type="spellEnd"/>
      <w:r w:rsidR="003D5BD5">
        <w:rPr>
          <w:rFonts w:ascii="Times New Roman" w:eastAsia="MS Gothic" w:hAnsi="Times New Roman" w:cs="Times New Roman"/>
          <w:color w:val="000000"/>
        </w:rPr>
        <w:t xml:space="preserve"> </w:t>
      </w:r>
      <w:proofErr w:type="spellStart"/>
      <w:r w:rsidR="003D5BD5">
        <w:rPr>
          <w:rFonts w:ascii="Times New Roman" w:eastAsia="MS Gothic" w:hAnsi="Times New Roman" w:cs="Times New Roman"/>
          <w:color w:val="000000"/>
        </w:rPr>
        <w:t>út</w:t>
      </w:r>
      <w:proofErr w:type="spellEnd"/>
      <w:r w:rsidR="003D5BD5">
        <w:rPr>
          <w:rFonts w:ascii="Times New Roman" w:eastAsia="MS Gothic" w:hAnsi="Times New Roman" w:cs="Times New Roman"/>
          <w:color w:val="000000"/>
        </w:rPr>
        <w:t xml:space="preserve"> 24.</w:t>
      </w:r>
      <w:r w:rsidR="003D5BD5">
        <w:rPr>
          <w:rFonts w:ascii="Times New Roman" w:eastAsia="MS Gothic" w:hAnsi="Times New Roman" w:cs="Times New Roman"/>
          <w:color w:val="000000"/>
        </w:rPr>
        <w:br/>
      </w:r>
      <w:proofErr w:type="spellStart"/>
      <w:r w:rsidRPr="0062109A">
        <w:rPr>
          <w:rFonts w:ascii="Times New Roman" w:eastAsia="MS Gothic" w:hAnsi="Times New Roman" w:cs="Times New Roman"/>
          <w:color w:val="000000"/>
        </w:rPr>
        <w:t>Telephelyek</w:t>
      </w:r>
      <w:proofErr w:type="spellEnd"/>
      <w:r w:rsidRPr="0062109A">
        <w:rPr>
          <w:rFonts w:ascii="Times New Roman" w:eastAsia="MS Gothic" w:hAnsi="Times New Roman" w:cs="Times New Roman"/>
          <w:color w:val="000000"/>
        </w:rPr>
        <w:t>:</w:t>
      </w:r>
    </w:p>
    <w:p w14:paraId="0FC47CF0" w14:textId="3AB2FFBF"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Képviseli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003D5BD5">
        <w:rPr>
          <w:rFonts w:ascii="Times New Roman" w:eastAsia="Times New Roman" w:hAnsi="Times New Roman" w:cs="Times New Roman"/>
          <w:color w:val="000000"/>
        </w:rPr>
        <w:t>Vrancsik Viktor</w:t>
      </w:r>
    </w:p>
    <w:p w14:paraId="7FF9B35D" w14:textId="127745DB"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Adószám</w:t>
      </w:r>
      <w:proofErr w:type="spellEnd"/>
      <w:r w:rsidRPr="0062109A">
        <w:rPr>
          <w:rFonts w:ascii="Times New Roman" w:eastAsia="MS Gothic" w:hAnsi="Times New Roman" w:cs="Times New Roman"/>
          <w:color w:val="000000"/>
        </w:rPr>
        <w:t>:</w:t>
      </w:r>
      <w:r w:rsidR="003D5BD5">
        <w:rPr>
          <w:rFonts w:ascii="Times New Roman" w:eastAsia="Times New Roman" w:hAnsi="Times New Roman" w:cs="Times New Roman"/>
          <w:color w:val="000000"/>
        </w:rPr>
        <w:t xml:space="preserve"> </w:t>
      </w:r>
      <w:r w:rsidR="003D5BD5" w:rsidRPr="003D5BD5">
        <w:rPr>
          <w:rFonts w:ascii="Times New Roman" w:eastAsia="Times New Roman" w:hAnsi="Times New Roman" w:cs="Times New Roman"/>
          <w:color w:val="000000"/>
        </w:rPr>
        <w:t>27335446-2-13</w:t>
      </w:r>
    </w:p>
    <w:p w14:paraId="537C474F" w14:textId="0446AB8C"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Telefonszám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003D5BD5">
        <w:rPr>
          <w:rFonts w:ascii="Times New Roman" w:eastAsia="MS Gothic" w:hAnsi="Times New Roman" w:cs="Times New Roman"/>
          <w:color w:val="000000"/>
        </w:rPr>
        <w:t>36204001199</w:t>
      </w:r>
    </w:p>
    <w:p w14:paraId="61C893BD" w14:textId="6D0B11F8"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MS Gothic" w:hAnsi="Times New Roman" w:cs="Times New Roman"/>
          <w:color w:val="000000"/>
        </w:rPr>
        <w:t xml:space="preserve">: </w:t>
      </w:r>
      <w:r w:rsidR="003D5BD5">
        <w:rPr>
          <w:rFonts w:ascii="Times New Roman" w:eastAsia="MS Gothic" w:hAnsi="Times New Roman" w:cs="Times New Roman"/>
          <w:color w:val="001F5F"/>
          <w:u w:val="single"/>
        </w:rPr>
        <w:t>inf</w:t>
      </w:r>
      <w:hyperlink r:id="rId9" w:history="1">
        <w:r w:rsidR="003D5BD5" w:rsidRPr="00AC25D1">
          <w:rPr>
            <w:rStyle w:val="Hiperhivatkozs"/>
            <w:rFonts w:ascii="Times New Roman" w:eastAsia="MS Gothic" w:hAnsi="Times New Roman" w:cs="Times New Roman"/>
          </w:rPr>
          <w:t>o@vibedrive.</w:t>
        </w:r>
      </w:hyperlink>
      <w:hyperlink r:id="rId10" w:history="1">
        <w:r w:rsidR="004E51DE" w:rsidRPr="0062109A">
          <w:rPr>
            <w:rFonts w:ascii="Times New Roman" w:eastAsia="MS Gothic" w:hAnsi="Times New Roman" w:cs="Times New Roman"/>
            <w:color w:val="001F5F"/>
            <w:u w:val="single"/>
          </w:rPr>
          <w:t>hu</w:t>
        </w:r>
      </w:hyperlink>
    </w:p>
    <w:p w14:paraId="66D8A508" w14:textId="04943FF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Honlap</w:t>
      </w:r>
      <w:proofErr w:type="spellEnd"/>
      <w:r w:rsidRPr="0062109A">
        <w:rPr>
          <w:rFonts w:ascii="Times New Roman" w:eastAsia="MS Gothic" w:hAnsi="Times New Roman" w:cs="Times New Roman"/>
          <w:color w:val="000000"/>
        </w:rPr>
        <w:t xml:space="preserve">: </w:t>
      </w:r>
      <w:r w:rsidR="003D5BD5">
        <w:rPr>
          <w:rFonts w:ascii="Times New Roman" w:eastAsia="MS Gothic" w:hAnsi="Times New Roman" w:cs="Times New Roman"/>
          <w:color w:val="000000"/>
        </w:rPr>
        <w:t>www.vibedrive.hu</w:t>
      </w:r>
    </w:p>
    <w:p w14:paraId="204008E9"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Közösségi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oldalak</w:t>
      </w:r>
      <w:proofErr w:type="spellEnd"/>
      <w:r w:rsidRPr="0062109A">
        <w:rPr>
          <w:rFonts w:ascii="Times New Roman" w:eastAsia="MS Gothic" w:hAnsi="Times New Roman" w:cs="Times New Roman"/>
          <w:color w:val="000000"/>
        </w:rPr>
        <w:t>:</w:t>
      </w:r>
    </w:p>
    <w:p w14:paraId="7982168A" w14:textId="48DBA745" w:rsidR="004E51DE" w:rsidRPr="0062109A" w:rsidRDefault="003D5BD5" w:rsidP="00211F8D">
      <w:pPr>
        <w:wordWrap w:val="0"/>
        <w:autoSpaceDE w:val="0"/>
        <w:autoSpaceDN w:val="0"/>
        <w:spacing w:before="48" w:after="25" w:line="221" w:lineRule="exact"/>
        <w:ind w:left="69"/>
        <w:rPr>
          <w:rFonts w:ascii="Times New Roman" w:hAnsi="Times New Roman" w:cs="Times New Roman"/>
        </w:rPr>
      </w:pPr>
      <w:r>
        <w:rPr>
          <w:rFonts w:ascii="Times New Roman" w:hAnsi="Times New Roman" w:cs="Times New Roman"/>
        </w:rPr>
        <w:br/>
      </w:r>
      <w:r>
        <w:rPr>
          <w:rFonts w:ascii="Times New Roman" w:hAnsi="Times New Roman" w:cs="Times New Roman"/>
        </w:rPr>
        <w:br/>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ügyekben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Pr>
          <w:rFonts w:ascii="Times New Roman" w:eastAsia="MS Gothic" w:hAnsi="Times New Roman" w:cs="Times New Roman"/>
          <w:color w:val="000000"/>
        </w:rPr>
        <w:t>Vrancsik Viktor</w:t>
      </w:r>
    </w:p>
    <w:p w14:paraId="0EA7AA9D" w14:textId="4A95E5D4"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Postacíme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003D5BD5">
        <w:rPr>
          <w:rFonts w:ascii="Times New Roman" w:eastAsia="MS Gothic" w:hAnsi="Times New Roman" w:cs="Times New Roman"/>
          <w:color w:val="000000"/>
        </w:rPr>
        <w:t xml:space="preserve">2030 </w:t>
      </w:r>
      <w:proofErr w:type="spellStart"/>
      <w:r w:rsidR="003D5BD5">
        <w:rPr>
          <w:rFonts w:ascii="Times New Roman" w:eastAsia="MS Gothic" w:hAnsi="Times New Roman" w:cs="Times New Roman"/>
          <w:color w:val="000000"/>
        </w:rPr>
        <w:t>Érd</w:t>
      </w:r>
      <w:proofErr w:type="spellEnd"/>
      <w:r w:rsidR="003D5BD5">
        <w:rPr>
          <w:rFonts w:ascii="Times New Roman" w:eastAsia="MS Gothic" w:hAnsi="Times New Roman" w:cs="Times New Roman"/>
          <w:color w:val="000000"/>
        </w:rPr>
        <w:t xml:space="preserve"> </w:t>
      </w:r>
      <w:proofErr w:type="spellStart"/>
      <w:r w:rsidR="003D5BD5">
        <w:rPr>
          <w:rFonts w:ascii="Times New Roman" w:eastAsia="MS Gothic" w:hAnsi="Times New Roman" w:cs="Times New Roman"/>
          <w:color w:val="000000"/>
        </w:rPr>
        <w:t>Sóskúti</w:t>
      </w:r>
      <w:proofErr w:type="spellEnd"/>
      <w:r w:rsidR="003D5BD5">
        <w:rPr>
          <w:rFonts w:ascii="Times New Roman" w:eastAsia="MS Gothic" w:hAnsi="Times New Roman" w:cs="Times New Roman"/>
          <w:color w:val="000000"/>
        </w:rPr>
        <w:t xml:space="preserve"> </w:t>
      </w:r>
      <w:proofErr w:type="spellStart"/>
      <w:r w:rsidR="003D5BD5">
        <w:rPr>
          <w:rFonts w:ascii="Times New Roman" w:eastAsia="MS Gothic" w:hAnsi="Times New Roman" w:cs="Times New Roman"/>
          <w:color w:val="000000"/>
        </w:rPr>
        <w:t>út</w:t>
      </w:r>
      <w:proofErr w:type="spellEnd"/>
      <w:r w:rsidR="003D5BD5">
        <w:rPr>
          <w:rFonts w:ascii="Times New Roman" w:eastAsia="MS Gothic" w:hAnsi="Times New Roman" w:cs="Times New Roman"/>
          <w:color w:val="000000"/>
        </w:rPr>
        <w:t xml:space="preserve"> 24.</w:t>
      </w:r>
    </w:p>
    <w:p w14:paraId="514913E3" w14:textId="2B90B3D3" w:rsidR="0028429E" w:rsidRDefault="00000000" w:rsidP="00211F8D">
      <w:pPr>
        <w:wordWrap w:val="0"/>
        <w:autoSpaceDE w:val="0"/>
        <w:autoSpaceDN w:val="0"/>
        <w:spacing w:before="48" w:after="180" w:line="221" w:lineRule="exact"/>
        <w:ind w:left="69"/>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MS Gothic" w:hAnsi="Times New Roman" w:cs="Times New Roman"/>
          <w:color w:val="000000"/>
        </w:rPr>
        <w:t xml:space="preserve">: </w:t>
      </w:r>
      <w:hyperlink r:id="rId11" w:history="1">
        <w:r w:rsidR="0028429E" w:rsidRPr="00AC25D1">
          <w:rPr>
            <w:rStyle w:val="Hiperhivatkozs"/>
            <w:rFonts w:ascii="Times New Roman" w:hAnsi="Times New Roman" w:cs="Times New Roman"/>
          </w:rPr>
          <w:t>info@vibedrive.hu</w:t>
        </w:r>
      </w:hyperlink>
    </w:p>
    <w:p w14:paraId="40900925" w14:textId="77777777" w:rsidR="0028429E" w:rsidRDefault="0028429E">
      <w:pPr>
        <w:rPr>
          <w:rFonts w:ascii="Times New Roman" w:hAnsi="Times New Roman" w:cs="Times New Roman"/>
        </w:rPr>
      </w:pPr>
      <w:r>
        <w:rPr>
          <w:rFonts w:ascii="Times New Roman" w:hAnsi="Times New Roman" w:cs="Times New Roman"/>
        </w:rPr>
        <w:br w:type="page"/>
      </w:r>
    </w:p>
    <w:p w14:paraId="53581C78" w14:textId="76491942" w:rsidR="00CF0585" w:rsidRPr="00CF0585" w:rsidRDefault="00000000" w:rsidP="00CF0585">
      <w:pPr>
        <w:pStyle w:val="Cmsor1"/>
      </w:pPr>
      <w:bookmarkStart w:id="2" w:name="_Toc219475581"/>
      <w:r w:rsidRPr="0062109A">
        <w:lastRenderedPageBreak/>
        <w:t>1.2.</w:t>
      </w:r>
      <w:r w:rsidRPr="0062109A">
        <w:rPr>
          <w:rFonts w:eastAsia="Times New Roman"/>
        </w:rPr>
        <w:t xml:space="preserve"> </w:t>
      </w:r>
      <w:r w:rsidRPr="0062109A">
        <w:t>Rövid</w:t>
      </w:r>
      <w:r w:rsidRPr="0062109A">
        <w:rPr>
          <w:rFonts w:eastAsia="Times New Roman"/>
        </w:rPr>
        <w:t xml:space="preserve"> </w:t>
      </w:r>
      <w:proofErr w:type="spellStart"/>
      <w:r w:rsidRPr="0062109A">
        <w:t>összefoglaló</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proofErr w:type="spellStart"/>
      <w:r w:rsidRPr="0062109A">
        <w:t>ön</w:t>
      </w:r>
      <w:proofErr w:type="spellEnd"/>
      <w:r w:rsidRPr="0062109A">
        <w:rPr>
          <w:rFonts w:eastAsia="Times New Roman"/>
        </w:rPr>
        <w:t xml:space="preserve"> </w:t>
      </w:r>
      <w:proofErr w:type="spellStart"/>
      <w:r w:rsidRPr="0062109A">
        <w:t>jogairól</w:t>
      </w:r>
      <w:bookmarkEnd w:id="2"/>
      <w:proofErr w:type="spellEnd"/>
    </w:p>
    <w:p w14:paraId="651D949D" w14:textId="77777777" w:rsidR="004E51DE" w:rsidRPr="0062109A" w:rsidRDefault="00000000" w:rsidP="00211F8D">
      <w:pPr>
        <w:pStyle w:val="Cmsor2"/>
      </w:pPr>
      <w:bookmarkStart w:id="3" w:name="_Toc219475582"/>
      <w:proofErr w:type="spellStart"/>
      <w:r w:rsidRPr="0062109A">
        <w:t>Hogyan</w:t>
      </w:r>
      <w:proofErr w:type="spellEnd"/>
      <w:r w:rsidRPr="0062109A">
        <w:rPr>
          <w:rFonts w:eastAsia="Times New Roman"/>
        </w:rPr>
        <w:t xml:space="preserve"> </w:t>
      </w:r>
      <w:proofErr w:type="spellStart"/>
      <w:r w:rsidRPr="0062109A">
        <w:t>kérhet</w:t>
      </w:r>
      <w:proofErr w:type="spellEnd"/>
      <w:r w:rsidRPr="0062109A">
        <w:rPr>
          <w:rFonts w:eastAsia="Times New Roman"/>
        </w:rPr>
        <w:t xml:space="preserve"> </w:t>
      </w:r>
      <w:proofErr w:type="spellStart"/>
      <w:r w:rsidRPr="0062109A">
        <w:t>tájékoztatást</w:t>
      </w:r>
      <w:proofErr w:type="spellEnd"/>
      <w:r w:rsidRPr="0062109A">
        <w:rPr>
          <w:rFonts w:eastAsia="Times New Roman"/>
        </w:rPr>
        <w:t xml:space="preserve"> </w:t>
      </w:r>
      <w:r w:rsidRPr="0062109A">
        <w:t>a</w:t>
      </w:r>
      <w:r w:rsidRPr="0062109A">
        <w:rPr>
          <w:rFonts w:eastAsia="Times New Roman"/>
        </w:rPr>
        <w:t xml:space="preserve"> </w:t>
      </w:r>
      <w:proofErr w:type="spellStart"/>
      <w:r w:rsidRPr="0062109A">
        <w:t>személyes</w:t>
      </w:r>
      <w:proofErr w:type="spellEnd"/>
      <w:r w:rsidRPr="0062109A">
        <w:rPr>
          <w:rFonts w:eastAsia="Times New Roman"/>
        </w:rPr>
        <w:t xml:space="preserve"> </w:t>
      </w:r>
      <w:proofErr w:type="spellStart"/>
      <w:r w:rsidRPr="0062109A">
        <w:t>adatai</w:t>
      </w:r>
      <w:proofErr w:type="spellEnd"/>
      <w:r w:rsidRPr="0062109A">
        <w:rPr>
          <w:rFonts w:eastAsia="Times New Roman"/>
        </w:rPr>
        <w:t xml:space="preserve"> </w:t>
      </w:r>
      <w:proofErr w:type="spellStart"/>
      <w:r w:rsidRPr="0062109A">
        <w:t>kezelésével</w:t>
      </w:r>
      <w:proofErr w:type="spellEnd"/>
      <w:r w:rsidRPr="0062109A">
        <w:rPr>
          <w:rFonts w:eastAsia="Times New Roman"/>
        </w:rPr>
        <w:t xml:space="preserve"> </w:t>
      </w:r>
      <w:proofErr w:type="spellStart"/>
      <w:r w:rsidRPr="0062109A">
        <w:t>kapcsolatban</w:t>
      </w:r>
      <w:proofErr w:type="spellEnd"/>
      <w:r w:rsidRPr="0062109A">
        <w:t>?</w:t>
      </w:r>
      <w:bookmarkEnd w:id="3"/>
    </w:p>
    <w:p w14:paraId="3ADB417F" w14:textId="77777777" w:rsidR="004E51DE" w:rsidRPr="0062109A" w:rsidRDefault="00000000" w:rsidP="00211F8D">
      <w:pPr>
        <w:wordWrap w:val="0"/>
        <w:autoSpaceDE w:val="0"/>
        <w:autoSpaceDN w:val="0"/>
        <w:spacing w:before="69"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p>
    <w:p w14:paraId="086C85A6"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kezelt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megbízott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p>
    <w:p w14:paraId="464FE2FB"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feldolgozott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forrásáról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jogalapjáról</w:t>
      </w:r>
      <w:proofErr w:type="spellEnd"/>
      <w:r w:rsidRPr="0062109A">
        <w:rPr>
          <w:rFonts w:ascii="Times New Roman" w:eastAsia="MS Gothic" w:hAnsi="Times New Roman" w:cs="Times New Roman"/>
          <w:color w:val="000000"/>
        </w:rPr>
        <w:t>,</w:t>
      </w:r>
    </w:p>
    <w:p w14:paraId="01C3A17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időtartamáról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nevéről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címéről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adatkezeléssel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összefüggő</w:t>
      </w:r>
      <w:proofErr w:type="spellEnd"/>
    </w:p>
    <w:p w14:paraId="4914E887"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tevékenységéről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körülményeiről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hatásairól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elhárítására</w:t>
      </w:r>
      <w:proofErr w:type="spellEnd"/>
    </w:p>
    <w:p w14:paraId="42296EA4" w14:textId="77777777" w:rsidR="004E51DE" w:rsidRPr="0062109A" w:rsidRDefault="00000000" w:rsidP="00211F8D">
      <w:pPr>
        <w:wordWrap w:val="0"/>
        <w:autoSpaceDE w:val="0"/>
        <w:autoSpaceDN w:val="0"/>
        <w:spacing w:before="48" w:after="29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63E9D880" w14:textId="77777777" w:rsidR="004E51DE" w:rsidRPr="0062109A" w:rsidRDefault="00000000" w:rsidP="00211F8D">
      <w:pPr>
        <w:wordWrap w:val="0"/>
        <w:autoSpaceDE w:val="0"/>
        <w:autoSpaceDN w:val="0"/>
        <w:spacing w:after="251" w:line="14" w:lineRule="exact"/>
        <w:rPr>
          <w:rFonts w:ascii="Times New Roman" w:hAnsi="Times New Roman" w:cs="Times New Roman"/>
        </w:rPr>
      </w:pPr>
      <w:r w:rsidRPr="0062109A">
        <w:rPr>
          <w:rFonts w:ascii="Times New Roman" w:hAnsi="Times New Roman" w:cs="Times New Roman"/>
          <w:noProof/>
        </w:rPr>
        <w:drawing>
          <wp:anchor distT="0" distB="0" distL="0" distR="0" simplePos="0" relativeHeight="251609088" behindDoc="1" locked="0" layoutInCell="1" allowOverlap="1" wp14:anchorId="2F217D52" wp14:editId="32D17E05">
            <wp:simplePos x="0" y="0"/>
            <wp:positionH relativeFrom="page">
              <wp:posOffset>667512</wp:posOffset>
            </wp:positionH>
            <wp:positionV relativeFrom="page">
              <wp:posOffset>9825227</wp:posOffset>
            </wp:positionV>
            <wp:extent cx="6226810" cy="12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6226810" cy="12700"/>
                    </a:xfrm>
                    <a:prstGeom prst="rect">
                      <a:avLst/>
                    </a:prstGeom>
                  </pic:spPr>
                </pic:pic>
              </a:graphicData>
            </a:graphic>
          </wp:anchor>
        </w:drawing>
      </w:r>
    </w:p>
    <w:p w14:paraId="1D23A1E9" w14:textId="77777777" w:rsidR="004E51DE" w:rsidRPr="0062109A" w:rsidRDefault="00000000" w:rsidP="00211F8D">
      <w:pPr>
        <w:wordWrap w:val="0"/>
        <w:autoSpaceDE w:val="0"/>
        <w:autoSpaceDN w:val="0"/>
        <w:spacing w:before="53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adattovábbítás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jogalapjáról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címzettjéről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irányuló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7B072156"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kézhezvételéről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számított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Tájékoztatás</w:t>
      </w:r>
      <w:proofErr w:type="spellEnd"/>
    </w:p>
    <w:p w14:paraId="5B96DB33" w14:textId="77777777" w:rsidR="004E51DE" w:rsidRPr="0062109A" w:rsidRDefault="00000000" w:rsidP="00211F8D">
      <w:pPr>
        <w:wordWrap w:val="0"/>
        <w:autoSpaceDE w:val="0"/>
        <w:autoSpaceDN w:val="0"/>
        <w:spacing w:before="51"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kérése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módokon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lehetséges</w:t>
      </w:r>
      <w:proofErr w:type="spellEnd"/>
      <w:r w:rsidRPr="0062109A">
        <w:rPr>
          <w:rFonts w:ascii="Times New Roman" w:eastAsia="MS Gothic" w:hAnsi="Times New Roman" w:cs="Times New Roman"/>
          <w:color w:val="000000"/>
        </w:rPr>
        <w:t>:</w:t>
      </w:r>
    </w:p>
    <w:p w14:paraId="45641037" w14:textId="4C9DFA34"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ügyekben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003D5BD5">
        <w:rPr>
          <w:rFonts w:ascii="Times New Roman" w:eastAsia="MS Gothic" w:hAnsi="Times New Roman" w:cs="Times New Roman"/>
          <w:color w:val="000000"/>
        </w:rPr>
        <w:t>Vrancsik Viktor</w:t>
      </w:r>
    </w:p>
    <w:p w14:paraId="2ACEDBE8" w14:textId="61DC1F79"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Postacíme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w:t>
      </w:r>
      <w:r w:rsidR="003D5BD5">
        <w:rPr>
          <w:rFonts w:ascii="Times New Roman" w:eastAsia="MS Gothic" w:hAnsi="Times New Roman" w:cs="Times New Roman"/>
          <w:color w:val="000000"/>
        </w:rPr>
        <w:t xml:space="preserve">30 </w:t>
      </w:r>
      <w:proofErr w:type="spellStart"/>
      <w:r w:rsidR="003D5BD5">
        <w:rPr>
          <w:rFonts w:ascii="Times New Roman" w:eastAsia="MS Gothic" w:hAnsi="Times New Roman" w:cs="Times New Roman"/>
          <w:color w:val="000000"/>
        </w:rPr>
        <w:t>Érd</w:t>
      </w:r>
      <w:proofErr w:type="spellEnd"/>
      <w:r w:rsidR="003D5BD5">
        <w:rPr>
          <w:rFonts w:ascii="Times New Roman" w:eastAsia="MS Gothic" w:hAnsi="Times New Roman" w:cs="Times New Roman"/>
          <w:color w:val="000000"/>
        </w:rPr>
        <w:t xml:space="preserve"> </w:t>
      </w:r>
      <w:proofErr w:type="spellStart"/>
      <w:r w:rsidR="003D5BD5">
        <w:rPr>
          <w:rFonts w:ascii="Times New Roman" w:eastAsia="MS Gothic" w:hAnsi="Times New Roman" w:cs="Times New Roman"/>
          <w:color w:val="000000"/>
        </w:rPr>
        <w:t>Sóskúti</w:t>
      </w:r>
      <w:proofErr w:type="spellEnd"/>
      <w:r w:rsidR="003D5BD5">
        <w:rPr>
          <w:rFonts w:ascii="Times New Roman" w:eastAsia="MS Gothic" w:hAnsi="Times New Roman" w:cs="Times New Roman"/>
          <w:color w:val="000000"/>
        </w:rPr>
        <w:t xml:space="preserve"> </w:t>
      </w:r>
      <w:proofErr w:type="spellStart"/>
      <w:r w:rsidR="003D5BD5">
        <w:rPr>
          <w:rFonts w:ascii="Times New Roman" w:eastAsia="MS Gothic" w:hAnsi="Times New Roman" w:cs="Times New Roman"/>
          <w:color w:val="000000"/>
        </w:rPr>
        <w:t>út</w:t>
      </w:r>
      <w:proofErr w:type="spellEnd"/>
      <w:r w:rsidR="003D5BD5">
        <w:rPr>
          <w:rFonts w:ascii="Times New Roman" w:eastAsia="MS Gothic" w:hAnsi="Times New Roman" w:cs="Times New Roman"/>
          <w:color w:val="000000"/>
        </w:rPr>
        <w:t xml:space="preserve"> 24.</w:t>
      </w:r>
    </w:p>
    <w:p w14:paraId="5CD72986" w14:textId="5CBD550C" w:rsidR="004E51DE" w:rsidRPr="0062109A" w:rsidRDefault="00000000" w:rsidP="00211F8D">
      <w:pPr>
        <w:wordWrap w:val="0"/>
        <w:autoSpaceDE w:val="0"/>
        <w:autoSpaceDN w:val="0"/>
        <w:spacing w:before="48" w:after="159" w:line="221" w:lineRule="exact"/>
        <w:ind w:left="69"/>
        <w:rPr>
          <w:rFonts w:ascii="Times New Roman" w:hAnsi="Times New Roman" w:cs="Times New Roman"/>
        </w:rPr>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MS Gothic" w:hAnsi="Times New Roman" w:cs="Times New Roman"/>
          <w:color w:val="000000"/>
        </w:rPr>
        <w:t xml:space="preserve">: </w:t>
      </w:r>
      <w:r w:rsidR="003D5BD5">
        <w:rPr>
          <w:rFonts w:ascii="Times New Roman" w:eastAsia="MS Gothic" w:hAnsi="Times New Roman" w:cs="Times New Roman"/>
          <w:color w:val="001F5F"/>
          <w:u w:val="single"/>
        </w:rPr>
        <w:t>info@vibedrive.hu</w:t>
      </w:r>
    </w:p>
    <w:p w14:paraId="4560D624" w14:textId="77777777" w:rsidR="004E51DE" w:rsidRPr="0062109A" w:rsidRDefault="00000000" w:rsidP="00211F8D">
      <w:pPr>
        <w:wordWrap w:val="0"/>
        <w:autoSpaceDE w:val="0"/>
        <w:autoSpaceDN w:val="0"/>
        <w:spacing w:before="319"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Alevélbenküldötttájékoztatáskérést</w:t>
      </w:r>
      <w:proofErr w:type="spellEnd"/>
      <w:r w:rsidRPr="0062109A">
        <w:rPr>
          <w:rFonts w:ascii="Times New Roman" w:eastAsia="Times New Roman" w:hAnsi="Times New Roman" w:cs="Times New Roman"/>
          <w:color w:val="000000"/>
        </w:rPr>
        <w:t xml:space="preserve"> </w:t>
      </w:r>
      <w:proofErr w:type="spellStart"/>
      <w:proofErr w:type="gramStart"/>
      <w:r w:rsidRPr="0062109A">
        <w:rPr>
          <w:rFonts w:ascii="Times New Roman" w:eastAsia="MS Gothic" w:hAnsi="Times New Roman" w:cs="Times New Roman"/>
          <w:color w:val="000000"/>
        </w:rPr>
        <w:t>azAdatkezelőakkortekintihitelesnek,haamegküldött</w:t>
      </w:r>
      <w:proofErr w:type="spellEnd"/>
      <w:proofErr w:type="gramEnd"/>
    </w:p>
    <w:p w14:paraId="2F040277"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kérelem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egyértelműen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beazonosítható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w:t>
      </w:r>
      <w:proofErr w:type="spellStart"/>
      <w:r w:rsidRPr="0062109A">
        <w:rPr>
          <w:rFonts w:ascii="Times New Roman" w:eastAsia="MS Gothic" w:hAnsi="Times New Roman" w:cs="Times New Roman"/>
          <w:color w:val="000000"/>
        </w:rPr>
        <w:t>mailben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küldött</w:t>
      </w:r>
      <w:proofErr w:type="spellEnd"/>
    </w:p>
    <w:p w14:paraId="47DF4B79"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tájékoztatáskérést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hitelesnek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w:t>
      </w:r>
      <w:r w:rsidRPr="0062109A">
        <w:rPr>
          <w:rFonts w:ascii="Times New Roman" w:eastAsia="MS Gothic" w:hAnsi="Times New Roman" w:cs="Times New Roman"/>
          <w:color w:val="000000"/>
          <w:w w:val="101"/>
        </w:rPr>
        <w:t>mail</w:t>
      </w:r>
    </w:p>
    <w:p w14:paraId="5C5F3C4B"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címéről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ki,</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előtt</w:t>
      </w:r>
      <w:proofErr w:type="spellEnd"/>
    </w:p>
    <w:p w14:paraId="4C98F332"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beazonosítsa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p>
    <w:p w14:paraId="22B698DC"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köteles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meggyőződni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kívánja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jogait</w:t>
      </w:r>
      <w:proofErr w:type="spellEnd"/>
    </w:p>
    <w:p w14:paraId="521305A4"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érvényesíteni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Ehhez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indokolt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személyesen</w:t>
      </w:r>
      <w:proofErr w:type="spellEnd"/>
    </w:p>
    <w:p w14:paraId="3ECC36A0"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megjelenjen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székhelyén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személyazonosítás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p>
    <w:p w14:paraId="3B586DFE" w14:textId="77777777" w:rsidR="004E51DE" w:rsidRPr="0062109A" w:rsidRDefault="00000000" w:rsidP="00211F8D">
      <w:pPr>
        <w:pStyle w:val="Cmsor2"/>
      </w:pPr>
      <w:bookmarkStart w:id="4" w:name="_Toc219475583"/>
      <w:proofErr w:type="spellStart"/>
      <w:r w:rsidRPr="0062109A">
        <w:t>Mikor</w:t>
      </w:r>
      <w:proofErr w:type="spellEnd"/>
      <w:r w:rsidRPr="0062109A">
        <w:rPr>
          <w:rFonts w:eastAsia="Times New Roman"/>
        </w:rPr>
        <w:t xml:space="preserve"> </w:t>
      </w:r>
      <w:proofErr w:type="spellStart"/>
      <w:r w:rsidRPr="0062109A">
        <w:t>kérheti</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proofErr w:type="spellStart"/>
      <w:r w:rsidRPr="0062109A">
        <w:t>adatai</w:t>
      </w:r>
      <w:proofErr w:type="spellEnd"/>
      <w:r w:rsidRPr="0062109A">
        <w:rPr>
          <w:rFonts w:eastAsia="Times New Roman"/>
        </w:rPr>
        <w:t xml:space="preserve"> </w:t>
      </w:r>
      <w:proofErr w:type="spellStart"/>
      <w:r w:rsidRPr="0062109A">
        <w:t>helyesbítését</w:t>
      </w:r>
      <w:proofErr w:type="spellEnd"/>
      <w:r w:rsidRPr="0062109A">
        <w:t>?</w:t>
      </w:r>
      <w:bookmarkEnd w:id="4"/>
    </w:p>
    <w:p w14:paraId="4A808942" w14:textId="77777777" w:rsidR="004E51DE" w:rsidRPr="0062109A" w:rsidRDefault="00000000" w:rsidP="00211F8D">
      <w:pPr>
        <w:wordWrap w:val="0"/>
        <w:autoSpaceDE w:val="0"/>
        <w:autoSpaceDN w:val="0"/>
        <w:spacing w:before="69"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vagyazAdatkezelő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észleli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azáltala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pontatlan</w:t>
      </w:r>
      <w:proofErr w:type="spellEnd"/>
      <w:r w:rsidRPr="0062109A">
        <w:rPr>
          <w:rFonts w:ascii="Times New Roman" w:eastAsia="MS Gothic" w:hAnsi="Times New Roman" w:cs="Times New Roman"/>
          <w:color w:val="000000"/>
        </w:rPr>
        <w:t>,</w:t>
      </w:r>
    </w:p>
    <w:p w14:paraId="401E769A"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hibás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saját</w:t>
      </w:r>
      <w:proofErr w:type="spellEnd"/>
    </w:p>
    <w:p w14:paraId="6BB8D2AD" w14:textId="77777777" w:rsidR="004E51DE" w:rsidRPr="0062109A" w:rsidRDefault="00000000" w:rsidP="00211F8D">
      <w:pPr>
        <w:wordWrap w:val="0"/>
        <w:autoSpaceDE w:val="0"/>
        <w:autoSpaceDN w:val="0"/>
        <w:spacing w:before="48" w:after="4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intézkedése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folytán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hiányos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hibás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pontosítja</w:t>
      </w:r>
      <w:proofErr w:type="spellEnd"/>
      <w:r w:rsidRPr="0062109A">
        <w:rPr>
          <w:rFonts w:ascii="Times New Roman" w:eastAsia="MS Gothic" w:hAnsi="Times New Roman" w:cs="Times New Roman"/>
          <w:color w:val="000000"/>
        </w:rPr>
        <w:t>.</w:t>
      </w:r>
    </w:p>
    <w:p w14:paraId="2C7723CC" w14:textId="77777777" w:rsidR="004E51DE" w:rsidRPr="0062109A" w:rsidRDefault="00000000" w:rsidP="00211F8D">
      <w:pPr>
        <w:pStyle w:val="Cmsor2"/>
      </w:pPr>
      <w:bookmarkStart w:id="5" w:name="_Toc219475584"/>
      <w:proofErr w:type="spellStart"/>
      <w:r w:rsidRPr="0062109A">
        <w:t>Mikor</w:t>
      </w:r>
      <w:proofErr w:type="spellEnd"/>
      <w:r w:rsidRPr="0062109A">
        <w:rPr>
          <w:rFonts w:eastAsia="Times New Roman"/>
        </w:rPr>
        <w:t xml:space="preserve"> </w:t>
      </w:r>
      <w:r w:rsidRPr="0062109A">
        <w:t>van</w:t>
      </w:r>
      <w:r w:rsidRPr="0062109A">
        <w:rPr>
          <w:rFonts w:eastAsia="Times New Roman"/>
        </w:rPr>
        <w:t xml:space="preserve"> </w:t>
      </w:r>
      <w:proofErr w:type="spellStart"/>
      <w:r w:rsidRPr="0062109A">
        <w:t>joga</w:t>
      </w:r>
      <w:proofErr w:type="spellEnd"/>
      <w:r w:rsidRPr="0062109A">
        <w:rPr>
          <w:rFonts w:eastAsia="Times New Roman"/>
        </w:rPr>
        <w:t xml:space="preserve"> </w:t>
      </w:r>
      <w:proofErr w:type="spellStart"/>
      <w:r w:rsidRPr="0062109A">
        <w:t>töröltetni</w:t>
      </w:r>
      <w:proofErr w:type="spellEnd"/>
      <w:r w:rsidRPr="0062109A">
        <w:rPr>
          <w:rFonts w:eastAsia="Times New Roman"/>
        </w:rPr>
        <w:t xml:space="preserve"> </w:t>
      </w:r>
      <w:r w:rsidRPr="0062109A">
        <w:t>a</w:t>
      </w:r>
      <w:r w:rsidRPr="0062109A">
        <w:rPr>
          <w:rFonts w:eastAsia="Times New Roman"/>
        </w:rPr>
        <w:t xml:space="preserve"> </w:t>
      </w:r>
      <w:proofErr w:type="spellStart"/>
      <w:r w:rsidRPr="0062109A">
        <w:t>személyes</w:t>
      </w:r>
      <w:proofErr w:type="spellEnd"/>
      <w:r w:rsidRPr="0062109A">
        <w:rPr>
          <w:rFonts w:eastAsia="Times New Roman"/>
        </w:rPr>
        <w:t xml:space="preserve"> </w:t>
      </w:r>
      <w:proofErr w:type="spellStart"/>
      <w:r w:rsidRPr="0062109A">
        <w:t>adatait</w:t>
      </w:r>
      <w:proofErr w:type="spellEnd"/>
      <w:r w:rsidRPr="0062109A">
        <w:t>?</w:t>
      </w:r>
      <w:bookmarkEnd w:id="5"/>
    </w:p>
    <w:p w14:paraId="71A500C7" w14:textId="77777777" w:rsidR="004E51DE" w:rsidRPr="0062109A" w:rsidRDefault="00000000" w:rsidP="00211F8D">
      <w:pPr>
        <w:wordWrap w:val="0"/>
        <w:autoSpaceDE w:val="0"/>
        <w:autoSpaceDN w:val="0"/>
        <w:spacing w:before="69"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Bármikor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kérheti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végleges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helyreállíthatatlan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621BD0EC"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hozzájárulása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p>
    <w:p w14:paraId="602AC6AC"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érdeke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jogszabályi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őrzési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p>
    <w:p w14:paraId="6414A5A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tudja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p>
    <w:p w14:paraId="0722CF9C"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megszűnésével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időben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törli</w:t>
      </w:r>
      <w:proofErr w:type="spellEnd"/>
      <w:r w:rsidRPr="0062109A">
        <w:rPr>
          <w:rFonts w:ascii="Times New Roman" w:eastAsia="MS Gothic" w:hAnsi="Times New Roman" w:cs="Times New Roman"/>
          <w:color w:val="000000"/>
        </w:rPr>
        <w:t>.</w:t>
      </w:r>
    </w:p>
    <w:p w14:paraId="5D833709"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Szintén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bebizonyosodik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valamely</w:t>
      </w:r>
      <w:proofErr w:type="spellEnd"/>
    </w:p>
    <w:p w14:paraId="0DE34A49"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okból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illetőleg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jogerősen</w:t>
      </w:r>
      <w:proofErr w:type="spellEnd"/>
    </w:p>
    <w:p w14:paraId="63A58937" w14:textId="77777777" w:rsidR="004E51DE" w:rsidRPr="0062109A" w:rsidRDefault="00000000" w:rsidP="00211F8D">
      <w:pPr>
        <w:wordWrap w:val="0"/>
        <w:autoSpaceDE w:val="0"/>
        <w:autoSpaceDN w:val="0"/>
        <w:spacing w:before="48" w:after="4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elrendeli</w:t>
      </w:r>
      <w:proofErr w:type="spellEnd"/>
      <w:r w:rsidRPr="0062109A">
        <w:rPr>
          <w:rFonts w:ascii="Times New Roman" w:eastAsia="MS Gothic" w:hAnsi="Times New Roman" w:cs="Times New Roman"/>
          <w:color w:val="000000"/>
        </w:rPr>
        <w:t>.</w:t>
      </w:r>
    </w:p>
    <w:p w14:paraId="608DF3BF" w14:textId="77777777" w:rsidR="004E51DE" w:rsidRPr="0062109A" w:rsidRDefault="00000000" w:rsidP="00211F8D">
      <w:pPr>
        <w:pStyle w:val="Cmsor2"/>
      </w:pPr>
      <w:bookmarkStart w:id="6" w:name="_Toc219475585"/>
      <w:proofErr w:type="spellStart"/>
      <w:r w:rsidRPr="0062109A">
        <w:t>Mikor</w:t>
      </w:r>
      <w:proofErr w:type="spellEnd"/>
      <w:r w:rsidRPr="0062109A">
        <w:rPr>
          <w:rFonts w:eastAsia="Times New Roman"/>
        </w:rPr>
        <w:t xml:space="preserve"> </w:t>
      </w:r>
      <w:proofErr w:type="spellStart"/>
      <w:r w:rsidRPr="0062109A">
        <w:t>kell</w:t>
      </w:r>
      <w:proofErr w:type="spellEnd"/>
      <w:r w:rsidRPr="0062109A">
        <w:rPr>
          <w:rFonts w:eastAsia="Times New Roman"/>
        </w:rPr>
        <w:t xml:space="preserve"> </w:t>
      </w:r>
      <w:proofErr w:type="spellStart"/>
      <w:r w:rsidRPr="0062109A">
        <w:t>zárolnunk</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proofErr w:type="spellStart"/>
      <w:r w:rsidRPr="0062109A">
        <w:t>Ön</w:t>
      </w:r>
      <w:proofErr w:type="spellEnd"/>
      <w:r w:rsidRPr="0062109A">
        <w:rPr>
          <w:rFonts w:eastAsia="Times New Roman"/>
        </w:rPr>
        <w:t xml:space="preserve"> </w:t>
      </w:r>
      <w:proofErr w:type="spellStart"/>
      <w:r w:rsidRPr="0062109A">
        <w:t>személyes</w:t>
      </w:r>
      <w:proofErr w:type="spellEnd"/>
      <w:r w:rsidRPr="0062109A">
        <w:rPr>
          <w:rFonts w:eastAsia="Times New Roman"/>
        </w:rPr>
        <w:t xml:space="preserve"> </w:t>
      </w:r>
      <w:proofErr w:type="spellStart"/>
      <w:r w:rsidRPr="0062109A">
        <w:t>adatait</w:t>
      </w:r>
      <w:proofErr w:type="spellEnd"/>
      <w:r w:rsidRPr="0062109A">
        <w:t>?</w:t>
      </w:r>
      <w:bookmarkEnd w:id="6"/>
    </w:p>
    <w:p w14:paraId="40CCCE63" w14:textId="77777777" w:rsidR="004E51DE" w:rsidRPr="0062109A" w:rsidRDefault="00000000" w:rsidP="00211F8D">
      <w:pPr>
        <w:wordWrap w:val="0"/>
        <w:autoSpaceDE w:val="0"/>
        <w:autoSpaceDN w:val="0"/>
        <w:spacing w:before="69"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bármikor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kérheti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részei</w:t>
      </w:r>
      <w:proofErr w:type="spellEnd"/>
      <w:r w:rsidRPr="0062109A">
        <w:rPr>
          <w:rFonts w:ascii="Times New Roman" w:eastAsia="MS Gothic" w:hAnsi="Times New Roman" w:cs="Times New Roman"/>
          <w:color w:val="000000"/>
        </w:rPr>
        <w:t>,</w:t>
      </w:r>
    </w:p>
    <w:p w14:paraId="0C168A4E"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r w:rsidRPr="0062109A">
        <w:rPr>
          <w:rFonts w:ascii="Times New Roman" w:eastAsia="MS Gothic" w:hAnsi="Times New Roman" w:cs="Times New Roman"/>
          <w:color w:val="000000"/>
        </w:rPr>
        <w:t>illetőlegvalamennyiadattekintetébenazadatfeldolgozáskorlátozvalegyen.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AzAdatkezelő</w:t>
      </w:r>
      <w:proofErr w:type="spellEnd"/>
    </w:p>
    <w:p w14:paraId="57C479BF"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adattörlésre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irányuló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zárolja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277F830F"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adattörlés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sértené</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addig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kezeli</w:t>
      </w:r>
      <w:proofErr w:type="spellEnd"/>
      <w:r w:rsidRPr="0062109A">
        <w:rPr>
          <w:rFonts w:ascii="Times New Roman" w:eastAsia="MS Gothic" w:hAnsi="Times New Roman" w:cs="Times New Roman"/>
          <w:color w:val="000000"/>
        </w:rPr>
        <w:t>,</w:t>
      </w:r>
    </w:p>
    <w:p w14:paraId="61D394CA" w14:textId="77777777" w:rsidR="004E51DE" w:rsidRDefault="00000000" w:rsidP="00211F8D">
      <w:pPr>
        <w:wordWrap w:val="0"/>
        <w:autoSpaceDE w:val="0"/>
        <w:autoSpaceDN w:val="0"/>
        <w:spacing w:before="48" w:after="44" w:line="221" w:lineRule="exact"/>
        <w:ind w:left="69"/>
        <w:rPr>
          <w:rFonts w:ascii="Times New Roman" w:eastAsia="MS Gothic" w:hAnsi="Times New Roman" w:cs="Times New Roman"/>
          <w:color w:val="000000"/>
        </w:rPr>
      </w:pPr>
      <w:proofErr w:type="spellStart"/>
      <w:r w:rsidRPr="0062109A">
        <w:rPr>
          <w:rFonts w:ascii="Times New Roman" w:eastAsia="MS Gothic" w:hAnsi="Times New Roman" w:cs="Times New Roman"/>
          <w:color w:val="000000"/>
        </w:rPr>
        <w:t>ameddig</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zárolásra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fennáll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követően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kerülnek</w:t>
      </w:r>
      <w:proofErr w:type="spellEnd"/>
      <w:r w:rsidRPr="0062109A">
        <w:rPr>
          <w:rFonts w:ascii="Times New Roman" w:eastAsia="MS Gothic" w:hAnsi="Times New Roman" w:cs="Times New Roman"/>
          <w:color w:val="000000"/>
        </w:rPr>
        <w:t>.</w:t>
      </w:r>
    </w:p>
    <w:p w14:paraId="1B444B7E" w14:textId="77777777" w:rsidR="0028429E" w:rsidRDefault="0028429E" w:rsidP="00211F8D">
      <w:pPr>
        <w:wordWrap w:val="0"/>
        <w:autoSpaceDE w:val="0"/>
        <w:autoSpaceDN w:val="0"/>
        <w:spacing w:before="48" w:after="44" w:line="221" w:lineRule="exact"/>
        <w:ind w:left="69"/>
        <w:rPr>
          <w:rFonts w:ascii="Times New Roman" w:eastAsia="MS Gothic" w:hAnsi="Times New Roman" w:cs="Times New Roman"/>
          <w:color w:val="000000"/>
        </w:rPr>
      </w:pPr>
    </w:p>
    <w:p w14:paraId="70605943" w14:textId="77777777" w:rsidR="0028429E" w:rsidRPr="0062109A" w:rsidRDefault="0028429E" w:rsidP="00211F8D">
      <w:pPr>
        <w:wordWrap w:val="0"/>
        <w:autoSpaceDE w:val="0"/>
        <w:autoSpaceDN w:val="0"/>
        <w:spacing w:before="48" w:after="44" w:line="221" w:lineRule="exact"/>
        <w:ind w:left="69"/>
        <w:rPr>
          <w:rFonts w:ascii="Times New Roman" w:hAnsi="Times New Roman" w:cs="Times New Roman"/>
        </w:rPr>
      </w:pPr>
    </w:p>
    <w:p w14:paraId="0CFFE805" w14:textId="77777777" w:rsidR="004E51DE" w:rsidRPr="0028429E" w:rsidRDefault="00000000" w:rsidP="0028429E">
      <w:pPr>
        <w:pStyle w:val="Cmsor2"/>
      </w:pPr>
      <w:bookmarkStart w:id="7" w:name="_Toc219475586"/>
      <w:proofErr w:type="spellStart"/>
      <w:r w:rsidRPr="0028429E">
        <w:lastRenderedPageBreak/>
        <w:t>Hogyan</w:t>
      </w:r>
      <w:proofErr w:type="spellEnd"/>
      <w:r w:rsidRPr="0028429E">
        <w:t xml:space="preserve"> </w:t>
      </w:r>
      <w:proofErr w:type="spellStart"/>
      <w:r w:rsidRPr="0028429E">
        <w:t>vonhatja</w:t>
      </w:r>
      <w:proofErr w:type="spellEnd"/>
      <w:r w:rsidRPr="0028429E">
        <w:t xml:space="preserve"> </w:t>
      </w:r>
      <w:proofErr w:type="spellStart"/>
      <w:r w:rsidRPr="0028429E">
        <w:t>vissza</w:t>
      </w:r>
      <w:proofErr w:type="spellEnd"/>
      <w:r w:rsidRPr="0028429E">
        <w:t xml:space="preserve"> a </w:t>
      </w:r>
      <w:proofErr w:type="spellStart"/>
      <w:r w:rsidRPr="0028429E">
        <w:t>személyes</w:t>
      </w:r>
      <w:proofErr w:type="spellEnd"/>
      <w:r w:rsidRPr="0028429E">
        <w:t xml:space="preserve"> </w:t>
      </w:r>
      <w:proofErr w:type="spellStart"/>
      <w:r w:rsidRPr="0028429E">
        <w:t>adatainak</w:t>
      </w:r>
      <w:proofErr w:type="spellEnd"/>
      <w:r w:rsidRPr="0028429E">
        <w:t xml:space="preserve"> </w:t>
      </w:r>
      <w:proofErr w:type="spellStart"/>
      <w:r w:rsidRPr="0028429E">
        <w:t>kezelésére</w:t>
      </w:r>
      <w:proofErr w:type="spellEnd"/>
      <w:r w:rsidRPr="0028429E">
        <w:t xml:space="preserve"> </w:t>
      </w:r>
      <w:proofErr w:type="spellStart"/>
      <w:r w:rsidRPr="0028429E">
        <w:t>adott</w:t>
      </w:r>
      <w:proofErr w:type="spellEnd"/>
      <w:r w:rsidRPr="0028429E">
        <w:t xml:space="preserve"> </w:t>
      </w:r>
      <w:proofErr w:type="spellStart"/>
      <w:r w:rsidRPr="0028429E">
        <w:t>hozzájárulását</w:t>
      </w:r>
      <w:proofErr w:type="spellEnd"/>
      <w:r w:rsidRPr="0028429E">
        <w:t>?</w:t>
      </w:r>
      <w:bookmarkEnd w:id="7"/>
    </w:p>
    <w:p w14:paraId="5074CB1A" w14:textId="77777777" w:rsidR="004E51DE" w:rsidRPr="0062109A" w:rsidRDefault="00000000" w:rsidP="00211F8D">
      <w:pPr>
        <w:wordWrap w:val="0"/>
        <w:autoSpaceDE w:val="0"/>
        <w:autoSpaceDN w:val="0"/>
        <w:spacing w:before="69"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bármikor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hozzájárulását</w:t>
      </w:r>
      <w:proofErr w:type="spellEnd"/>
    </w:p>
    <w:p w14:paraId="2BA082A2"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visszavonja</w:t>
      </w:r>
      <w:proofErr w:type="spellEnd"/>
      <w:r w:rsidRPr="0062109A">
        <w:rPr>
          <w:rFonts w:ascii="Times New Roman" w:eastAsia="MS Gothic" w:hAnsi="Times New Roman" w:cs="Times New Roman"/>
          <w:color w:val="000000"/>
        </w:rPr>
        <w:t>.</w:t>
      </w:r>
      <w:r w:rsidRPr="0062109A">
        <w:rPr>
          <w:rFonts w:ascii="Times New Roman" w:eastAsia="MS Gothic" w:hAnsi="Times New Roman" w:cs="Times New Roman"/>
          <w:i/>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levélben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visszavonását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tekinti</w:t>
      </w:r>
      <w:proofErr w:type="spellEnd"/>
    </w:p>
    <w:p w14:paraId="47C040B1"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hitelesnek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megküldött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egyértelműen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beazonosítható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w:t>
      </w:r>
    </w:p>
    <w:p w14:paraId="357E96DA"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mailben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hozzájárulás-visszavonást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hitelesnek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p>
    <w:p w14:paraId="546DE6C9"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címéről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ki,</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173B92B3" w14:textId="77777777" w:rsidR="004E51DE" w:rsidRDefault="00000000" w:rsidP="00211F8D">
      <w:pPr>
        <w:wordWrap w:val="0"/>
        <w:autoSpaceDE w:val="0"/>
        <w:autoSpaceDN w:val="0"/>
        <w:spacing w:before="48" w:after="45" w:line="221" w:lineRule="exact"/>
        <w:ind w:left="69"/>
        <w:rPr>
          <w:rFonts w:ascii="Times New Roman" w:eastAsia="MS Gothic" w:hAnsi="Times New Roman" w:cs="Times New Roman"/>
          <w:color w:val="000000"/>
        </w:rPr>
      </w:pPr>
      <w:proofErr w:type="spellStart"/>
      <w:r w:rsidRPr="0062109A">
        <w:rPr>
          <w:rFonts w:ascii="Times New Roman" w:eastAsia="MS Gothic" w:hAnsi="Times New Roman" w:cs="Times New Roman"/>
          <w:color w:val="000000"/>
        </w:rPr>
        <w:t>tájékoztatás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beazonosítsa</w:t>
      </w:r>
      <w:proofErr w:type="spellEnd"/>
      <w:r w:rsidRPr="0062109A">
        <w:rPr>
          <w:rFonts w:ascii="Times New Roman" w:eastAsia="MS Gothic" w:hAnsi="Times New Roman" w:cs="Times New Roman"/>
          <w:color w:val="000000"/>
        </w:rPr>
        <w:t>.</w:t>
      </w:r>
    </w:p>
    <w:p w14:paraId="551EC7B5" w14:textId="77777777" w:rsidR="003D5BD5" w:rsidRPr="0062109A" w:rsidRDefault="003D5BD5" w:rsidP="0028429E">
      <w:pPr>
        <w:wordWrap w:val="0"/>
        <w:autoSpaceDE w:val="0"/>
        <w:autoSpaceDN w:val="0"/>
        <w:spacing w:before="48" w:after="45" w:line="221" w:lineRule="exact"/>
        <w:rPr>
          <w:rFonts w:ascii="Times New Roman" w:hAnsi="Times New Roman" w:cs="Times New Roman"/>
        </w:rPr>
      </w:pPr>
    </w:p>
    <w:p w14:paraId="6377A329" w14:textId="77777777" w:rsidR="004E51DE" w:rsidRPr="0062109A" w:rsidRDefault="00000000" w:rsidP="00211F8D">
      <w:pPr>
        <w:pStyle w:val="Cmsor2"/>
      </w:pPr>
      <w:bookmarkStart w:id="8" w:name="_Toc219475587"/>
      <w:proofErr w:type="spellStart"/>
      <w:r w:rsidRPr="0062109A">
        <w:t>Hova</w:t>
      </w:r>
      <w:proofErr w:type="spellEnd"/>
      <w:r w:rsidRPr="0062109A">
        <w:rPr>
          <w:rFonts w:eastAsia="Times New Roman"/>
        </w:rPr>
        <w:t xml:space="preserve"> </w:t>
      </w:r>
      <w:proofErr w:type="spellStart"/>
      <w:r w:rsidRPr="0062109A">
        <w:t>fordulhat</w:t>
      </w:r>
      <w:proofErr w:type="spellEnd"/>
      <w:r w:rsidRPr="0062109A">
        <w:rPr>
          <w:rFonts w:eastAsia="Times New Roman"/>
        </w:rPr>
        <w:t xml:space="preserve"> </w:t>
      </w:r>
      <w:r w:rsidRPr="0062109A">
        <w:t>a</w:t>
      </w:r>
      <w:r w:rsidRPr="0062109A">
        <w:rPr>
          <w:rFonts w:eastAsia="Times New Roman"/>
        </w:rPr>
        <w:t xml:space="preserve"> </w:t>
      </w:r>
      <w:proofErr w:type="spellStart"/>
      <w:r w:rsidRPr="0062109A">
        <w:t>panaszával</w:t>
      </w:r>
      <w:proofErr w:type="spellEnd"/>
      <w:r w:rsidRPr="0062109A">
        <w:t>?</w:t>
      </w:r>
      <w:bookmarkEnd w:id="8"/>
    </w:p>
    <w:p w14:paraId="7FBB3654" w14:textId="77777777" w:rsidR="004E51DE" w:rsidRPr="0062109A" w:rsidRDefault="00000000" w:rsidP="00211F8D">
      <w:pPr>
        <w:wordWrap w:val="0"/>
        <w:autoSpaceDE w:val="0"/>
        <w:autoSpaceDN w:val="0"/>
        <w:spacing w:before="69"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adatkezeléssel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Nemzeti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4C203DEF"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Információszabadság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benyújtani</w:t>
      </w:r>
      <w:proofErr w:type="spellEnd"/>
      <w:r w:rsidRPr="0062109A">
        <w:rPr>
          <w:rFonts w:ascii="Times New Roman" w:eastAsia="MS Gothic" w:hAnsi="Times New Roman" w:cs="Times New Roman"/>
          <w:color w:val="000000"/>
        </w:rPr>
        <w:t>.</w:t>
      </w:r>
    </w:p>
    <w:p w14:paraId="0BF4D8C3"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Nemzeti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Információszabadság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w:t>
      </w:r>
      <w:proofErr w:type="spellEnd"/>
    </w:p>
    <w:p w14:paraId="4B2C69A3"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r w:rsidRPr="0062109A">
        <w:rPr>
          <w:rFonts w:ascii="Times New Roman" w:eastAsia="MS Gothic" w:hAnsi="Times New Roman" w:cs="Times New Roman"/>
          <w:color w:val="000000"/>
        </w:rPr>
        <w:t>1055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Falk</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Miksa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9-11.</w:t>
      </w:r>
    </w:p>
    <w:p w14:paraId="01DD5FEB"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Levelezési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1363</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Postafiók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9.</w:t>
      </w:r>
    </w:p>
    <w:p w14:paraId="24B57BB6"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Telefon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+36-1-391-1400</w:t>
      </w:r>
    </w:p>
    <w:p w14:paraId="1FF1EB8F" w14:textId="4C586503" w:rsidR="004E51DE" w:rsidRPr="0062109A" w:rsidRDefault="00000000" w:rsidP="00211F8D">
      <w:pPr>
        <w:wordWrap w:val="0"/>
        <w:autoSpaceDE w:val="0"/>
        <w:autoSpaceDN w:val="0"/>
        <w:spacing w:before="51" w:after="267" w:line="221" w:lineRule="exact"/>
        <w:ind w:left="69"/>
        <w:rPr>
          <w:rFonts w:ascii="Times New Roman" w:hAnsi="Times New Roman" w:cs="Times New Roman"/>
        </w:rPr>
      </w:pPr>
      <w:r w:rsidRPr="0062109A">
        <w:rPr>
          <w:rFonts w:ascii="Times New Roman" w:eastAsia="MS Gothic" w:hAnsi="Times New Roman" w:cs="Times New Roman"/>
          <w:color w:val="000000"/>
        </w:rPr>
        <w:t>Fax:</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+36-1-391-1410</w:t>
      </w:r>
    </w:p>
    <w:p w14:paraId="1EE68AD8" w14:textId="6674943C" w:rsidR="004E51DE" w:rsidRPr="0062109A" w:rsidRDefault="00000000" w:rsidP="00211F8D">
      <w:pPr>
        <w:wordWrap w:val="0"/>
        <w:autoSpaceDE w:val="0"/>
        <w:autoSpaceDN w:val="0"/>
        <w:spacing w:before="530" w:after="24" w:line="221" w:lineRule="exact"/>
        <w:ind w:left="69"/>
        <w:rPr>
          <w:rFonts w:ascii="Times New Roman" w:hAnsi="Times New Roman" w:cs="Times New Roman"/>
        </w:rPr>
      </w:pPr>
      <w:r w:rsidRPr="0062109A">
        <w:rPr>
          <w:rFonts w:ascii="Times New Roman" w:eastAsia="MS Gothic" w:hAnsi="Times New Roman" w:cs="Times New Roman"/>
          <w:color w:val="000000"/>
        </w:rPr>
        <w:t xml:space="preserve">E-mail: </w:t>
      </w:r>
      <w:hyperlink r:id="rId13" w:history="1">
        <w:r w:rsidR="004E51DE" w:rsidRPr="0062109A">
          <w:rPr>
            <w:rFonts w:ascii="Times New Roman" w:eastAsia="MS Gothic" w:hAnsi="Times New Roman" w:cs="Times New Roman"/>
            <w:color w:val="001F5F"/>
            <w:u w:val="single"/>
          </w:rPr>
          <w:t>ugyfelszolgalat</w:t>
        </w:r>
      </w:hyperlink>
      <w:hyperlink r:id="rId14" w:history="1">
        <w:r w:rsidR="004E51DE" w:rsidRPr="0062109A">
          <w:rPr>
            <w:rFonts w:ascii="Times New Roman" w:eastAsia="MS Gothic" w:hAnsi="Times New Roman" w:cs="Times New Roman"/>
            <w:color w:val="001F5F"/>
            <w:u w:val="single"/>
          </w:rPr>
          <w:t>@</w:t>
        </w:r>
      </w:hyperlink>
      <w:hyperlink r:id="rId15" w:history="1">
        <w:r w:rsidR="004E51DE" w:rsidRPr="0062109A">
          <w:rPr>
            <w:rFonts w:ascii="Times New Roman" w:eastAsia="MS Gothic" w:hAnsi="Times New Roman" w:cs="Times New Roman"/>
            <w:color w:val="001F5F"/>
            <w:u w:val="single"/>
          </w:rPr>
          <w:t>naih</w:t>
        </w:r>
      </w:hyperlink>
      <w:hyperlink r:id="rId16" w:history="1">
        <w:r w:rsidR="004E51DE" w:rsidRPr="0062109A">
          <w:rPr>
            <w:rFonts w:ascii="Times New Roman" w:eastAsia="MS Gothic" w:hAnsi="Times New Roman" w:cs="Times New Roman"/>
            <w:color w:val="001F5F"/>
            <w:u w:val="single"/>
          </w:rPr>
          <w:t>.</w:t>
        </w:r>
      </w:hyperlink>
      <w:hyperlink r:id="rId17" w:history="1">
        <w:r w:rsidR="004E51DE" w:rsidRPr="0062109A">
          <w:rPr>
            <w:rFonts w:ascii="Times New Roman" w:eastAsia="MS Gothic" w:hAnsi="Times New Roman" w:cs="Times New Roman"/>
            <w:color w:val="001F5F"/>
            <w:u w:val="single"/>
          </w:rPr>
          <w:t>hu</w:t>
        </w:r>
      </w:hyperlink>
    </w:p>
    <w:p w14:paraId="0D69354C" w14:textId="2167AAB3" w:rsidR="004E51DE" w:rsidRPr="0062109A" w:rsidRDefault="00000000" w:rsidP="00211F8D">
      <w:pPr>
        <w:wordWrap w:val="0"/>
        <w:autoSpaceDE w:val="0"/>
        <w:autoSpaceDN w:val="0"/>
        <w:spacing w:before="48" w:after="4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Honlap</w:t>
      </w:r>
      <w:proofErr w:type="spellEnd"/>
      <w:r w:rsidRPr="0062109A">
        <w:rPr>
          <w:rFonts w:ascii="Times New Roman" w:eastAsia="MS Gothic" w:hAnsi="Times New Roman" w:cs="Times New Roman"/>
          <w:color w:val="000000"/>
        </w:rPr>
        <w:t xml:space="preserve">: </w:t>
      </w:r>
      <w:hyperlink r:id="rId18" w:history="1">
        <w:r w:rsidR="004E51DE" w:rsidRPr="0062109A">
          <w:rPr>
            <w:rFonts w:ascii="Times New Roman" w:eastAsia="MS Gothic" w:hAnsi="Times New Roman" w:cs="Times New Roman"/>
            <w:color w:val="001F5F"/>
            <w:u w:val="single"/>
          </w:rPr>
          <w:t>www</w:t>
        </w:r>
      </w:hyperlink>
      <w:hyperlink r:id="rId19" w:history="1">
        <w:r w:rsidR="004E51DE" w:rsidRPr="0062109A">
          <w:rPr>
            <w:rFonts w:ascii="Times New Roman" w:eastAsia="MS Gothic" w:hAnsi="Times New Roman" w:cs="Times New Roman"/>
            <w:color w:val="001F5F"/>
            <w:u w:val="single"/>
          </w:rPr>
          <w:t>.</w:t>
        </w:r>
      </w:hyperlink>
      <w:hyperlink r:id="rId20" w:history="1">
        <w:r w:rsidR="004E51DE" w:rsidRPr="0062109A">
          <w:rPr>
            <w:rFonts w:ascii="Times New Roman" w:eastAsia="MS Gothic" w:hAnsi="Times New Roman" w:cs="Times New Roman"/>
            <w:color w:val="001F5F"/>
            <w:u w:val="single"/>
          </w:rPr>
          <w:t>naih</w:t>
        </w:r>
      </w:hyperlink>
      <w:hyperlink r:id="rId21" w:history="1">
        <w:r w:rsidR="004E51DE" w:rsidRPr="0062109A">
          <w:rPr>
            <w:rFonts w:ascii="Times New Roman" w:eastAsia="MS Gothic" w:hAnsi="Times New Roman" w:cs="Times New Roman"/>
            <w:color w:val="001F5F"/>
            <w:u w:val="single"/>
          </w:rPr>
          <w:t>.</w:t>
        </w:r>
      </w:hyperlink>
      <w:hyperlink r:id="rId22" w:history="1">
        <w:r w:rsidR="004E51DE" w:rsidRPr="0062109A">
          <w:rPr>
            <w:rFonts w:ascii="Times New Roman" w:eastAsia="MS Gothic" w:hAnsi="Times New Roman" w:cs="Times New Roman"/>
            <w:color w:val="001F5F"/>
            <w:u w:val="single"/>
          </w:rPr>
          <w:t>hu</w:t>
        </w:r>
      </w:hyperlink>
    </w:p>
    <w:p w14:paraId="182E5A43" w14:textId="77777777" w:rsidR="004E51DE" w:rsidRPr="0062109A" w:rsidRDefault="00000000" w:rsidP="00211F8D">
      <w:pPr>
        <w:pStyle w:val="Cmsor2"/>
      </w:pPr>
      <w:bookmarkStart w:id="9" w:name="_Toc219475588"/>
      <w:proofErr w:type="spellStart"/>
      <w:r w:rsidRPr="0062109A">
        <w:t>Hogyan</w:t>
      </w:r>
      <w:proofErr w:type="spellEnd"/>
      <w:r w:rsidRPr="0062109A">
        <w:rPr>
          <w:rFonts w:eastAsia="Times New Roman"/>
        </w:rPr>
        <w:t xml:space="preserve"> </w:t>
      </w:r>
      <w:proofErr w:type="spellStart"/>
      <w:r w:rsidRPr="0062109A">
        <w:t>fordulhat</w:t>
      </w:r>
      <w:proofErr w:type="spellEnd"/>
      <w:r w:rsidRPr="0062109A">
        <w:rPr>
          <w:rFonts w:eastAsia="Times New Roman"/>
        </w:rPr>
        <w:t xml:space="preserve"> </w:t>
      </w:r>
      <w:proofErr w:type="spellStart"/>
      <w:r w:rsidRPr="0062109A">
        <w:t>bírósághoz</w:t>
      </w:r>
      <w:proofErr w:type="spellEnd"/>
      <w:r w:rsidRPr="0062109A">
        <w:t>,</w:t>
      </w:r>
      <w:r w:rsidRPr="0062109A">
        <w:rPr>
          <w:rFonts w:eastAsia="Times New Roman"/>
        </w:rPr>
        <w:t xml:space="preserve"> </w:t>
      </w:r>
      <w:r w:rsidRPr="0062109A">
        <w:t>ha</w:t>
      </w:r>
      <w:r w:rsidRPr="0062109A">
        <w:rPr>
          <w:rFonts w:eastAsia="Times New Roman"/>
        </w:rPr>
        <w:t xml:space="preserve"> </w:t>
      </w:r>
      <w:proofErr w:type="spellStart"/>
      <w:r w:rsidRPr="0062109A">
        <w:t>megsértettük</w:t>
      </w:r>
      <w:proofErr w:type="spellEnd"/>
      <w:r w:rsidRPr="0062109A">
        <w:rPr>
          <w:rFonts w:eastAsia="Times New Roman"/>
        </w:rPr>
        <w:t xml:space="preserve"> </w:t>
      </w:r>
      <w:r w:rsidRPr="0062109A">
        <w:t>a</w:t>
      </w:r>
      <w:r w:rsidRPr="0062109A">
        <w:rPr>
          <w:rFonts w:eastAsia="Times New Roman"/>
        </w:rPr>
        <w:t xml:space="preserve"> </w:t>
      </w:r>
      <w:proofErr w:type="spellStart"/>
      <w:r w:rsidRPr="0062109A">
        <w:t>jogait</w:t>
      </w:r>
      <w:proofErr w:type="spellEnd"/>
      <w:r w:rsidRPr="0062109A">
        <w:t>?</w:t>
      </w:r>
      <w:bookmarkEnd w:id="9"/>
    </w:p>
    <w:p w14:paraId="454971EA" w14:textId="77777777" w:rsidR="004E51DE" w:rsidRPr="0062109A" w:rsidRDefault="00000000" w:rsidP="00211F8D">
      <w:pPr>
        <w:wordWrap w:val="0"/>
        <w:autoSpaceDE w:val="0"/>
        <w:autoSpaceDN w:val="0"/>
        <w:spacing w:before="69"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adatkezeléssel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összefüggésben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fordulni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perre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Törvényszék</w:t>
      </w:r>
      <w:proofErr w:type="spellEnd"/>
    </w:p>
    <w:p w14:paraId="2DA3F2FA"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illetékes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szembeni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keresetlevelét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lakóhelye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p>
    <w:p w14:paraId="05AD39EA" w14:textId="77777777" w:rsidR="004E51DE" w:rsidRPr="0062109A" w:rsidRDefault="00000000" w:rsidP="00211F8D">
      <w:pPr>
        <w:wordWrap w:val="0"/>
        <w:autoSpaceDE w:val="0"/>
        <w:autoSpaceDN w:val="0"/>
        <w:spacing w:before="50" w:after="4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bíróság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benyújthatja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kívüli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eljárásban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el.</w:t>
      </w:r>
    </w:p>
    <w:p w14:paraId="6193785C" w14:textId="77777777" w:rsidR="004E51DE" w:rsidRPr="0062109A" w:rsidRDefault="00000000" w:rsidP="00211F8D">
      <w:pPr>
        <w:pStyle w:val="Cmsor2"/>
      </w:pPr>
      <w:bookmarkStart w:id="10" w:name="_Toc219475589"/>
      <w:proofErr w:type="spellStart"/>
      <w:r w:rsidRPr="0062109A">
        <w:t>Hogyan</w:t>
      </w:r>
      <w:proofErr w:type="spellEnd"/>
      <w:r w:rsidRPr="0062109A">
        <w:rPr>
          <w:rFonts w:eastAsia="Times New Roman"/>
        </w:rPr>
        <w:t xml:space="preserve"> </w:t>
      </w:r>
      <w:proofErr w:type="spellStart"/>
      <w:r w:rsidRPr="0062109A">
        <w:t>jutunk</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proofErr w:type="spellStart"/>
      <w:r w:rsidRPr="0062109A">
        <w:t>Ön</w:t>
      </w:r>
      <w:proofErr w:type="spellEnd"/>
      <w:r w:rsidRPr="0062109A">
        <w:rPr>
          <w:rFonts w:eastAsia="Times New Roman"/>
        </w:rPr>
        <w:t xml:space="preserve"> </w:t>
      </w:r>
      <w:proofErr w:type="spellStart"/>
      <w:r w:rsidRPr="0062109A">
        <w:t>személyes</w:t>
      </w:r>
      <w:proofErr w:type="spellEnd"/>
      <w:r w:rsidRPr="0062109A">
        <w:rPr>
          <w:rFonts w:eastAsia="Times New Roman"/>
        </w:rPr>
        <w:t xml:space="preserve"> </w:t>
      </w:r>
      <w:proofErr w:type="spellStart"/>
      <w:r w:rsidRPr="0062109A">
        <w:t>adataihoz</w:t>
      </w:r>
      <w:proofErr w:type="spellEnd"/>
      <w:r w:rsidRPr="0062109A">
        <w:t>?</w:t>
      </w:r>
      <w:bookmarkEnd w:id="10"/>
    </w:p>
    <w:p w14:paraId="717D3DA8" w14:textId="77777777" w:rsidR="004E51DE" w:rsidRPr="0062109A" w:rsidRDefault="00000000" w:rsidP="00211F8D">
      <w:pPr>
        <w:wordWrap w:val="0"/>
        <w:autoSpaceDE w:val="0"/>
        <w:autoSpaceDN w:val="0"/>
        <w:spacing w:before="69"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p>
    <w:p w14:paraId="6CB346DF"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érkezett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észlelése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illetőleg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jelzi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34B2C822"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kérelmére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azonnal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jogszerűtlenül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benyújtott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iratot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w:t>
      </w:r>
      <w:proofErr w:type="spellEnd"/>
    </w:p>
    <w:p w14:paraId="49B48237" w14:textId="77777777" w:rsidR="004E51DE" w:rsidRPr="0062109A" w:rsidRDefault="00000000" w:rsidP="00211F8D">
      <w:pPr>
        <w:wordWrap w:val="0"/>
        <w:autoSpaceDE w:val="0"/>
        <w:autoSpaceDN w:val="0"/>
        <w:spacing w:before="48" w:after="4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adattartalmával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együtt</w:t>
      </w:r>
      <w:proofErr w:type="spellEnd"/>
      <w:r w:rsidRPr="0062109A">
        <w:rPr>
          <w:rFonts w:ascii="Times New Roman" w:eastAsia="MS Gothic" w:hAnsi="Times New Roman" w:cs="Times New Roman"/>
          <w:color w:val="000000"/>
        </w:rPr>
        <w:t>.</w:t>
      </w:r>
    </w:p>
    <w:p w14:paraId="2CF444DC" w14:textId="77777777" w:rsidR="004E51DE" w:rsidRPr="0062109A" w:rsidRDefault="00000000" w:rsidP="00211F8D">
      <w:pPr>
        <w:pStyle w:val="Cmsor2"/>
      </w:pPr>
      <w:bookmarkStart w:id="11" w:name="_Toc219475590"/>
      <w:r w:rsidRPr="0062109A">
        <w:t>Mit</w:t>
      </w:r>
      <w:r w:rsidRPr="0062109A">
        <w:rPr>
          <w:rFonts w:eastAsia="Times New Roman"/>
        </w:rPr>
        <w:t xml:space="preserve"> </w:t>
      </w:r>
      <w:proofErr w:type="spellStart"/>
      <w:r w:rsidRPr="0062109A">
        <w:t>teszünk</w:t>
      </w:r>
      <w:proofErr w:type="spellEnd"/>
      <w:r w:rsidRPr="0062109A">
        <w:rPr>
          <w:rFonts w:eastAsia="Times New Roman"/>
        </w:rPr>
        <w:t xml:space="preserve"> </w:t>
      </w:r>
      <w:proofErr w:type="spellStart"/>
      <w:r w:rsidRPr="0062109A">
        <w:t>azért</w:t>
      </w:r>
      <w:proofErr w:type="spellEnd"/>
      <w:r w:rsidRPr="0062109A">
        <w:t>,</w:t>
      </w:r>
      <w:r w:rsidRPr="0062109A">
        <w:rPr>
          <w:rFonts w:eastAsia="Times New Roman"/>
        </w:rPr>
        <w:t xml:space="preserve"> </w:t>
      </w:r>
      <w:proofErr w:type="spellStart"/>
      <w:r w:rsidRPr="0062109A">
        <w:t>hogy</w:t>
      </w:r>
      <w:proofErr w:type="spellEnd"/>
      <w:r w:rsidRPr="0062109A">
        <w:rPr>
          <w:rFonts w:eastAsia="Times New Roman"/>
        </w:rPr>
        <w:t xml:space="preserve"> </w:t>
      </w:r>
      <w:r w:rsidRPr="0062109A">
        <w:t>a</w:t>
      </w:r>
      <w:r w:rsidRPr="0062109A">
        <w:rPr>
          <w:rFonts w:eastAsia="Times New Roman"/>
        </w:rPr>
        <w:t xml:space="preserve"> </w:t>
      </w:r>
      <w:proofErr w:type="spellStart"/>
      <w:r w:rsidRPr="0062109A">
        <w:t>személyes</w:t>
      </w:r>
      <w:proofErr w:type="spellEnd"/>
      <w:r w:rsidRPr="0062109A">
        <w:rPr>
          <w:rFonts w:eastAsia="Times New Roman"/>
        </w:rPr>
        <w:t xml:space="preserve"> </w:t>
      </w:r>
      <w:proofErr w:type="spellStart"/>
      <w:r w:rsidRPr="0062109A">
        <w:t>adatait</w:t>
      </w:r>
      <w:proofErr w:type="spellEnd"/>
      <w:r w:rsidRPr="0062109A">
        <w:rPr>
          <w:rFonts w:eastAsia="Times New Roman"/>
        </w:rPr>
        <w:t xml:space="preserve"> </w:t>
      </w:r>
      <w:proofErr w:type="spellStart"/>
      <w:r w:rsidRPr="0062109A">
        <w:t>biztonságosan</w:t>
      </w:r>
      <w:proofErr w:type="spellEnd"/>
      <w:r w:rsidRPr="0062109A">
        <w:rPr>
          <w:rFonts w:eastAsia="Times New Roman"/>
        </w:rPr>
        <w:t xml:space="preserve"> </w:t>
      </w:r>
      <w:proofErr w:type="spellStart"/>
      <w:r w:rsidRPr="0062109A">
        <w:t>kezeljük</w:t>
      </w:r>
      <w:proofErr w:type="spellEnd"/>
      <w:r w:rsidRPr="0062109A">
        <w:t>?</w:t>
      </w:r>
      <w:bookmarkEnd w:id="11"/>
    </w:p>
    <w:p w14:paraId="32026D56" w14:textId="77777777" w:rsidR="004E51DE" w:rsidRPr="0062109A" w:rsidRDefault="00000000" w:rsidP="00211F8D">
      <w:pPr>
        <w:wordWrap w:val="0"/>
        <w:autoSpaceDE w:val="0"/>
        <w:autoSpaceDN w:val="0"/>
        <w:spacing w:before="69"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minden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tőle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elvárható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eszközzel</w:t>
      </w:r>
      <w:proofErr w:type="spellEnd"/>
    </w:p>
    <w:p w14:paraId="222945AD" w14:textId="77777777" w:rsidR="004E51DE" w:rsidRPr="0062109A" w:rsidRDefault="00000000" w:rsidP="00211F8D">
      <w:pPr>
        <w:wordWrap w:val="0"/>
        <w:autoSpaceDE w:val="0"/>
        <w:autoSpaceDN w:val="0"/>
        <w:spacing w:before="51"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igyekszik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biztonságát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garantálni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minden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lépést</w:t>
      </w:r>
      <w:proofErr w:type="spellEnd"/>
    </w:p>
    <w:p w14:paraId="2462B1A0" w14:textId="7DB53EFD" w:rsidR="0028429E" w:rsidRDefault="00000000" w:rsidP="00211F8D">
      <w:pPr>
        <w:wordWrap w:val="0"/>
        <w:autoSpaceDE w:val="0"/>
        <w:autoSpaceDN w:val="0"/>
        <w:spacing w:before="48" w:after="45" w:line="221" w:lineRule="exact"/>
        <w:ind w:left="69"/>
        <w:rPr>
          <w:rFonts w:ascii="Times New Roman" w:eastAsia="MS Gothic" w:hAnsi="Times New Roman" w:cs="Times New Roman"/>
          <w:color w:val="000000"/>
        </w:rPr>
      </w:pPr>
      <w:proofErr w:type="spellStart"/>
      <w:r w:rsidRPr="0062109A">
        <w:rPr>
          <w:rFonts w:ascii="Times New Roman" w:eastAsia="MS Gothic" w:hAnsi="Times New Roman" w:cs="Times New Roman"/>
          <w:color w:val="000000"/>
        </w:rPr>
        <w:t>megtesz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szigorúan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korlátozza</w:t>
      </w:r>
      <w:proofErr w:type="spellEnd"/>
      <w:r w:rsidRPr="0062109A">
        <w:rPr>
          <w:rFonts w:ascii="Times New Roman" w:eastAsia="MS Gothic" w:hAnsi="Times New Roman" w:cs="Times New Roman"/>
          <w:color w:val="000000"/>
        </w:rPr>
        <w:t>.</w:t>
      </w:r>
    </w:p>
    <w:p w14:paraId="2D3E671F" w14:textId="77777777" w:rsidR="0028429E" w:rsidRDefault="0028429E">
      <w:pPr>
        <w:rPr>
          <w:rFonts w:ascii="Times New Roman" w:eastAsia="MS Gothic" w:hAnsi="Times New Roman" w:cs="Times New Roman"/>
          <w:color w:val="000000"/>
        </w:rPr>
      </w:pPr>
      <w:r>
        <w:rPr>
          <w:rFonts w:ascii="Times New Roman" w:eastAsia="MS Gothic" w:hAnsi="Times New Roman" w:cs="Times New Roman"/>
          <w:color w:val="000000"/>
        </w:rPr>
        <w:br w:type="page"/>
      </w:r>
    </w:p>
    <w:p w14:paraId="79450E4E" w14:textId="77777777" w:rsidR="004E51DE" w:rsidRPr="0062109A" w:rsidRDefault="00000000" w:rsidP="00211F8D">
      <w:pPr>
        <w:pStyle w:val="Cmsor2"/>
      </w:pPr>
      <w:bookmarkStart w:id="12" w:name="_Toc219475591"/>
      <w:proofErr w:type="spellStart"/>
      <w:r w:rsidRPr="0062109A">
        <w:lastRenderedPageBreak/>
        <w:t>Milyen</w:t>
      </w:r>
      <w:proofErr w:type="spellEnd"/>
      <w:r w:rsidRPr="0062109A">
        <w:rPr>
          <w:rFonts w:eastAsia="Times New Roman"/>
        </w:rPr>
        <w:t xml:space="preserve"> </w:t>
      </w:r>
      <w:proofErr w:type="spellStart"/>
      <w:r w:rsidRPr="0062109A">
        <w:t>alapelveket</w:t>
      </w:r>
      <w:proofErr w:type="spellEnd"/>
      <w:r w:rsidRPr="0062109A">
        <w:rPr>
          <w:rFonts w:eastAsia="Times New Roman"/>
        </w:rPr>
        <w:t xml:space="preserve"> </w:t>
      </w:r>
      <w:proofErr w:type="spellStart"/>
      <w:r w:rsidRPr="0062109A">
        <w:t>tartunk</w:t>
      </w:r>
      <w:proofErr w:type="spellEnd"/>
      <w:r w:rsidRPr="0062109A">
        <w:rPr>
          <w:rFonts w:eastAsia="Times New Roman"/>
        </w:rPr>
        <w:t xml:space="preserve"> </w:t>
      </w:r>
      <w:proofErr w:type="spellStart"/>
      <w:r w:rsidRPr="0062109A">
        <w:t>kötelezőnek</w:t>
      </w:r>
      <w:proofErr w:type="spellEnd"/>
      <w:r w:rsidRPr="0062109A">
        <w:rPr>
          <w:rFonts w:eastAsia="Times New Roman"/>
        </w:rPr>
        <w:t xml:space="preserve"> </w:t>
      </w:r>
      <w:r w:rsidRPr="0062109A">
        <w:t>a</w:t>
      </w:r>
      <w:r w:rsidRPr="0062109A">
        <w:rPr>
          <w:rFonts w:eastAsia="Times New Roman"/>
        </w:rPr>
        <w:t xml:space="preserve"> </w:t>
      </w:r>
      <w:proofErr w:type="spellStart"/>
      <w:r w:rsidRPr="0062109A">
        <w:t>személyes</w:t>
      </w:r>
      <w:proofErr w:type="spellEnd"/>
      <w:r w:rsidRPr="0062109A">
        <w:rPr>
          <w:rFonts w:eastAsia="Times New Roman"/>
        </w:rPr>
        <w:t xml:space="preserve"> </w:t>
      </w:r>
      <w:proofErr w:type="spellStart"/>
      <w:r w:rsidRPr="0062109A">
        <w:t>adatkezelésünk</w:t>
      </w:r>
      <w:proofErr w:type="spellEnd"/>
      <w:r w:rsidRPr="0062109A">
        <w:rPr>
          <w:rFonts w:eastAsia="Times New Roman"/>
        </w:rPr>
        <w:t xml:space="preserve"> </w:t>
      </w:r>
      <w:proofErr w:type="spellStart"/>
      <w:r w:rsidRPr="0062109A">
        <w:t>során</w:t>
      </w:r>
      <w:proofErr w:type="spellEnd"/>
      <w:r w:rsidRPr="0062109A">
        <w:t>?</w:t>
      </w:r>
      <w:bookmarkEnd w:id="12"/>
    </w:p>
    <w:p w14:paraId="6942B59A" w14:textId="77777777" w:rsidR="004E51DE" w:rsidRPr="0062109A" w:rsidRDefault="00000000" w:rsidP="00211F8D">
      <w:pPr>
        <w:wordWrap w:val="0"/>
        <w:autoSpaceDE w:val="0"/>
        <w:autoSpaceDN w:val="0"/>
        <w:spacing w:before="67" w:after="11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p>
    <w:p w14:paraId="3F3DCB1C" w14:textId="77777777" w:rsidR="004E51DE" w:rsidRPr="0062109A" w:rsidRDefault="00000000" w:rsidP="00211F8D">
      <w:pPr>
        <w:wordWrap w:val="0"/>
        <w:autoSpaceDE w:val="0"/>
        <w:autoSpaceDN w:val="0"/>
        <w:spacing w:before="230" w:after="36" w:line="221" w:lineRule="exact"/>
        <w:ind w:left="42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kezelését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jogszerűen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tisztességesen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átlátható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p>
    <w:p w14:paraId="40A5B5CE" w14:textId="77777777" w:rsidR="004E51DE" w:rsidRPr="0062109A" w:rsidRDefault="00000000" w:rsidP="00211F8D">
      <w:pPr>
        <w:wordWrap w:val="0"/>
        <w:autoSpaceDE w:val="0"/>
        <w:autoSpaceDN w:val="0"/>
        <w:spacing w:before="72"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végezni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jogszerűség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tisztességes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átláthatóság</w:t>
      </w:r>
      <w:proofErr w:type="spellEnd"/>
      <w:r w:rsidRPr="0062109A">
        <w:rPr>
          <w:rFonts w:ascii="Times New Roman" w:eastAsia="MS Gothic" w:hAnsi="Times New Roman" w:cs="Times New Roman"/>
          <w:color w:val="000000"/>
        </w:rPr>
        <w:t>”);</w:t>
      </w:r>
    </w:p>
    <w:p w14:paraId="303C885D" w14:textId="77777777" w:rsidR="004E51DE" w:rsidRPr="0062109A" w:rsidRDefault="00000000" w:rsidP="00211F8D">
      <w:pPr>
        <w:wordWrap w:val="0"/>
        <w:autoSpaceDE w:val="0"/>
        <w:autoSpaceDN w:val="0"/>
        <w:spacing w:before="69" w:after="35" w:line="221" w:lineRule="exact"/>
        <w:ind w:left="429"/>
        <w:rPr>
          <w:rFonts w:ascii="Times New Roman" w:hAnsi="Times New Roman" w:cs="Times New Roman"/>
        </w:rPr>
      </w:pPr>
      <w:r w:rsidRPr="0062109A">
        <w:rPr>
          <w:rFonts w:ascii="Times New Roman" w:eastAsia="MS Gothic" w:hAnsi="Times New Roman" w:cs="Times New Roman"/>
          <w:color w:val="000000"/>
        </w:rPr>
        <w:t>b)</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begyűjtése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meghatározott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egyértelmű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jogszerű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történjen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azokat</w:t>
      </w:r>
      <w:proofErr w:type="spellEnd"/>
    </w:p>
    <w:p w14:paraId="1D481A2D" w14:textId="77777777" w:rsidR="004E51DE" w:rsidRPr="0062109A" w:rsidRDefault="00000000" w:rsidP="00211F8D">
      <w:pPr>
        <w:wordWrap w:val="0"/>
        <w:autoSpaceDE w:val="0"/>
        <w:autoSpaceDN w:val="0"/>
        <w:spacing w:before="69" w:after="36" w:line="221" w:lineRule="exact"/>
        <w:ind w:left="789"/>
        <w:rPr>
          <w:rFonts w:ascii="Times New Roman" w:hAnsi="Times New Roman" w:cs="Times New Roman"/>
        </w:rPr>
      </w:pPr>
      <w:r w:rsidRPr="0062109A">
        <w:rPr>
          <w:rFonts w:ascii="Times New Roman" w:eastAsia="MS Gothic" w:hAnsi="Times New Roman" w:cs="Times New Roman"/>
          <w:color w:val="000000"/>
        </w:rPr>
        <w:t>ne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kezeljék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ezekkel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célokkal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egyeztethető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p>
    <w:p w14:paraId="7220E146" w14:textId="77777777" w:rsidR="004E51DE" w:rsidRPr="0062109A" w:rsidRDefault="00000000" w:rsidP="00211F8D">
      <w:pPr>
        <w:wordWrap w:val="0"/>
        <w:autoSpaceDE w:val="0"/>
        <w:autoSpaceDN w:val="0"/>
        <w:spacing w:before="72"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bekezdésének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minősül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eredeti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céllal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p>
    <w:p w14:paraId="726F2BB8" w14:textId="77777777" w:rsidR="004E51DE" w:rsidRPr="0062109A" w:rsidRDefault="00000000" w:rsidP="00211F8D">
      <w:pPr>
        <w:wordWrap w:val="0"/>
        <w:autoSpaceDE w:val="0"/>
        <w:autoSpaceDN w:val="0"/>
        <w:spacing w:before="69"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egyeztethetőnek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közérdekű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archiválás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tudományos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kutatási</w:t>
      </w:r>
      <w:proofErr w:type="spellEnd"/>
    </w:p>
    <w:p w14:paraId="2DED2443" w14:textId="77777777" w:rsidR="004E51DE" w:rsidRPr="0062109A" w:rsidRDefault="00000000" w:rsidP="00211F8D">
      <w:pPr>
        <w:wordWrap w:val="0"/>
        <w:autoSpaceDE w:val="0"/>
        <w:autoSpaceDN w:val="0"/>
        <w:spacing w:before="69"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célból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statisztikai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célhoz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kötöttség</w:t>
      </w:r>
      <w:proofErr w:type="spellEnd"/>
      <w:r w:rsidRPr="0062109A">
        <w:rPr>
          <w:rFonts w:ascii="Times New Roman" w:eastAsia="MS Gothic" w:hAnsi="Times New Roman" w:cs="Times New Roman"/>
          <w:color w:val="000000"/>
        </w:rPr>
        <w:t>”);</w:t>
      </w:r>
    </w:p>
    <w:p w14:paraId="7D94DFE6" w14:textId="77777777" w:rsidR="004E51DE" w:rsidRPr="0062109A" w:rsidRDefault="00000000" w:rsidP="00211F8D">
      <w:pPr>
        <w:wordWrap w:val="0"/>
        <w:autoSpaceDE w:val="0"/>
        <w:autoSpaceDN w:val="0"/>
        <w:spacing w:before="70" w:after="36" w:line="221" w:lineRule="exact"/>
        <w:ind w:left="429"/>
        <w:rPr>
          <w:rFonts w:ascii="Times New Roman" w:hAnsi="Times New Roman" w:cs="Times New Roman"/>
        </w:rPr>
      </w:pP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szempontjából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relevánsak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legyenek</w:t>
      </w:r>
      <w:proofErr w:type="spellEnd"/>
      <w:r w:rsidRPr="0062109A">
        <w:rPr>
          <w:rFonts w:ascii="Times New Roman" w:eastAsia="MS Gothic" w:hAnsi="Times New Roman" w:cs="Times New Roman"/>
          <w:color w:val="000000"/>
        </w:rPr>
        <w:t>,</w:t>
      </w:r>
    </w:p>
    <w:p w14:paraId="535E7849" w14:textId="77777777" w:rsidR="004E51DE" w:rsidRPr="0062109A" w:rsidRDefault="00000000" w:rsidP="00211F8D">
      <w:pPr>
        <w:wordWrap w:val="0"/>
        <w:autoSpaceDE w:val="0"/>
        <w:autoSpaceDN w:val="0"/>
        <w:spacing w:before="72"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korlátozódniuk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adattakarékosság</w:t>
      </w:r>
      <w:proofErr w:type="spellEnd"/>
      <w:r w:rsidRPr="0062109A">
        <w:rPr>
          <w:rFonts w:ascii="Times New Roman" w:eastAsia="MS Gothic" w:hAnsi="Times New Roman" w:cs="Times New Roman"/>
          <w:color w:val="000000"/>
        </w:rPr>
        <w:t>”);</w:t>
      </w:r>
    </w:p>
    <w:p w14:paraId="6A395A90" w14:textId="77777777" w:rsidR="004E51DE" w:rsidRPr="0062109A" w:rsidRDefault="00000000" w:rsidP="00211F8D">
      <w:pPr>
        <w:wordWrap w:val="0"/>
        <w:autoSpaceDE w:val="0"/>
        <w:autoSpaceDN w:val="0"/>
        <w:spacing w:before="69" w:after="35" w:line="221" w:lineRule="exact"/>
        <w:ind w:left="429"/>
        <w:rPr>
          <w:rFonts w:ascii="Times New Roman" w:hAnsi="Times New Roman" w:cs="Times New Roman"/>
        </w:rPr>
      </w:pPr>
      <w:r w:rsidRPr="0062109A">
        <w:rPr>
          <w:rFonts w:ascii="Times New Roman" w:eastAsia="MS Gothic" w:hAnsi="Times New Roman" w:cs="Times New Roman"/>
          <w:color w:val="000000"/>
        </w:rPr>
        <w:t>d)</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pontosnak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naprakésznek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lenniük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minden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észszerű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intézkedést</w:t>
      </w:r>
      <w:proofErr w:type="spellEnd"/>
    </w:p>
    <w:p w14:paraId="3554428B" w14:textId="77777777" w:rsidR="004E51DE" w:rsidRPr="0062109A" w:rsidRDefault="00000000" w:rsidP="00211F8D">
      <w:pPr>
        <w:wordWrap w:val="0"/>
        <w:autoSpaceDE w:val="0"/>
        <w:autoSpaceDN w:val="0"/>
        <w:spacing w:before="69" w:after="36" w:line="221" w:lineRule="exact"/>
        <w:ind w:left="789"/>
        <w:rPr>
          <w:rFonts w:ascii="Times New Roman" w:hAnsi="Times New Roman" w:cs="Times New Roman"/>
        </w:rPr>
      </w:pPr>
      <w:proofErr w:type="gramStart"/>
      <w:r w:rsidRPr="0062109A">
        <w:rPr>
          <w:rFonts w:ascii="Times New Roman" w:eastAsia="MS Gothic" w:hAnsi="Times New Roman" w:cs="Times New Roman"/>
          <w:color w:val="000000"/>
        </w:rPr>
        <w:t>megkelltenniannakérdekében,hogyazadatkezeléscéljaiszempontjábólpontatlan</w:t>
      </w:r>
      <w:proofErr w:type="gramEnd"/>
    </w:p>
    <w:p w14:paraId="7C89AE7A" w14:textId="77777777" w:rsidR="004E51DE" w:rsidRPr="0062109A" w:rsidRDefault="00000000" w:rsidP="00211F8D">
      <w:pPr>
        <w:wordWrap w:val="0"/>
        <w:autoSpaceDE w:val="0"/>
        <w:autoSpaceDN w:val="0"/>
        <w:spacing w:before="72"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haladéktalanul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töröljék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helyesbítsék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pontosság</w:t>
      </w:r>
      <w:proofErr w:type="spellEnd"/>
      <w:r w:rsidRPr="0062109A">
        <w:rPr>
          <w:rFonts w:ascii="Times New Roman" w:eastAsia="MS Gothic" w:hAnsi="Times New Roman" w:cs="Times New Roman"/>
          <w:color w:val="000000"/>
        </w:rPr>
        <w:t>”);</w:t>
      </w:r>
    </w:p>
    <w:p w14:paraId="48F7724F" w14:textId="77777777" w:rsidR="004E51DE" w:rsidRPr="0062109A" w:rsidRDefault="00000000" w:rsidP="00211F8D">
      <w:pPr>
        <w:wordWrap w:val="0"/>
        <w:autoSpaceDE w:val="0"/>
        <w:autoSpaceDN w:val="0"/>
        <w:spacing w:before="69" w:after="35" w:line="221" w:lineRule="exact"/>
        <w:ind w:left="429"/>
        <w:rPr>
          <w:rFonts w:ascii="Times New Roman" w:hAnsi="Times New Roman" w:cs="Times New Roman"/>
        </w:rPr>
      </w:pPr>
      <w:r w:rsidRPr="0062109A">
        <w:rPr>
          <w:rFonts w:ascii="Times New Roman" w:eastAsia="MS Gothic" w:hAnsi="Times New Roman" w:cs="Times New Roman"/>
          <w:color w:val="000000"/>
        </w:rPr>
        <w:t>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formában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történnie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azonosítását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57E9216E" w14:textId="77777777" w:rsidR="004E51DE" w:rsidRPr="0062109A" w:rsidRDefault="00000000" w:rsidP="00211F8D">
      <w:pPr>
        <w:wordWrap w:val="0"/>
        <w:autoSpaceDE w:val="0"/>
        <w:autoSpaceDN w:val="0"/>
        <w:spacing w:before="69"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ideig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lehetővé</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25B465E9" w14:textId="77777777" w:rsidR="004E51DE" w:rsidRPr="0062109A" w:rsidRDefault="00000000" w:rsidP="00211F8D">
      <w:pPr>
        <w:wordWrap w:val="0"/>
        <w:autoSpaceDE w:val="0"/>
        <w:autoSpaceDN w:val="0"/>
        <w:spacing w:before="69" w:after="36"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ennél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hosszabb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ideig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tárolására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kerülhet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w:t>
      </w:r>
      <w:proofErr w:type="spellEnd"/>
      <w:r w:rsidRPr="0062109A">
        <w:rPr>
          <w:rFonts w:ascii="Times New Roman" w:eastAsia="MS Gothic" w:hAnsi="Times New Roman" w:cs="Times New Roman"/>
          <w:color w:val="000000"/>
        </w:rPr>
        <w:t>,</w:t>
      </w:r>
    </w:p>
    <w:p w14:paraId="14B6532B" w14:textId="77777777" w:rsidR="004E51DE" w:rsidRPr="0062109A" w:rsidRDefault="00000000" w:rsidP="00211F8D">
      <w:pPr>
        <w:wordWrap w:val="0"/>
        <w:autoSpaceDE w:val="0"/>
        <w:autoSpaceDN w:val="0"/>
        <w:spacing w:before="72"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kezelésére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bekezdésének</w:t>
      </w:r>
      <w:proofErr w:type="spellEnd"/>
    </w:p>
    <w:p w14:paraId="31A162F3" w14:textId="77777777" w:rsidR="004E51DE" w:rsidRPr="0062109A" w:rsidRDefault="00000000" w:rsidP="00211F8D">
      <w:pPr>
        <w:wordWrap w:val="0"/>
        <w:autoSpaceDE w:val="0"/>
        <w:autoSpaceDN w:val="0"/>
        <w:spacing w:before="69"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megfelelően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közérdekű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archiválás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tudományos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kutatási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célból</w:t>
      </w:r>
      <w:proofErr w:type="spellEnd"/>
    </w:p>
    <w:p w14:paraId="175DE550" w14:textId="77777777" w:rsidR="004E51DE" w:rsidRPr="0062109A" w:rsidRDefault="00000000" w:rsidP="00211F8D">
      <w:pPr>
        <w:wordWrap w:val="0"/>
        <w:autoSpaceDE w:val="0"/>
        <w:autoSpaceDN w:val="0"/>
        <w:spacing w:before="69" w:after="36"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statisztikai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majd</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0832EA29" w14:textId="77777777" w:rsidR="004E51DE" w:rsidRPr="0062109A" w:rsidRDefault="00000000" w:rsidP="00211F8D">
      <w:pPr>
        <w:wordWrap w:val="0"/>
        <w:autoSpaceDE w:val="0"/>
        <w:autoSpaceDN w:val="0"/>
        <w:spacing w:before="72"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szabadságainak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szervezési</w:t>
      </w:r>
      <w:proofErr w:type="spellEnd"/>
    </w:p>
    <w:p w14:paraId="56A5F801" w14:textId="7A4439A2" w:rsidR="003D5BD5" w:rsidRPr="003D5BD5" w:rsidRDefault="00000000" w:rsidP="0028429E">
      <w:pPr>
        <w:wordWrap w:val="0"/>
        <w:autoSpaceDE w:val="0"/>
        <w:autoSpaceDN w:val="0"/>
        <w:spacing w:before="69" w:after="35" w:line="221" w:lineRule="exact"/>
        <w:ind w:left="789"/>
        <w:rPr>
          <w:rFonts w:ascii="Times New Roman" w:eastAsia="MS Gothic" w:hAnsi="Times New Roman" w:cs="Times New Roman"/>
          <w:color w:val="000000"/>
        </w:rPr>
      </w:pPr>
      <w:proofErr w:type="spellStart"/>
      <w:r w:rsidRPr="0062109A">
        <w:rPr>
          <w:rFonts w:ascii="Times New Roman" w:eastAsia="MS Gothic" w:hAnsi="Times New Roman" w:cs="Times New Roman"/>
          <w:color w:val="000000"/>
        </w:rPr>
        <w:t>intézkedések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végrehajtására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figyelemmel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korlátozott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tárolhatóság</w:t>
      </w:r>
      <w:proofErr w:type="spellEnd"/>
      <w:r w:rsidRPr="0062109A">
        <w:rPr>
          <w:rFonts w:ascii="Times New Roman" w:eastAsia="MS Gothic" w:hAnsi="Times New Roman" w:cs="Times New Roman"/>
          <w:color w:val="000000"/>
        </w:rPr>
        <w:t>”);</w:t>
      </w:r>
    </w:p>
    <w:p w14:paraId="57E215A7" w14:textId="77777777" w:rsidR="004E51DE" w:rsidRPr="0062109A" w:rsidRDefault="00000000" w:rsidP="00211F8D">
      <w:pPr>
        <w:wordWrap w:val="0"/>
        <w:autoSpaceDE w:val="0"/>
        <w:autoSpaceDN w:val="0"/>
        <w:spacing w:before="69" w:after="35" w:line="221" w:lineRule="exact"/>
        <w:ind w:left="429"/>
        <w:rPr>
          <w:rFonts w:ascii="Times New Roman" w:hAnsi="Times New Roman" w:cs="Times New Roman"/>
        </w:rPr>
      </w:pPr>
      <w:r w:rsidRPr="0062109A">
        <w:rPr>
          <w:rFonts w:ascii="Times New Roman" w:eastAsia="MS Gothic" w:hAnsi="Times New Roman" w:cs="Times New Roman"/>
          <w:color w:val="000000"/>
        </w:rPr>
        <w:t>f)</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kezelését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végezni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szervezési</w:t>
      </w:r>
      <w:proofErr w:type="spellEnd"/>
    </w:p>
    <w:p w14:paraId="17657A9E" w14:textId="77777777" w:rsidR="004E51DE" w:rsidRPr="0062109A" w:rsidRDefault="00000000" w:rsidP="00211F8D">
      <w:pPr>
        <w:wordWrap w:val="0"/>
        <w:autoSpaceDE w:val="0"/>
        <w:autoSpaceDN w:val="0"/>
        <w:spacing w:before="69" w:after="36"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intézkedések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alkalmazásával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biztosítva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legyen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2B1DB5CC" w14:textId="77777777" w:rsidR="004E51DE" w:rsidRPr="0062109A" w:rsidRDefault="00000000" w:rsidP="00211F8D">
      <w:pPr>
        <w:wordWrap w:val="0"/>
        <w:autoSpaceDE w:val="0"/>
        <w:autoSpaceDN w:val="0"/>
        <w:spacing w:before="72"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biztonsága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kezelésével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véletlen</w:t>
      </w:r>
      <w:proofErr w:type="spellEnd"/>
    </w:p>
    <w:p w14:paraId="2DD42801" w14:textId="77777777" w:rsidR="004E51DE" w:rsidRPr="0062109A" w:rsidRDefault="00000000" w:rsidP="00211F8D">
      <w:pPr>
        <w:wordWrap w:val="0"/>
        <w:autoSpaceDE w:val="0"/>
        <w:autoSpaceDN w:val="0"/>
        <w:spacing w:before="69" w:after="3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elvesztésével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megsemmisítésével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károsodásával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szembeni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ideértve</w:t>
      </w:r>
      <w:proofErr w:type="spellEnd"/>
    </w:p>
    <w:p w14:paraId="3F0F807C" w14:textId="77777777" w:rsidR="004E51DE" w:rsidRPr="0062109A" w:rsidRDefault="00000000" w:rsidP="00211F8D">
      <w:pPr>
        <w:wordWrap w:val="0"/>
        <w:autoSpaceDE w:val="0"/>
        <w:autoSpaceDN w:val="0"/>
        <w:spacing w:before="69" w:after="36" w:line="221" w:lineRule="exact"/>
        <w:ind w:left="789"/>
        <w:rPr>
          <w:rFonts w:ascii="Times New Roman" w:hAnsi="Times New Roman" w:cs="Times New Roman"/>
        </w:rPr>
      </w:pP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integritás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bizalmas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jelleg</w:t>
      </w:r>
      <w:proofErr w:type="spellEnd"/>
      <w:r w:rsidRPr="0062109A">
        <w:rPr>
          <w:rFonts w:ascii="Times New Roman" w:eastAsia="MS Gothic" w:hAnsi="Times New Roman" w:cs="Times New Roman"/>
          <w:color w:val="000000"/>
        </w:rPr>
        <w:t>”).</w:t>
      </w:r>
    </w:p>
    <w:p w14:paraId="50C0F1E2" w14:textId="77777777" w:rsidR="004E51DE" w:rsidRPr="0062109A" w:rsidRDefault="00000000" w:rsidP="00211F8D">
      <w:pPr>
        <w:wordWrap w:val="0"/>
        <w:autoSpaceDE w:val="0"/>
        <w:autoSpaceDN w:val="0"/>
        <w:spacing w:before="72" w:after="35" w:line="221" w:lineRule="exact"/>
        <w:ind w:left="429"/>
        <w:rPr>
          <w:rFonts w:ascii="Times New Roman" w:hAnsi="Times New Roman" w:cs="Times New Roman"/>
        </w:rPr>
      </w:pPr>
      <w:r w:rsidRPr="0062109A">
        <w:rPr>
          <w:rFonts w:ascii="Times New Roman" w:eastAsia="MS Gothic" w:hAnsi="Times New Roman" w:cs="Times New Roman"/>
          <w:color w:val="000000"/>
        </w:rPr>
        <w:t>g)</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felelős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fentieknek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megfelelésért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képesnek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lennie</w:t>
      </w:r>
      <w:proofErr w:type="spellEnd"/>
    </w:p>
    <w:p w14:paraId="41666D5C" w14:textId="41E96652" w:rsidR="0028429E" w:rsidRDefault="00000000" w:rsidP="00211F8D">
      <w:pPr>
        <w:wordWrap w:val="0"/>
        <w:autoSpaceDE w:val="0"/>
        <w:autoSpaceDN w:val="0"/>
        <w:spacing w:before="69" w:after="644" w:line="221" w:lineRule="exact"/>
        <w:ind w:left="789"/>
        <w:rPr>
          <w:rFonts w:ascii="Times New Roman" w:hAnsi="Times New Roman" w:cs="Times New Roman"/>
        </w:rPr>
      </w:pPr>
      <w:r w:rsidRPr="0062109A">
        <w:rPr>
          <w:rFonts w:ascii="Times New Roman" w:eastAsia="MS Gothic" w:hAnsi="Times New Roman" w:cs="Times New Roman"/>
          <w:color w:val="000000"/>
        </w:rPr>
        <w:t>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igazolására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elszámoltathatóság</w:t>
      </w:r>
      <w:proofErr w:type="spellEnd"/>
      <w:r w:rsidRPr="0062109A">
        <w:rPr>
          <w:rFonts w:ascii="Times New Roman" w:eastAsia="MS Gothic" w:hAnsi="Times New Roman" w:cs="Times New Roman"/>
          <w:color w:val="000000"/>
        </w:rPr>
        <w:t>”).</w:t>
      </w:r>
      <w:r w:rsidR="003D5BD5">
        <w:rPr>
          <w:rFonts w:ascii="Times New Roman" w:hAnsi="Times New Roman" w:cs="Times New Roman"/>
        </w:rPr>
        <w:br/>
      </w:r>
    </w:p>
    <w:p w14:paraId="6170DD5F" w14:textId="5730545E" w:rsidR="003D5BD5" w:rsidRDefault="0028429E" w:rsidP="0028429E">
      <w:pPr>
        <w:rPr>
          <w:rFonts w:ascii="Times New Roman" w:hAnsi="Times New Roman" w:cs="Times New Roman"/>
        </w:rPr>
      </w:pPr>
      <w:r>
        <w:rPr>
          <w:rFonts w:ascii="Times New Roman" w:hAnsi="Times New Roman" w:cs="Times New Roman"/>
        </w:rPr>
        <w:br w:type="page"/>
      </w:r>
    </w:p>
    <w:p w14:paraId="20AC456B" w14:textId="5836E0BC" w:rsidR="004E51DE" w:rsidRPr="0062109A" w:rsidRDefault="00000000" w:rsidP="00211F8D">
      <w:pPr>
        <w:pStyle w:val="Cmsor1"/>
      </w:pPr>
      <w:bookmarkStart w:id="13" w:name="_Toc219475592"/>
      <w:r w:rsidRPr="0062109A">
        <w:lastRenderedPageBreak/>
        <w:t>2.</w:t>
      </w:r>
      <w:r w:rsidRPr="0062109A">
        <w:rPr>
          <w:rFonts w:eastAsia="Times New Roman"/>
        </w:rPr>
        <w:t xml:space="preserve"> </w:t>
      </w:r>
      <w:proofErr w:type="spellStart"/>
      <w:r w:rsidRPr="0062109A">
        <w:t>Részletes</w:t>
      </w:r>
      <w:proofErr w:type="spellEnd"/>
      <w:r w:rsidRPr="0062109A">
        <w:rPr>
          <w:rFonts w:eastAsia="Times New Roman"/>
        </w:rPr>
        <w:t xml:space="preserve"> </w:t>
      </w:r>
      <w:proofErr w:type="spellStart"/>
      <w:r w:rsidRPr="0062109A">
        <w:rPr>
          <w:w w:val="101"/>
        </w:rPr>
        <w:t>adatkezelési</w:t>
      </w:r>
      <w:proofErr w:type="spellEnd"/>
      <w:r w:rsidRPr="0062109A">
        <w:rPr>
          <w:rFonts w:eastAsia="Times New Roman"/>
        </w:rPr>
        <w:t xml:space="preserve"> </w:t>
      </w:r>
      <w:proofErr w:type="spellStart"/>
      <w:r w:rsidRPr="0062109A">
        <w:t>tájékoztató</w:t>
      </w:r>
      <w:bookmarkEnd w:id="13"/>
      <w:proofErr w:type="spellEnd"/>
    </w:p>
    <w:p w14:paraId="0BEFD298" w14:textId="77777777" w:rsidR="004E51DE" w:rsidRPr="0062109A" w:rsidRDefault="00000000" w:rsidP="00211F8D">
      <w:pPr>
        <w:pStyle w:val="Cmsor2"/>
      </w:pPr>
      <w:bookmarkStart w:id="14" w:name="_Toc219475593"/>
      <w:r w:rsidRPr="0062109A">
        <w:t>2.1.</w:t>
      </w:r>
      <w:r w:rsidRPr="0062109A">
        <w:rPr>
          <w:rFonts w:eastAsia="Times New Roman"/>
        </w:rPr>
        <w:t xml:space="preserve"> </w:t>
      </w:r>
      <w:r w:rsidRPr="0062109A">
        <w:t>Az</w:t>
      </w:r>
      <w:r w:rsidRPr="0062109A">
        <w:rPr>
          <w:rFonts w:eastAsia="Times New Roman"/>
        </w:rPr>
        <w:t xml:space="preserve"> </w:t>
      </w:r>
      <w:proofErr w:type="spellStart"/>
      <w:r w:rsidRPr="0062109A">
        <w:t>adatkezelések</w:t>
      </w:r>
      <w:proofErr w:type="spellEnd"/>
      <w:r w:rsidRPr="0062109A">
        <w:rPr>
          <w:rFonts w:eastAsia="Times New Roman"/>
        </w:rPr>
        <w:t xml:space="preserve"> </w:t>
      </w:r>
      <w:proofErr w:type="spellStart"/>
      <w:r w:rsidRPr="0062109A">
        <w:t>bemutatása</w:t>
      </w:r>
      <w:bookmarkEnd w:id="14"/>
      <w:proofErr w:type="spellEnd"/>
    </w:p>
    <w:p w14:paraId="0A6ED7F4" w14:textId="77777777" w:rsidR="004E51DE" w:rsidRPr="0062109A" w:rsidRDefault="00000000" w:rsidP="00211F8D">
      <w:pPr>
        <w:pStyle w:val="Cmsor2"/>
      </w:pPr>
      <w:bookmarkStart w:id="15" w:name="_Toc219475594"/>
      <w:r w:rsidRPr="0062109A">
        <w:t>A</w:t>
      </w:r>
      <w:r w:rsidRPr="0062109A">
        <w:rPr>
          <w:rFonts w:eastAsia="Times New Roman"/>
        </w:rPr>
        <w:t xml:space="preserve"> </w:t>
      </w:r>
      <w:proofErr w:type="spellStart"/>
      <w:r w:rsidRPr="0062109A">
        <w:t>személyes</w:t>
      </w:r>
      <w:proofErr w:type="spellEnd"/>
      <w:r w:rsidRPr="0062109A">
        <w:rPr>
          <w:rFonts w:eastAsia="Times New Roman"/>
        </w:rPr>
        <w:t xml:space="preserve"> </w:t>
      </w:r>
      <w:proofErr w:type="spellStart"/>
      <w:r w:rsidRPr="0062109A">
        <w:t>adatokhoz</w:t>
      </w:r>
      <w:proofErr w:type="spellEnd"/>
      <w:r w:rsidRPr="0062109A">
        <w:rPr>
          <w:rFonts w:eastAsia="Times New Roman"/>
        </w:rPr>
        <w:t xml:space="preserve"> </w:t>
      </w:r>
      <w:proofErr w:type="spellStart"/>
      <w:r w:rsidRPr="0062109A">
        <w:t>fűződő</w:t>
      </w:r>
      <w:proofErr w:type="spellEnd"/>
      <w:r w:rsidRPr="0062109A">
        <w:rPr>
          <w:rFonts w:eastAsia="Times New Roman"/>
        </w:rPr>
        <w:t xml:space="preserve"> </w:t>
      </w:r>
      <w:proofErr w:type="spellStart"/>
      <w:r w:rsidRPr="0062109A">
        <w:t>jogok</w:t>
      </w:r>
      <w:proofErr w:type="spellEnd"/>
      <w:r w:rsidRPr="0062109A">
        <w:rPr>
          <w:rFonts w:eastAsia="Times New Roman"/>
        </w:rPr>
        <w:t xml:space="preserve"> </w:t>
      </w:r>
      <w:proofErr w:type="spellStart"/>
      <w:r w:rsidRPr="0062109A">
        <w:t>gyakorlása</w:t>
      </w:r>
      <w:bookmarkEnd w:id="15"/>
      <w:proofErr w:type="spellEnd"/>
    </w:p>
    <w:p w14:paraId="595F7119"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Adatkezelőhöz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érkezett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p>
    <w:p w14:paraId="3D82B488"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kezelésével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fennálló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5A54A73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hozzáférésre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helyesbítésére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kezelésének</w:t>
      </w:r>
      <w:proofErr w:type="spellEnd"/>
    </w:p>
    <w:p w14:paraId="7C9EB7D9"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korlátozására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tiltakozásra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p>
    <w:p w14:paraId="6FFFF0BF"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adathordozhatósághoz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esetleges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kezelésével</w:t>
      </w:r>
      <w:proofErr w:type="spellEnd"/>
    </w:p>
    <w:p w14:paraId="48C3C566"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benyújtására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irányuló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elbírálása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p>
    <w:p w14:paraId="1978B731"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ügyfelei</w:t>
      </w:r>
      <w:proofErr w:type="spellEnd"/>
    </w:p>
    <w:p w14:paraId="4718A42C"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vezeték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keresztneve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elérhetősége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p>
    <w:p w14:paraId="175F0FDE"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azonosításához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üggyel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általa</w:t>
      </w:r>
      <w:proofErr w:type="spellEnd"/>
    </w:p>
    <w:p w14:paraId="34F06FFF" w14:textId="77777777" w:rsidR="004E51DE" w:rsidRPr="0062109A" w:rsidRDefault="00000000" w:rsidP="00211F8D">
      <w:pPr>
        <w:wordWrap w:val="0"/>
        <w:autoSpaceDE w:val="0"/>
        <w:autoSpaceDN w:val="0"/>
        <w:spacing w:before="48" w:after="6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közölt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köztük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esetlegesen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különleges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kategóriái</w:t>
      </w:r>
      <w:proofErr w:type="spellEnd"/>
      <w:r w:rsidRPr="0062109A">
        <w:rPr>
          <w:rFonts w:ascii="Times New Roman" w:eastAsia="MS Gothic" w:hAnsi="Times New Roman" w:cs="Times New Roman"/>
          <w:color w:val="000000"/>
        </w:rPr>
        <w:t>.</w:t>
      </w:r>
    </w:p>
    <w:p w14:paraId="070553E5" w14:textId="77777777" w:rsidR="004E51DE" w:rsidRPr="0062109A" w:rsidRDefault="004E51DE" w:rsidP="00211F8D">
      <w:pPr>
        <w:wordWrap w:val="0"/>
        <w:autoSpaceDE w:val="0"/>
        <w:autoSpaceDN w:val="0"/>
        <w:spacing w:before="114"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868"/>
        <w:gridCol w:w="4871"/>
      </w:tblGrid>
      <w:tr w:rsidR="004E51DE" w:rsidRPr="0062109A" w14:paraId="368C52E2" w14:textId="77777777">
        <w:trPr>
          <w:trHeight w:hRule="exact" w:val="401"/>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702BE4" w14:textId="77777777" w:rsidR="004E51DE" w:rsidRPr="0062109A" w:rsidRDefault="00000000" w:rsidP="00211F8D">
            <w:pPr>
              <w:wordWrap w:val="0"/>
              <w:autoSpaceDE w:val="0"/>
              <w:autoSpaceDN w:val="0"/>
              <w:spacing w:before="42" w:after="0" w:line="221" w:lineRule="exact"/>
              <w:ind w:left="876"/>
              <w:rPr>
                <w:rFonts w:ascii="Times New Roman" w:hAnsi="Times New Roman" w:cs="Times New Roman"/>
              </w:rPr>
            </w:pP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5450B067" w14:textId="77777777" w:rsidR="004E51DE" w:rsidRPr="0062109A" w:rsidRDefault="00000000" w:rsidP="00211F8D">
            <w:pPr>
              <w:wordWrap w:val="0"/>
              <w:autoSpaceDE w:val="0"/>
              <w:autoSpaceDN w:val="0"/>
              <w:spacing w:before="42" w:after="0" w:line="221" w:lineRule="exact"/>
              <w:ind w:left="1469"/>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24FF0F3D" w14:textId="77777777">
        <w:trPr>
          <w:trHeight w:hRule="exact" w:val="401"/>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0547E6B"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vezeték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2B24E"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130D4186" w14:textId="77777777">
        <w:trPr>
          <w:trHeight w:hRule="exact" w:val="667"/>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F853C6"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3CB2D11C"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330CF484"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324F0266"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775C9"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postacím</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138EA47F"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62495501"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6623A5CE" w14:textId="77777777">
        <w:trPr>
          <w:trHeight w:hRule="exact" w:val="1481"/>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BC046"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egyéb</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p w14:paraId="6FAC0043"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üggyel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kérelmével</w:t>
            </w:r>
            <w:proofErr w:type="spellEnd"/>
          </w:p>
          <w:p w14:paraId="34930B71"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kapcsolatban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közölt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köztük</w:t>
            </w:r>
            <w:proofErr w:type="spellEnd"/>
          </w:p>
          <w:p w14:paraId="082AC6B2" w14:textId="77777777" w:rsidR="004E51DE" w:rsidRPr="0062109A" w:rsidRDefault="00000000" w:rsidP="00211F8D">
            <w:pPr>
              <w:wordWrap w:val="0"/>
              <w:autoSpaceDE w:val="0"/>
              <w:autoSpaceDN w:val="0"/>
              <w:spacing w:before="51"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esetlegesen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különleges</w:t>
            </w:r>
            <w:proofErr w:type="spellEnd"/>
          </w:p>
          <w:p w14:paraId="6C154991"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kategóriái</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07B434A5"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teljesítéséhez</w:t>
            </w:r>
            <w:proofErr w:type="spellEnd"/>
          </w:p>
          <w:p w14:paraId="27543FE3"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bl>
    <w:p w14:paraId="445BD43A" w14:textId="2B5C1F92" w:rsidR="00CF0585" w:rsidRDefault="00CF0585" w:rsidP="00211F8D">
      <w:pPr>
        <w:wordWrap w:val="0"/>
        <w:autoSpaceDE w:val="0"/>
        <w:autoSpaceDN w:val="0"/>
        <w:spacing w:before="428" w:after="25" w:line="221" w:lineRule="exact"/>
        <w:ind w:left="69"/>
        <w:rPr>
          <w:rFonts w:ascii="Times New Roman" w:eastAsia="Times New Roman" w:hAnsi="Times New Roman" w:cs="Times New Roman"/>
          <w:color w:val="000000"/>
        </w:rPr>
      </w:pPr>
      <w:r>
        <w:rPr>
          <w:rFonts w:ascii="Times New Roman" w:eastAsia="MS Gothic" w:hAnsi="Times New Roman" w:cs="Times New Roman"/>
          <w:b/>
          <w:color w:val="000000"/>
        </w:rPr>
        <w:t>A</w:t>
      </w:r>
      <w:r w:rsidRPr="00CF0585">
        <w:rPr>
          <w:rFonts w:ascii="Times New Roman" w:eastAsia="MS Gothic" w:hAnsi="Times New Roman" w:cs="Times New Roman"/>
          <w:b/>
          <w:color w:val="000000"/>
        </w:rPr>
        <w:t xml:space="preserve">z </w:t>
      </w:r>
      <w:proofErr w:type="spellStart"/>
      <w:r w:rsidRPr="00CF0585">
        <w:rPr>
          <w:rFonts w:ascii="Times New Roman" w:eastAsia="MS Gothic" w:hAnsi="Times New Roman" w:cs="Times New Roman"/>
          <w:b/>
          <w:color w:val="000000"/>
        </w:rPr>
        <w:t>adatkezelés</w:t>
      </w:r>
      <w:proofErr w:type="spellEnd"/>
      <w:r w:rsidRPr="00CF0585">
        <w:rPr>
          <w:rFonts w:ascii="Times New Roman" w:eastAsia="MS Gothic" w:hAnsi="Times New Roman" w:cs="Times New Roman"/>
          <w:b/>
          <w:color w:val="000000"/>
        </w:rPr>
        <w:t xml:space="preserve"> </w:t>
      </w:r>
      <w:proofErr w:type="spellStart"/>
      <w:r w:rsidRPr="00CF0585">
        <w:rPr>
          <w:rFonts w:ascii="Times New Roman" w:eastAsia="MS Gothic" w:hAnsi="Times New Roman" w:cs="Times New Roman"/>
          <w:b/>
          <w:color w:val="000000"/>
        </w:rPr>
        <w:t>alapjául</w:t>
      </w:r>
      <w:proofErr w:type="spellEnd"/>
      <w:r w:rsidRPr="00CF0585">
        <w:rPr>
          <w:rFonts w:ascii="Times New Roman" w:eastAsia="MS Gothic" w:hAnsi="Times New Roman" w:cs="Times New Roman"/>
          <w:b/>
          <w:color w:val="000000"/>
        </w:rPr>
        <w:t xml:space="preserve"> </w:t>
      </w:r>
      <w:proofErr w:type="spellStart"/>
      <w:r w:rsidRPr="00CF0585">
        <w:rPr>
          <w:rFonts w:ascii="Times New Roman" w:eastAsia="MS Gothic" w:hAnsi="Times New Roman" w:cs="Times New Roman"/>
          <w:b/>
          <w:color w:val="000000"/>
        </w:rPr>
        <w:t>szolgáló</w:t>
      </w:r>
      <w:proofErr w:type="spellEnd"/>
      <w:r w:rsidRPr="00CF0585">
        <w:rPr>
          <w:rFonts w:ascii="Times New Roman" w:eastAsia="MS Gothic" w:hAnsi="Times New Roman" w:cs="Times New Roman"/>
          <w:b/>
          <w:color w:val="000000"/>
        </w:rPr>
        <w:t xml:space="preserve"> </w:t>
      </w:r>
      <w:proofErr w:type="spellStart"/>
      <w:r w:rsidRPr="00CF0585">
        <w:rPr>
          <w:rFonts w:ascii="Times New Roman" w:eastAsia="MS Gothic" w:hAnsi="Times New Roman" w:cs="Times New Roman"/>
          <w:b/>
          <w:color w:val="000000"/>
        </w:rPr>
        <w:t>jogszabályok</w:t>
      </w:r>
      <w:proofErr w:type="spellEnd"/>
      <w:r w:rsidR="00000000" w:rsidRPr="0062109A">
        <w:rPr>
          <w:rFonts w:ascii="Times New Roman" w:eastAsia="MS Gothic" w:hAnsi="Times New Roman" w:cs="Times New Roman"/>
          <w:b/>
          <w:color w:val="000000"/>
        </w:rPr>
        <w:t>:</w:t>
      </w:r>
      <w:r w:rsidR="00000000" w:rsidRPr="0062109A">
        <w:rPr>
          <w:rFonts w:ascii="Times New Roman" w:eastAsia="Times New Roman" w:hAnsi="Times New Roman" w:cs="Times New Roman"/>
          <w:color w:val="000000"/>
        </w:rPr>
        <w:t xml:space="preserve"> </w:t>
      </w:r>
    </w:p>
    <w:p w14:paraId="09D9A5DD" w14:textId="57D92147" w:rsidR="00CF0585" w:rsidRDefault="00CF0585" w:rsidP="00CF0585">
      <w:pPr>
        <w:pStyle w:val="Listaszerbekezds"/>
        <w:numPr>
          <w:ilvl w:val="0"/>
          <w:numId w:val="11"/>
        </w:numPr>
        <w:wordWrap w:val="0"/>
        <w:autoSpaceDE w:val="0"/>
        <w:autoSpaceDN w:val="0"/>
        <w:spacing w:before="428" w:after="25" w:line="221" w:lineRule="exact"/>
        <w:rPr>
          <w:rFonts w:ascii="Times New Roman" w:eastAsia="Times New Roman" w:hAnsi="Times New Roman" w:cs="Times New Roman"/>
          <w:color w:val="000000"/>
        </w:rPr>
      </w:pPr>
      <w:proofErr w:type="spellStart"/>
      <w:r w:rsidRPr="00CF0585">
        <w:rPr>
          <w:rFonts w:ascii="Times New Roman" w:eastAsia="Times New Roman" w:hAnsi="Times New Roman" w:cs="Times New Roman"/>
          <w:color w:val="000000"/>
        </w:rPr>
        <w:t>az</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Európai</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Parlament</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és</w:t>
      </w:r>
      <w:proofErr w:type="spellEnd"/>
      <w:r w:rsidRPr="00CF0585">
        <w:rPr>
          <w:rFonts w:ascii="Times New Roman" w:eastAsia="Times New Roman" w:hAnsi="Times New Roman" w:cs="Times New Roman"/>
          <w:color w:val="000000"/>
        </w:rPr>
        <w:t xml:space="preserve"> a Tanács 2016/679. </w:t>
      </w:r>
      <w:proofErr w:type="spellStart"/>
      <w:r w:rsidRPr="00CF0585">
        <w:rPr>
          <w:rFonts w:ascii="Times New Roman" w:eastAsia="Times New Roman" w:hAnsi="Times New Roman" w:cs="Times New Roman"/>
          <w:color w:val="000000"/>
        </w:rPr>
        <w:t>rendelete</w:t>
      </w:r>
      <w:proofErr w:type="spellEnd"/>
      <w:r w:rsidRPr="00CF0585">
        <w:rPr>
          <w:rFonts w:ascii="Times New Roman" w:eastAsia="Times New Roman" w:hAnsi="Times New Roman" w:cs="Times New Roman"/>
          <w:color w:val="000000"/>
        </w:rPr>
        <w:t xml:space="preserve"> (2016. </w:t>
      </w:r>
      <w:proofErr w:type="spellStart"/>
      <w:r w:rsidRPr="00CF0585">
        <w:rPr>
          <w:rFonts w:ascii="Times New Roman" w:eastAsia="Times New Roman" w:hAnsi="Times New Roman" w:cs="Times New Roman"/>
          <w:color w:val="000000"/>
        </w:rPr>
        <w:t>április</w:t>
      </w:r>
      <w:proofErr w:type="spellEnd"/>
      <w:r w:rsidRPr="00CF0585">
        <w:rPr>
          <w:rFonts w:ascii="Times New Roman" w:eastAsia="Times New Roman" w:hAnsi="Times New Roman" w:cs="Times New Roman"/>
          <w:color w:val="000000"/>
        </w:rPr>
        <w:t xml:space="preserve"> 27.) a </w:t>
      </w:r>
      <w:proofErr w:type="spellStart"/>
      <w:r w:rsidRPr="00CF0585">
        <w:rPr>
          <w:rFonts w:ascii="Times New Roman" w:eastAsia="Times New Roman" w:hAnsi="Times New Roman" w:cs="Times New Roman"/>
          <w:color w:val="000000"/>
        </w:rPr>
        <w:t>természetes</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személyeknek</w:t>
      </w:r>
      <w:proofErr w:type="spellEnd"/>
      <w:r w:rsidRPr="00CF0585">
        <w:rPr>
          <w:rFonts w:ascii="Times New Roman" w:eastAsia="Times New Roman" w:hAnsi="Times New Roman" w:cs="Times New Roman"/>
          <w:color w:val="000000"/>
        </w:rPr>
        <w:t xml:space="preserve"> a </w:t>
      </w:r>
      <w:proofErr w:type="spellStart"/>
      <w:r w:rsidRPr="00CF0585">
        <w:rPr>
          <w:rFonts w:ascii="Times New Roman" w:eastAsia="Times New Roman" w:hAnsi="Times New Roman" w:cs="Times New Roman"/>
          <w:color w:val="000000"/>
        </w:rPr>
        <w:t>személyes</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adatok</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kezelése</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tekintetében</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történő</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védelméről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és</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az</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ilyen</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adatok</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szabad</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áramlásáról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valamint</w:t>
      </w:r>
      <w:proofErr w:type="spellEnd"/>
      <w:r w:rsidRPr="00CF0585">
        <w:rPr>
          <w:rFonts w:ascii="Times New Roman" w:eastAsia="Times New Roman" w:hAnsi="Times New Roman" w:cs="Times New Roman"/>
          <w:color w:val="000000"/>
        </w:rPr>
        <w:t xml:space="preserve"> a 95/46/EK </w:t>
      </w:r>
      <w:proofErr w:type="spellStart"/>
      <w:r w:rsidRPr="00CF0585">
        <w:rPr>
          <w:rFonts w:ascii="Times New Roman" w:eastAsia="Times New Roman" w:hAnsi="Times New Roman" w:cs="Times New Roman"/>
          <w:color w:val="000000"/>
        </w:rPr>
        <w:t>rendelet</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hatályon</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kívül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helyezéséről</w:t>
      </w:r>
      <w:proofErr w:type="spellEnd"/>
      <w:r w:rsidRPr="00CF0585">
        <w:rPr>
          <w:rFonts w:ascii="Times New Roman" w:eastAsia="Times New Roman" w:hAnsi="Times New Roman" w:cs="Times New Roman"/>
          <w:color w:val="000000"/>
        </w:rPr>
        <w:t xml:space="preserve">: </w:t>
      </w:r>
      <w:hyperlink r:id="rId23" w:history="1">
        <w:r w:rsidRPr="00AB760D">
          <w:rPr>
            <w:rStyle w:val="Hiperhivatkozs"/>
            <w:rFonts w:ascii="Times New Roman" w:eastAsia="Times New Roman" w:hAnsi="Times New Roman" w:cs="Times New Roman"/>
          </w:rPr>
          <w:t>https://www.naih.hu/files/GDPR_TXT_HU.pdf</w:t>
        </w:r>
      </w:hyperlink>
    </w:p>
    <w:p w14:paraId="3E87A1DB" w14:textId="54F9AFC9" w:rsidR="00CF0585" w:rsidRPr="00CF0585" w:rsidRDefault="00CF0585" w:rsidP="00CF0585">
      <w:pPr>
        <w:pStyle w:val="Listaszerbekezds"/>
        <w:wordWrap w:val="0"/>
        <w:autoSpaceDE w:val="0"/>
        <w:autoSpaceDN w:val="0"/>
        <w:spacing w:before="428" w:after="25" w:line="221" w:lineRule="exact"/>
        <w:ind w:left="429"/>
        <w:rPr>
          <w:rFonts w:ascii="Times New Roman" w:eastAsia="Times New Roman" w:hAnsi="Times New Roman" w:cs="Times New Roman"/>
          <w:color w:val="000000"/>
        </w:rPr>
      </w:pPr>
      <w:r w:rsidRPr="00CF0585">
        <w:rPr>
          <w:rFonts w:ascii="Times New Roman" w:eastAsia="Times New Roman" w:hAnsi="Times New Roman" w:cs="Times New Roman"/>
          <w:color w:val="000000"/>
        </w:rPr>
        <w:br/>
      </w:r>
    </w:p>
    <w:p w14:paraId="1805CA0B" w14:textId="1F95702F" w:rsidR="00CF0585" w:rsidRDefault="00CF0585" w:rsidP="00CF0585">
      <w:pPr>
        <w:pStyle w:val="Listaszerbekezds"/>
        <w:numPr>
          <w:ilvl w:val="0"/>
          <w:numId w:val="11"/>
        </w:numPr>
        <w:wordWrap w:val="0"/>
        <w:autoSpaceDE w:val="0"/>
        <w:autoSpaceDN w:val="0"/>
        <w:spacing w:before="428" w:after="25" w:line="221" w:lineRule="exact"/>
        <w:rPr>
          <w:rFonts w:ascii="Times New Roman" w:eastAsia="Times New Roman" w:hAnsi="Times New Roman" w:cs="Times New Roman"/>
          <w:color w:val="000000"/>
        </w:rPr>
      </w:pPr>
      <w:proofErr w:type="spellStart"/>
      <w:r w:rsidRPr="00CF0585">
        <w:rPr>
          <w:rFonts w:ascii="Times New Roman" w:eastAsia="Times New Roman" w:hAnsi="Times New Roman" w:cs="Times New Roman"/>
          <w:color w:val="000000"/>
        </w:rPr>
        <w:t>az</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információs</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önrendelkezési</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jogról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és</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az</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információszabadságról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szóló</w:t>
      </w:r>
      <w:proofErr w:type="spellEnd"/>
      <w:r w:rsidRPr="00CF0585">
        <w:rPr>
          <w:rFonts w:ascii="Times New Roman" w:eastAsia="Times New Roman" w:hAnsi="Times New Roman" w:cs="Times New Roman"/>
          <w:color w:val="000000"/>
        </w:rPr>
        <w:t xml:space="preserve"> 2011. </w:t>
      </w:r>
      <w:proofErr w:type="spellStart"/>
      <w:r w:rsidRPr="00CF0585">
        <w:rPr>
          <w:rFonts w:ascii="Times New Roman" w:eastAsia="Times New Roman" w:hAnsi="Times New Roman" w:cs="Times New Roman"/>
          <w:color w:val="000000"/>
        </w:rPr>
        <w:t>évi</w:t>
      </w:r>
      <w:proofErr w:type="spellEnd"/>
      <w:r w:rsidRPr="00CF0585">
        <w:rPr>
          <w:rFonts w:ascii="Times New Roman" w:eastAsia="Times New Roman" w:hAnsi="Times New Roman" w:cs="Times New Roman"/>
          <w:color w:val="000000"/>
        </w:rPr>
        <w:t xml:space="preserve"> CXII. </w:t>
      </w:r>
      <w:proofErr w:type="spellStart"/>
      <w:r w:rsidRPr="00CF0585">
        <w:rPr>
          <w:rFonts w:ascii="Times New Roman" w:eastAsia="Times New Roman" w:hAnsi="Times New Roman" w:cs="Times New Roman"/>
          <w:color w:val="000000"/>
        </w:rPr>
        <w:t>törvény</w:t>
      </w:r>
      <w:proofErr w:type="spellEnd"/>
      <w:r w:rsidRPr="00CF0585">
        <w:rPr>
          <w:rFonts w:ascii="Times New Roman" w:eastAsia="Times New Roman" w:hAnsi="Times New Roman" w:cs="Times New Roman"/>
          <w:color w:val="000000"/>
        </w:rPr>
        <w:t xml:space="preserve">:  </w:t>
      </w:r>
      <w:hyperlink r:id="rId24" w:history="1">
        <w:r w:rsidRPr="00AB760D">
          <w:rPr>
            <w:rStyle w:val="Hiperhivatkozs"/>
            <w:rFonts w:ascii="Times New Roman" w:eastAsia="Times New Roman" w:hAnsi="Times New Roman" w:cs="Times New Roman"/>
          </w:rPr>
          <w:t>https://net.jogtar.hu/jr/gen/hjegy_doc.cgi?docid=A1100112.TV</w:t>
        </w:r>
      </w:hyperlink>
    </w:p>
    <w:p w14:paraId="4024D832" w14:textId="77777777" w:rsidR="00CF0585" w:rsidRPr="00CF0585" w:rsidRDefault="00CF0585" w:rsidP="00CF0585">
      <w:pPr>
        <w:pStyle w:val="Listaszerbekezds"/>
        <w:wordWrap w:val="0"/>
        <w:autoSpaceDE w:val="0"/>
        <w:autoSpaceDN w:val="0"/>
        <w:spacing w:before="428" w:after="25" w:line="221" w:lineRule="exact"/>
        <w:ind w:left="429"/>
        <w:rPr>
          <w:rFonts w:ascii="Times New Roman" w:eastAsia="Times New Roman" w:hAnsi="Times New Roman" w:cs="Times New Roman"/>
          <w:color w:val="000000"/>
        </w:rPr>
      </w:pPr>
    </w:p>
    <w:p w14:paraId="6CF337B1" w14:textId="712DDF64" w:rsidR="00CF0585" w:rsidRDefault="00CF0585" w:rsidP="00CF0585">
      <w:pPr>
        <w:pStyle w:val="Listaszerbekezds"/>
        <w:numPr>
          <w:ilvl w:val="0"/>
          <w:numId w:val="11"/>
        </w:numPr>
        <w:wordWrap w:val="0"/>
        <w:autoSpaceDE w:val="0"/>
        <w:autoSpaceDN w:val="0"/>
        <w:spacing w:before="428" w:after="25" w:line="221" w:lineRule="exact"/>
        <w:rPr>
          <w:rFonts w:ascii="Times New Roman" w:eastAsia="Times New Roman" w:hAnsi="Times New Roman" w:cs="Times New Roman"/>
          <w:color w:val="000000"/>
        </w:rPr>
      </w:pPr>
      <w:proofErr w:type="spellStart"/>
      <w:r w:rsidRPr="00CF0585">
        <w:rPr>
          <w:rFonts w:ascii="Times New Roman" w:eastAsia="Times New Roman" w:hAnsi="Times New Roman" w:cs="Times New Roman"/>
          <w:color w:val="000000"/>
        </w:rPr>
        <w:t>az</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elektronikus</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hírközlésről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szóló</w:t>
      </w:r>
      <w:proofErr w:type="spellEnd"/>
      <w:r w:rsidRPr="00CF0585">
        <w:rPr>
          <w:rFonts w:ascii="Times New Roman" w:eastAsia="Times New Roman" w:hAnsi="Times New Roman" w:cs="Times New Roman"/>
          <w:color w:val="000000"/>
        </w:rPr>
        <w:t xml:space="preserve"> 2003. </w:t>
      </w:r>
      <w:proofErr w:type="spellStart"/>
      <w:r w:rsidRPr="00CF0585">
        <w:rPr>
          <w:rFonts w:ascii="Times New Roman" w:eastAsia="Times New Roman" w:hAnsi="Times New Roman" w:cs="Times New Roman"/>
          <w:color w:val="000000"/>
        </w:rPr>
        <w:t>évi</w:t>
      </w:r>
      <w:proofErr w:type="spellEnd"/>
      <w:r w:rsidRPr="00CF0585">
        <w:rPr>
          <w:rFonts w:ascii="Times New Roman" w:eastAsia="Times New Roman" w:hAnsi="Times New Roman" w:cs="Times New Roman"/>
          <w:color w:val="000000"/>
        </w:rPr>
        <w:t xml:space="preserve"> C. </w:t>
      </w:r>
      <w:proofErr w:type="spellStart"/>
      <w:r w:rsidRPr="00CF0585">
        <w:rPr>
          <w:rFonts w:ascii="Times New Roman" w:eastAsia="Times New Roman" w:hAnsi="Times New Roman" w:cs="Times New Roman"/>
          <w:color w:val="000000"/>
        </w:rPr>
        <w:t>törvény</w:t>
      </w:r>
      <w:proofErr w:type="spellEnd"/>
      <w:r w:rsidRPr="00CF0585">
        <w:rPr>
          <w:rFonts w:ascii="Times New Roman" w:eastAsia="Times New Roman" w:hAnsi="Times New Roman" w:cs="Times New Roman"/>
          <w:color w:val="000000"/>
        </w:rPr>
        <w:t xml:space="preserve">: </w:t>
      </w:r>
      <w:hyperlink r:id="rId25" w:history="1">
        <w:r w:rsidRPr="00AB760D">
          <w:rPr>
            <w:rStyle w:val="Hiperhivatkozs"/>
            <w:rFonts w:ascii="Times New Roman" w:eastAsia="Times New Roman" w:hAnsi="Times New Roman" w:cs="Times New Roman"/>
          </w:rPr>
          <w:t>https://net.jogtar.hu/jogszabaly?docid=A0300100.TV</w:t>
        </w:r>
      </w:hyperlink>
      <w:r w:rsidRPr="00CF058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p>
    <w:p w14:paraId="4E2A2455" w14:textId="40A0BADF" w:rsidR="00CF0585" w:rsidRDefault="00CF0585" w:rsidP="00CF0585">
      <w:pPr>
        <w:pStyle w:val="Listaszerbekezds"/>
        <w:numPr>
          <w:ilvl w:val="0"/>
          <w:numId w:val="11"/>
        </w:numPr>
        <w:wordWrap w:val="0"/>
        <w:autoSpaceDE w:val="0"/>
        <w:autoSpaceDN w:val="0"/>
        <w:spacing w:before="428" w:after="25" w:line="221" w:lineRule="exact"/>
        <w:rPr>
          <w:rFonts w:ascii="Times New Roman" w:eastAsia="Times New Roman" w:hAnsi="Times New Roman" w:cs="Times New Roman"/>
          <w:color w:val="000000"/>
        </w:rPr>
      </w:pPr>
      <w:r w:rsidRPr="00CF0585">
        <w:rPr>
          <w:rFonts w:ascii="Times New Roman" w:eastAsia="Times New Roman" w:hAnsi="Times New Roman" w:cs="Times New Roman"/>
          <w:color w:val="000000"/>
        </w:rPr>
        <w:t xml:space="preserve">a </w:t>
      </w:r>
      <w:proofErr w:type="spellStart"/>
      <w:r w:rsidRPr="00CF0585">
        <w:rPr>
          <w:rFonts w:ascii="Times New Roman" w:eastAsia="Times New Roman" w:hAnsi="Times New Roman" w:cs="Times New Roman"/>
          <w:color w:val="000000"/>
        </w:rPr>
        <w:t>közúti</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járművezetők</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és</w:t>
      </w:r>
      <w:proofErr w:type="spellEnd"/>
      <w:r w:rsidRPr="00CF0585">
        <w:rPr>
          <w:rFonts w:ascii="Times New Roman" w:eastAsia="Times New Roman" w:hAnsi="Times New Roman" w:cs="Times New Roman"/>
          <w:color w:val="000000"/>
        </w:rPr>
        <w:t xml:space="preserve"> a </w:t>
      </w:r>
      <w:proofErr w:type="spellStart"/>
      <w:r w:rsidRPr="00CF0585">
        <w:rPr>
          <w:rFonts w:ascii="Times New Roman" w:eastAsia="Times New Roman" w:hAnsi="Times New Roman" w:cs="Times New Roman"/>
          <w:color w:val="000000"/>
        </w:rPr>
        <w:t>közúti</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közlekedési</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szakemberek</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képzésének</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és</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vizsgáztatásának</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részletes</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szabályairól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szóló</w:t>
      </w:r>
      <w:proofErr w:type="spellEnd"/>
      <w:r w:rsidRPr="00CF0585">
        <w:rPr>
          <w:rFonts w:ascii="Times New Roman" w:eastAsia="Times New Roman" w:hAnsi="Times New Roman" w:cs="Times New Roman"/>
          <w:color w:val="000000"/>
        </w:rPr>
        <w:t xml:space="preserve"> 24/2005. (IV. 21.) GKM </w:t>
      </w:r>
      <w:proofErr w:type="spellStart"/>
      <w:r w:rsidRPr="00CF0585">
        <w:rPr>
          <w:rFonts w:ascii="Times New Roman" w:eastAsia="Times New Roman" w:hAnsi="Times New Roman" w:cs="Times New Roman"/>
          <w:color w:val="000000"/>
        </w:rPr>
        <w:t>rendelet</w:t>
      </w:r>
      <w:proofErr w:type="spellEnd"/>
      <w:r w:rsidRPr="00CF0585">
        <w:rPr>
          <w:rFonts w:ascii="Times New Roman" w:eastAsia="Times New Roman" w:hAnsi="Times New Roman" w:cs="Times New Roman"/>
          <w:color w:val="000000"/>
        </w:rPr>
        <w:t xml:space="preserve">: </w:t>
      </w:r>
      <w:hyperlink r:id="rId26" w:history="1">
        <w:r w:rsidRPr="00AB760D">
          <w:rPr>
            <w:rStyle w:val="Hiperhivatkozs"/>
            <w:rFonts w:ascii="Times New Roman" w:eastAsia="Times New Roman" w:hAnsi="Times New Roman" w:cs="Times New Roman"/>
          </w:rPr>
          <w:t>https://net.jogtar.hu/jogszabaly?dbnum=1&amp;docid=A0500024.GKM&amp;mahu=1</w:t>
        </w:r>
      </w:hyperlink>
      <w:r w:rsidRPr="00CF058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p>
    <w:p w14:paraId="3D23985E" w14:textId="7E3133E4" w:rsidR="00CF0585" w:rsidRDefault="00CF0585" w:rsidP="00CF0585">
      <w:pPr>
        <w:pStyle w:val="Listaszerbekezds"/>
        <w:numPr>
          <w:ilvl w:val="0"/>
          <w:numId w:val="11"/>
        </w:numPr>
        <w:wordWrap w:val="0"/>
        <w:autoSpaceDE w:val="0"/>
        <w:autoSpaceDN w:val="0"/>
        <w:spacing w:before="428" w:after="25" w:line="221" w:lineRule="exact"/>
        <w:rPr>
          <w:rFonts w:ascii="Times New Roman" w:eastAsia="Times New Roman" w:hAnsi="Times New Roman" w:cs="Times New Roman"/>
          <w:color w:val="000000"/>
        </w:rPr>
      </w:pPr>
      <w:r w:rsidRPr="00CF0585">
        <w:rPr>
          <w:rFonts w:ascii="Times New Roman" w:eastAsia="Times New Roman" w:hAnsi="Times New Roman" w:cs="Times New Roman"/>
          <w:color w:val="000000"/>
        </w:rPr>
        <w:t xml:space="preserve">a </w:t>
      </w:r>
      <w:proofErr w:type="spellStart"/>
      <w:r w:rsidRPr="00CF0585">
        <w:rPr>
          <w:rFonts w:ascii="Times New Roman" w:eastAsia="Times New Roman" w:hAnsi="Times New Roman" w:cs="Times New Roman"/>
          <w:color w:val="000000"/>
        </w:rPr>
        <w:t>számvitelről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szóló</w:t>
      </w:r>
      <w:proofErr w:type="spellEnd"/>
      <w:r w:rsidRPr="00CF0585">
        <w:rPr>
          <w:rFonts w:ascii="Times New Roman" w:eastAsia="Times New Roman" w:hAnsi="Times New Roman" w:cs="Times New Roman"/>
          <w:color w:val="000000"/>
        </w:rPr>
        <w:t xml:space="preserve"> 2000. </w:t>
      </w:r>
      <w:proofErr w:type="spellStart"/>
      <w:r w:rsidRPr="00CF0585">
        <w:rPr>
          <w:rFonts w:ascii="Times New Roman" w:eastAsia="Times New Roman" w:hAnsi="Times New Roman" w:cs="Times New Roman"/>
          <w:color w:val="000000"/>
        </w:rPr>
        <w:t>évi</w:t>
      </w:r>
      <w:proofErr w:type="spellEnd"/>
      <w:r w:rsidRPr="00CF0585">
        <w:rPr>
          <w:rFonts w:ascii="Times New Roman" w:eastAsia="Times New Roman" w:hAnsi="Times New Roman" w:cs="Times New Roman"/>
          <w:color w:val="000000"/>
        </w:rPr>
        <w:t xml:space="preserve"> C. </w:t>
      </w:r>
      <w:proofErr w:type="spellStart"/>
      <w:r w:rsidRPr="00CF0585">
        <w:rPr>
          <w:rFonts w:ascii="Times New Roman" w:eastAsia="Times New Roman" w:hAnsi="Times New Roman" w:cs="Times New Roman"/>
          <w:color w:val="000000"/>
        </w:rPr>
        <w:t>törvény</w:t>
      </w:r>
      <w:proofErr w:type="spellEnd"/>
      <w:r w:rsidRPr="00CF0585">
        <w:rPr>
          <w:rFonts w:ascii="Times New Roman" w:eastAsia="Times New Roman" w:hAnsi="Times New Roman" w:cs="Times New Roman"/>
          <w:color w:val="000000"/>
        </w:rPr>
        <w:t xml:space="preserve">:  </w:t>
      </w:r>
      <w:hyperlink r:id="rId27" w:history="1">
        <w:r w:rsidRPr="00AB760D">
          <w:rPr>
            <w:rStyle w:val="Hiperhivatkozs"/>
            <w:rFonts w:ascii="Times New Roman" w:eastAsia="Times New Roman" w:hAnsi="Times New Roman" w:cs="Times New Roman"/>
          </w:rPr>
          <w:t>https://net.jogtar.hu/jogszabaly?docid=A0000100.TV</w:t>
        </w:r>
      </w:hyperlink>
      <w:r>
        <w:rPr>
          <w:rFonts w:ascii="Times New Roman" w:eastAsia="Times New Roman" w:hAnsi="Times New Roman" w:cs="Times New Roman"/>
          <w:color w:val="000000"/>
        </w:rPr>
        <w:br/>
      </w:r>
    </w:p>
    <w:p w14:paraId="456A715B" w14:textId="488D2CA3" w:rsidR="00CF0585" w:rsidRDefault="00CF0585" w:rsidP="00CF0585">
      <w:pPr>
        <w:pStyle w:val="Listaszerbekezds"/>
        <w:numPr>
          <w:ilvl w:val="0"/>
          <w:numId w:val="11"/>
        </w:numPr>
        <w:wordWrap w:val="0"/>
        <w:autoSpaceDE w:val="0"/>
        <w:autoSpaceDN w:val="0"/>
        <w:spacing w:before="428" w:after="25" w:line="221" w:lineRule="exact"/>
        <w:rPr>
          <w:rFonts w:ascii="Times New Roman" w:eastAsia="Times New Roman" w:hAnsi="Times New Roman" w:cs="Times New Roman"/>
          <w:color w:val="000000"/>
        </w:rPr>
      </w:pPr>
      <w:r w:rsidRPr="00CF0585">
        <w:rPr>
          <w:rFonts w:ascii="Times New Roman" w:eastAsia="Times New Roman" w:hAnsi="Times New Roman" w:cs="Times New Roman"/>
          <w:color w:val="000000"/>
        </w:rPr>
        <w:t xml:space="preserve">a </w:t>
      </w:r>
      <w:proofErr w:type="spellStart"/>
      <w:r w:rsidRPr="00CF0585">
        <w:rPr>
          <w:rFonts w:ascii="Times New Roman" w:eastAsia="Times New Roman" w:hAnsi="Times New Roman" w:cs="Times New Roman"/>
          <w:color w:val="000000"/>
        </w:rPr>
        <w:t>felnőttképzésről</w:t>
      </w:r>
      <w:proofErr w:type="spellEnd"/>
      <w:r w:rsidRPr="00CF0585">
        <w:rPr>
          <w:rFonts w:ascii="Times New Roman" w:eastAsia="Times New Roman" w:hAnsi="Times New Roman" w:cs="Times New Roman"/>
          <w:color w:val="000000"/>
        </w:rPr>
        <w:t xml:space="preserve"> </w:t>
      </w:r>
      <w:proofErr w:type="spellStart"/>
      <w:r w:rsidRPr="00CF0585">
        <w:rPr>
          <w:rFonts w:ascii="Times New Roman" w:eastAsia="Times New Roman" w:hAnsi="Times New Roman" w:cs="Times New Roman"/>
          <w:color w:val="000000"/>
        </w:rPr>
        <w:t>szóló</w:t>
      </w:r>
      <w:proofErr w:type="spellEnd"/>
      <w:r w:rsidRPr="00CF0585">
        <w:rPr>
          <w:rFonts w:ascii="Times New Roman" w:eastAsia="Times New Roman" w:hAnsi="Times New Roman" w:cs="Times New Roman"/>
          <w:color w:val="000000"/>
        </w:rPr>
        <w:t xml:space="preserve"> 2013. </w:t>
      </w:r>
      <w:proofErr w:type="spellStart"/>
      <w:r w:rsidRPr="00CF0585">
        <w:rPr>
          <w:rFonts w:ascii="Times New Roman" w:eastAsia="Times New Roman" w:hAnsi="Times New Roman" w:cs="Times New Roman"/>
          <w:color w:val="000000"/>
        </w:rPr>
        <w:t>évi</w:t>
      </w:r>
      <w:proofErr w:type="spellEnd"/>
      <w:r w:rsidRPr="00CF0585">
        <w:rPr>
          <w:rFonts w:ascii="Times New Roman" w:eastAsia="Times New Roman" w:hAnsi="Times New Roman" w:cs="Times New Roman"/>
          <w:color w:val="000000"/>
        </w:rPr>
        <w:t xml:space="preserve"> LXXVII. </w:t>
      </w:r>
      <w:proofErr w:type="spellStart"/>
      <w:r w:rsidRPr="00CF0585">
        <w:rPr>
          <w:rFonts w:ascii="Times New Roman" w:eastAsia="Times New Roman" w:hAnsi="Times New Roman" w:cs="Times New Roman"/>
          <w:color w:val="000000"/>
        </w:rPr>
        <w:t>törvény</w:t>
      </w:r>
      <w:proofErr w:type="spellEnd"/>
      <w:r w:rsidRPr="00CF0585">
        <w:rPr>
          <w:rFonts w:ascii="Times New Roman" w:eastAsia="Times New Roman" w:hAnsi="Times New Roman" w:cs="Times New Roman"/>
          <w:color w:val="000000"/>
        </w:rPr>
        <w:t xml:space="preserve">:  </w:t>
      </w:r>
      <w:hyperlink r:id="rId28" w:history="1">
        <w:r w:rsidRPr="00AB760D">
          <w:rPr>
            <w:rStyle w:val="Hiperhivatkozs"/>
            <w:rFonts w:ascii="Times New Roman" w:eastAsia="Times New Roman" w:hAnsi="Times New Roman" w:cs="Times New Roman"/>
          </w:rPr>
          <w:t>https://net.jogtar.hu/jogszabaly?docid=a1300077.tv</w:t>
        </w:r>
      </w:hyperlink>
    </w:p>
    <w:p w14:paraId="51164620" w14:textId="77777777" w:rsidR="00CF0585" w:rsidRPr="00CF0585" w:rsidRDefault="00CF0585" w:rsidP="00CF0585">
      <w:pPr>
        <w:pStyle w:val="Listaszerbekezds"/>
        <w:wordWrap w:val="0"/>
        <w:autoSpaceDE w:val="0"/>
        <w:autoSpaceDN w:val="0"/>
        <w:spacing w:before="428" w:after="25" w:line="221" w:lineRule="exact"/>
        <w:ind w:left="429"/>
        <w:rPr>
          <w:rFonts w:ascii="Times New Roman" w:eastAsia="Times New Roman" w:hAnsi="Times New Roman" w:cs="Times New Roman"/>
          <w:color w:val="000000"/>
        </w:rPr>
      </w:pPr>
    </w:p>
    <w:p w14:paraId="45E2DD7D" w14:textId="77777777" w:rsidR="00CF0585" w:rsidRDefault="00CF0585" w:rsidP="00211F8D">
      <w:pPr>
        <w:wordWrap w:val="0"/>
        <w:autoSpaceDE w:val="0"/>
        <w:autoSpaceDN w:val="0"/>
        <w:spacing w:before="428" w:after="25" w:line="221" w:lineRule="exact"/>
        <w:ind w:left="69"/>
        <w:rPr>
          <w:rFonts w:ascii="Times New Roman" w:eastAsia="Times New Roman" w:hAnsi="Times New Roman" w:cs="Times New Roman"/>
          <w:color w:val="000000"/>
        </w:rPr>
      </w:pPr>
    </w:p>
    <w:p w14:paraId="009CAE79" w14:textId="1F8B810F" w:rsidR="004E51DE" w:rsidRPr="0062109A" w:rsidRDefault="00000000" w:rsidP="00211F8D">
      <w:pPr>
        <w:wordWrap w:val="0"/>
        <w:autoSpaceDE w:val="0"/>
        <w:autoSpaceDN w:val="0"/>
        <w:spacing w:before="428" w:after="25" w:line="221" w:lineRule="exact"/>
        <w:ind w:left="69"/>
        <w:rPr>
          <w:rFonts w:ascii="Times New Roman" w:hAnsi="Times New Roman" w:cs="Times New Roman"/>
        </w:rPr>
      </w:pPr>
      <w:r w:rsidRPr="0062109A">
        <w:rPr>
          <w:rFonts w:ascii="Times New Roman" w:eastAsia="MS Gothic" w:hAnsi="Times New Roman" w:cs="Times New Roman"/>
          <w:color w:val="000000"/>
        </w:rPr>
        <w:lastRenderedPageBreak/>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15DE1B3F"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proofErr w:type="gramStart"/>
      <w:r w:rsidRPr="0062109A">
        <w:rPr>
          <w:rFonts w:ascii="Times New Roman" w:eastAsia="MS Gothic" w:hAnsi="Times New Roman" w:cs="Times New Roman"/>
          <w:color w:val="000000"/>
        </w:rPr>
        <w:t>6.cikk</w:t>
      </w:r>
      <w:proofErr w:type="gram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proofErr w:type="gramStart"/>
      <w:r w:rsidRPr="0062109A">
        <w:rPr>
          <w:rFonts w:ascii="Times New Roman" w:eastAsia="MS Gothic" w:hAnsi="Times New Roman" w:cs="Times New Roman"/>
          <w:color w:val="000000"/>
        </w:rPr>
        <w:t>bekezdésc</w:t>
      </w:r>
      <w:proofErr w:type="spellEnd"/>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pontjánalapul</w:t>
      </w:r>
      <w:proofErr w:type="spellEnd"/>
      <w:proofErr w:type="gramEnd"/>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Adatkezelőrevonatkozó</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jogi</w:t>
      </w:r>
      <w:proofErr w:type="spellEnd"/>
    </w:p>
    <w:p w14:paraId="04C7F7B7"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kötelezettség</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tekintettel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pontjaira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p>
    <w:p w14:paraId="0676CC76"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r w:rsidRPr="0062109A">
        <w:rPr>
          <w:rFonts w:ascii="Times New Roman" w:eastAsia="MS Gothic" w:hAnsi="Times New Roman" w:cs="Times New Roman"/>
          <w:color w:val="000000"/>
        </w:rPr>
        <w:t>12.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cikkére</w:t>
      </w:r>
      <w:proofErr w:type="spellEnd"/>
      <w:r w:rsidRPr="0062109A">
        <w:rPr>
          <w:rFonts w:ascii="Times New Roman" w:eastAsia="MS Gothic" w:hAnsi="Times New Roman" w:cs="Times New Roman"/>
          <w:color w:val="000000"/>
        </w:rPr>
        <w:t>.</w:t>
      </w:r>
    </w:p>
    <w:p w14:paraId="168E83B4"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745F4E64"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074F4B27"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0802D9EF" w14:textId="77777777" w:rsidR="004E51DE" w:rsidRPr="0062109A" w:rsidRDefault="00000000" w:rsidP="00211F8D">
      <w:pPr>
        <w:wordWrap w:val="0"/>
        <w:autoSpaceDE w:val="0"/>
        <w:autoSpaceDN w:val="0"/>
        <w:spacing w:before="171" w:after="8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p w14:paraId="706F533A"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kérelmeit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megkeresés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továbbíthatja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NAIH-</w:t>
      </w:r>
    </w:p>
    <w:p w14:paraId="79D8DB1E"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r w:rsidRPr="0062109A">
        <w:rPr>
          <w:rFonts w:ascii="Times New Roman" w:eastAsia="MS Gothic" w:hAnsi="Times New Roman" w:cs="Times New Roman"/>
          <w:color w:val="000000"/>
        </w:rPr>
        <w:t>nak,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előzetesen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írásban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értesíti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érintettet</w:t>
      </w:r>
      <w:proofErr w:type="spellEnd"/>
      <w:r w:rsidRPr="0062109A">
        <w:rPr>
          <w:rFonts w:ascii="Times New Roman" w:eastAsia="MS Gothic" w:hAnsi="Times New Roman" w:cs="Times New Roman"/>
          <w:color w:val="000000"/>
        </w:rPr>
        <w:t>.</w:t>
      </w:r>
    </w:p>
    <w:p w14:paraId="7A1ACA96" w14:textId="3BD667E2" w:rsidR="0028429E" w:rsidRDefault="00000000" w:rsidP="00CF0585">
      <w:pPr>
        <w:wordWrap w:val="0"/>
        <w:autoSpaceDE w:val="0"/>
        <w:autoSpaceDN w:val="0"/>
        <w:spacing w:before="168" w:after="84" w:line="221" w:lineRule="exact"/>
        <w:ind w:left="69"/>
        <w:rPr>
          <w:rFonts w:ascii="Times New Roman" w:eastAsia="MS Gothic" w:hAnsi="Times New Roman" w:cs="Times New Roman"/>
          <w:b/>
          <w:color w:val="000000"/>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iktatástól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számított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w:t>
      </w:r>
      <w:proofErr w:type="spellEnd"/>
      <w:r w:rsidRPr="0062109A">
        <w:rPr>
          <w:rFonts w:ascii="Times New Roman" w:eastAsia="MS Gothic" w:hAnsi="Times New Roman" w:cs="Times New Roman"/>
          <w:color w:val="000000"/>
        </w:rPr>
        <w:t>.</w:t>
      </w:r>
    </w:p>
    <w:p w14:paraId="14E48659" w14:textId="77777777" w:rsidR="0028429E" w:rsidRDefault="0028429E" w:rsidP="00211F8D">
      <w:pPr>
        <w:wordWrap w:val="0"/>
        <w:autoSpaceDE w:val="0"/>
        <w:autoSpaceDN w:val="0"/>
        <w:spacing w:before="168" w:after="25" w:line="221" w:lineRule="exact"/>
        <w:ind w:left="69"/>
        <w:rPr>
          <w:rFonts w:ascii="Times New Roman" w:eastAsia="MS Gothic" w:hAnsi="Times New Roman" w:cs="Times New Roman"/>
          <w:b/>
          <w:color w:val="000000"/>
        </w:rPr>
      </w:pPr>
    </w:p>
    <w:p w14:paraId="3172A1A0" w14:textId="70DACC82"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101"/>
        </w:rPr>
        <w:t>adattárolás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módja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helyiségeiben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irattárában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papír</w:t>
      </w:r>
      <w:proofErr w:type="spellEnd"/>
    </w:p>
    <w:p w14:paraId="15AF5670"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0293BBF7"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789EABD3"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gyakorlásával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7A32A73A"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62DE4BF5" w14:textId="6D0CFB53" w:rsidR="004E51DE" w:rsidRPr="0062109A" w:rsidRDefault="00000000" w:rsidP="00211F8D">
      <w:pPr>
        <w:wordWrap w:val="0"/>
        <w:autoSpaceDE w:val="0"/>
        <w:autoSpaceDN w:val="0"/>
        <w:spacing w:before="168" w:after="24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r w:rsidR="003D5BD5">
        <w:rPr>
          <w:rFonts w:ascii="Times New Roman" w:eastAsia="MS Gothic" w:hAnsi="Times New Roman" w:cs="Times New Roman"/>
          <w:color w:val="000000"/>
        </w:rPr>
        <w:br/>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r w:rsidR="003D5BD5">
        <w:rPr>
          <w:rFonts w:ascii="Times New Roman" w:eastAsia="MS Gothic" w:hAnsi="Times New Roman" w:cs="Times New Roman"/>
          <w:color w:val="000000"/>
        </w:rPr>
        <w:br/>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r w:rsidR="003D5BD5">
        <w:rPr>
          <w:rFonts w:ascii="Times New Roman" w:eastAsia="MS Gothic" w:hAnsi="Times New Roman" w:cs="Times New Roman"/>
          <w:color w:val="000000"/>
        </w:rPr>
        <w:br/>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r w:rsidR="003D5BD5">
        <w:rPr>
          <w:rFonts w:ascii="Times New Roman" w:eastAsia="MS Gothic" w:hAnsi="Times New Roman" w:cs="Times New Roman"/>
          <w:color w:val="000000"/>
        </w:rPr>
        <w:br/>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0514F144"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0F786977" w14:textId="77777777" w:rsidR="004E51DE" w:rsidRPr="0062109A" w:rsidRDefault="00000000" w:rsidP="00211F8D">
      <w:pPr>
        <w:pStyle w:val="Cmsor2"/>
      </w:pPr>
      <w:bookmarkStart w:id="16" w:name="_Toc219475595"/>
      <w:proofErr w:type="spellStart"/>
      <w:r w:rsidRPr="0062109A">
        <w:t>Kapcsolattartás</w:t>
      </w:r>
      <w:proofErr w:type="spellEnd"/>
      <w:r w:rsidRPr="0062109A">
        <w:rPr>
          <w:rFonts w:eastAsia="Times New Roman"/>
        </w:rPr>
        <w:t xml:space="preserve"> </w:t>
      </w:r>
      <w:proofErr w:type="spellStart"/>
      <w:r w:rsidRPr="0062109A">
        <w:t>üzleti</w:t>
      </w:r>
      <w:proofErr w:type="spellEnd"/>
      <w:r w:rsidRPr="0062109A">
        <w:rPr>
          <w:rFonts w:eastAsia="Times New Roman"/>
        </w:rPr>
        <w:t xml:space="preserve"> </w:t>
      </w:r>
      <w:proofErr w:type="spellStart"/>
      <w:r w:rsidRPr="0062109A">
        <w:t>célból</w:t>
      </w:r>
      <w:bookmarkEnd w:id="16"/>
      <w:proofErr w:type="spellEnd"/>
    </w:p>
    <w:p w14:paraId="1972B0B5" w14:textId="77777777" w:rsidR="004E51DE" w:rsidRPr="0062109A" w:rsidRDefault="00000000" w:rsidP="00211F8D">
      <w:pPr>
        <w:wordWrap w:val="0"/>
        <w:autoSpaceDE w:val="0"/>
        <w:autoSpaceDN w:val="0"/>
        <w:spacing w:before="189" w:after="2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ügyfelek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vevők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p>
    <w:p w14:paraId="5FF1C540"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kezeli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üzleti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ügyfél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interneten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telefonos</w:t>
      </w:r>
      <w:proofErr w:type="spellEnd"/>
    </w:p>
    <w:p w14:paraId="59291C9D"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ügyfélszolgálaton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postai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úton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esetleg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lép</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velünk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rögzítjük</w:t>
      </w:r>
      <w:proofErr w:type="spellEnd"/>
    </w:p>
    <w:p w14:paraId="193B9040"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kérdéseit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nyújthassuk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önnek</w:t>
      </w:r>
      <w:proofErr w:type="spellEnd"/>
      <w:r w:rsidRPr="0062109A">
        <w:rPr>
          <w:rFonts w:ascii="Times New Roman" w:eastAsia="MS Gothic" w:hAnsi="Times New Roman" w:cs="Times New Roman"/>
          <w:color w:val="000000"/>
        </w:rPr>
        <w:t>.</w:t>
      </w:r>
    </w:p>
    <w:p w14:paraId="1D19993B"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üzleti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levő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üzleti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indítványozó</w:t>
      </w:r>
      <w:proofErr w:type="spellEnd"/>
    </w:p>
    <w:p w14:paraId="7A1825D3"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ügyfelek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kapcsolattartói</w:t>
      </w:r>
      <w:proofErr w:type="spellEnd"/>
      <w:r w:rsidRPr="0062109A">
        <w:rPr>
          <w:rFonts w:ascii="Times New Roman" w:eastAsia="MS Gothic" w:hAnsi="Times New Roman" w:cs="Times New Roman"/>
          <w:color w:val="000000"/>
        </w:rPr>
        <w:t>.</w:t>
      </w:r>
    </w:p>
    <w:p w14:paraId="0B70151A" w14:textId="77777777" w:rsidR="004E51DE" w:rsidRPr="0062109A" w:rsidRDefault="00000000" w:rsidP="00211F8D">
      <w:pPr>
        <w:wordWrap w:val="0"/>
        <w:autoSpaceDE w:val="0"/>
        <w:autoSpaceDN w:val="0"/>
        <w:spacing w:before="171" w:after="2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vezetéknév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postacím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p>
    <w:p w14:paraId="65E64D40" w14:textId="77777777" w:rsidR="004E51DE" w:rsidRPr="0062109A" w:rsidRDefault="00000000" w:rsidP="00211F8D">
      <w:pPr>
        <w:wordWrap w:val="0"/>
        <w:autoSpaceDE w:val="0"/>
        <w:autoSpaceDN w:val="0"/>
        <w:spacing w:before="48" w:after="6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beosztás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ügyfél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kérdés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válaszunk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tartalma</w:t>
      </w:r>
      <w:proofErr w:type="spellEnd"/>
      <w:r w:rsidRPr="0062109A">
        <w:rPr>
          <w:rFonts w:ascii="Times New Roman" w:eastAsia="MS Gothic" w:hAnsi="Times New Roman" w:cs="Times New Roman"/>
          <w:color w:val="000000"/>
        </w:rPr>
        <w:t>.</w:t>
      </w:r>
    </w:p>
    <w:p w14:paraId="4F2E830A" w14:textId="77777777" w:rsidR="004E51DE" w:rsidRPr="0062109A" w:rsidRDefault="004E51DE" w:rsidP="00211F8D">
      <w:pPr>
        <w:wordWrap w:val="0"/>
        <w:autoSpaceDE w:val="0"/>
        <w:autoSpaceDN w:val="0"/>
        <w:spacing w:before="114"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868"/>
        <w:gridCol w:w="4871"/>
      </w:tblGrid>
      <w:tr w:rsidR="004E51DE" w:rsidRPr="0062109A" w14:paraId="74309991" w14:textId="77777777">
        <w:trPr>
          <w:trHeight w:hRule="exact" w:val="401"/>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665FAF6" w14:textId="77777777" w:rsidR="004E51DE" w:rsidRPr="0062109A" w:rsidRDefault="00000000" w:rsidP="00211F8D">
            <w:pPr>
              <w:wordWrap w:val="0"/>
              <w:autoSpaceDE w:val="0"/>
              <w:autoSpaceDN w:val="0"/>
              <w:spacing w:before="42" w:after="0" w:line="221" w:lineRule="exact"/>
              <w:ind w:left="876"/>
              <w:rPr>
                <w:rFonts w:ascii="Times New Roman" w:hAnsi="Times New Roman" w:cs="Times New Roman"/>
              </w:rPr>
            </w:pP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51599186" w14:textId="77777777" w:rsidR="004E51DE" w:rsidRPr="0062109A" w:rsidRDefault="00000000" w:rsidP="00211F8D">
            <w:pPr>
              <w:wordWrap w:val="0"/>
              <w:autoSpaceDE w:val="0"/>
              <w:autoSpaceDN w:val="0"/>
              <w:spacing w:before="42" w:after="0" w:line="221" w:lineRule="exact"/>
              <w:ind w:left="1469"/>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297F07ED" w14:textId="77777777">
        <w:trPr>
          <w:trHeight w:hRule="exact" w:val="398"/>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80525B"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vezeték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60E41824"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51D36A51"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FE9B1"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telefonszám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mobilszám</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3F94CF91"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szóbeli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kommunikáció</w:t>
            </w:r>
            <w:proofErr w:type="spellEnd"/>
          </w:p>
          <w:p w14:paraId="4AEBC438"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0E4D1A54"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A27453"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57842"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16F3493B"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3199FB36"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F7BD57"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postacím</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41278E9E"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25971F56"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18D8BA4D" w14:textId="77777777">
        <w:trPr>
          <w:trHeight w:hRule="exact" w:val="121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B471FB4"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beosztás</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72983B77"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képviseletében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eljáró</w:t>
            </w:r>
            <w:proofErr w:type="spellEnd"/>
          </w:p>
          <w:p w14:paraId="552E46D4"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kapcsolattartó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beosztása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képviseleti</w:t>
            </w:r>
            <w:proofErr w:type="spellEnd"/>
          </w:p>
          <w:p w14:paraId="6B6023EE"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w w:val="99"/>
              </w:rPr>
              <w:t>jogosultság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meglétének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ellenőrzése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p>
          <w:p w14:paraId="624F5765"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1CC55327" w14:textId="77777777">
        <w:trPr>
          <w:trHeight w:hRule="exact" w:val="1478"/>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6FD212"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lastRenderedPageBreak/>
              <w:t>egyéb</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p w14:paraId="55DADBEC"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üggyel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kérelmével</w:t>
            </w:r>
            <w:proofErr w:type="spellEnd"/>
          </w:p>
          <w:p w14:paraId="4833CF57"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kapcsolatban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közölt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köztük</w:t>
            </w:r>
            <w:proofErr w:type="spellEnd"/>
          </w:p>
          <w:p w14:paraId="06A617F2"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esetlegesen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különleges</w:t>
            </w:r>
            <w:proofErr w:type="spellEnd"/>
          </w:p>
          <w:p w14:paraId="2CF16280"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kategóriái</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C9C32"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teljesítéséhez</w:t>
            </w:r>
            <w:proofErr w:type="spellEnd"/>
          </w:p>
          <w:p w14:paraId="52E0FFE2"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bl>
    <w:p w14:paraId="5913AEAC" w14:textId="77777777" w:rsidR="004E51DE" w:rsidRPr="0062109A" w:rsidRDefault="00000000" w:rsidP="00211F8D">
      <w:pPr>
        <w:wordWrap w:val="0"/>
        <w:autoSpaceDE w:val="0"/>
        <w:autoSpaceDN w:val="0"/>
        <w:spacing w:before="431" w:after="8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p>
    <w:p w14:paraId="6320DC77" w14:textId="77777777" w:rsidR="004E51DE" w:rsidRPr="0062109A" w:rsidRDefault="00000000" w:rsidP="00211F8D">
      <w:pPr>
        <w:wordWrap w:val="0"/>
        <w:autoSpaceDE w:val="0"/>
        <w:autoSpaceDN w:val="0"/>
        <w:spacing w:before="16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u w:val="single"/>
        </w:rPr>
        <w:t>természetes</w:t>
      </w:r>
      <w:proofErr w:type="spellEnd"/>
      <w:r w:rsidRPr="0062109A">
        <w:rPr>
          <w:rFonts w:ascii="Times New Roman" w:eastAsia="MS Gothic" w:hAnsi="Times New Roman" w:cs="Times New Roman"/>
          <w:color w:val="000000"/>
          <w:u w:val="single"/>
        </w:rPr>
        <w:t xml:space="preserve"> </w:t>
      </w:r>
      <w:proofErr w:type="spellStart"/>
      <w:r w:rsidRPr="0062109A">
        <w:rPr>
          <w:rFonts w:ascii="Times New Roman" w:eastAsia="MS Gothic" w:hAnsi="Times New Roman" w:cs="Times New Roman"/>
          <w:color w:val="000000"/>
          <w:u w:val="single"/>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7EB6B537"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magánszemély</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tevőleges</w:t>
      </w:r>
      <w:proofErr w:type="spellEnd"/>
    </w:p>
    <w:p w14:paraId="42530614"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hozzájárulása</w:t>
      </w:r>
      <w:proofErr w:type="spellEnd"/>
    </w:p>
    <w:p w14:paraId="061CF3ED"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u w:val="single"/>
        </w:rPr>
        <w:t>jogi</w:t>
      </w:r>
      <w:proofErr w:type="spellEnd"/>
      <w:r w:rsidRPr="0062109A">
        <w:rPr>
          <w:rFonts w:ascii="Times New Roman" w:eastAsia="MS Gothic" w:hAnsi="Times New Roman" w:cs="Times New Roman"/>
          <w:color w:val="000000"/>
          <w:u w:val="single"/>
        </w:rPr>
        <w:t xml:space="preserve"> </w:t>
      </w:r>
      <w:proofErr w:type="spellStart"/>
      <w:r w:rsidRPr="0062109A">
        <w:rPr>
          <w:rFonts w:ascii="Times New Roman" w:eastAsia="MS Gothic" w:hAnsi="Times New Roman" w:cs="Times New Roman"/>
          <w:color w:val="000000"/>
          <w:u w:val="single"/>
        </w:rPr>
        <w:t>személy</w:t>
      </w:r>
      <w:proofErr w:type="spellEnd"/>
      <w:r w:rsidRPr="0062109A">
        <w:rPr>
          <w:rFonts w:ascii="Times New Roman" w:eastAsia="MS Gothic" w:hAnsi="Times New Roman" w:cs="Times New Roman"/>
          <w:color w:val="000000"/>
          <w:u w:val="single"/>
        </w:rPr>
        <w:t xml:space="preserve"> </w:t>
      </w:r>
      <w:proofErr w:type="spellStart"/>
      <w:r w:rsidRPr="0062109A">
        <w:rPr>
          <w:rFonts w:ascii="Times New Roman" w:eastAsia="MS Gothic" w:hAnsi="Times New Roman" w:cs="Times New Roman"/>
          <w:color w:val="000000"/>
          <w:w w:val="99"/>
          <w:u w:val="single"/>
        </w:rPr>
        <w:t>ügyfél</w:t>
      </w:r>
      <w:proofErr w:type="spellEnd"/>
      <w:r w:rsidRPr="0062109A">
        <w:rPr>
          <w:rFonts w:ascii="Times New Roman" w:eastAsia="MS Gothic" w:hAnsi="Times New Roman" w:cs="Times New Roman"/>
          <w:color w:val="000000"/>
          <w:u w:val="single"/>
        </w:rPr>
        <w:t xml:space="preserve"> </w:t>
      </w:r>
      <w:proofErr w:type="spellStart"/>
      <w:r w:rsidRPr="0062109A">
        <w:rPr>
          <w:rFonts w:ascii="Times New Roman" w:eastAsia="MS Gothic" w:hAnsi="Times New Roman" w:cs="Times New Roman"/>
          <w:color w:val="000000"/>
          <w:u w:val="single"/>
        </w:rPr>
        <w:t>kapcsolattartója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tanácsi</w:t>
      </w:r>
      <w:proofErr w:type="spellEnd"/>
    </w:p>
    <w:p w14:paraId="1FC68997"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szolgáltatás</w:t>
      </w:r>
      <w:proofErr w:type="spellEnd"/>
    </w:p>
    <w:p w14:paraId="1E992C11"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nyújtásához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fűződő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jogos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érdekén</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alapul</w:t>
      </w:r>
      <w:proofErr w:type="spellEnd"/>
    </w:p>
    <w:p w14:paraId="753C4337"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jogos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érdek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bemutatása</w:t>
      </w:r>
      <w:proofErr w:type="spellEnd"/>
    </w:p>
    <w:p w14:paraId="23EB9A48" w14:textId="77777777" w:rsidR="004E51DE" w:rsidRPr="0062109A" w:rsidRDefault="00000000" w:rsidP="00211F8D">
      <w:pPr>
        <w:wordWrap w:val="0"/>
        <w:autoSpaceDE w:val="0"/>
        <w:autoSpaceDN w:val="0"/>
        <w:spacing w:before="170" w:after="3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üzleti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partnereivel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folyamatos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415F4F25" w14:textId="62267588" w:rsidR="004E51DE" w:rsidRPr="0062109A" w:rsidRDefault="00000000" w:rsidP="0028429E">
      <w:pPr>
        <w:wordWrap w:val="0"/>
        <w:autoSpaceDE w:val="0"/>
        <w:autoSpaceDN w:val="0"/>
        <w:spacing w:before="70" w:after="26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termékáramlás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biztosítása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megkötése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megkötését</w:t>
      </w:r>
      <w:proofErr w:type="spellEnd"/>
      <w:r w:rsidR="0028429E">
        <w:rPr>
          <w:rFonts w:ascii="Times New Roman" w:eastAsia="MS Gothic" w:hAnsi="Times New Roman" w:cs="Times New Roman"/>
          <w:color w:val="000000"/>
        </w:rPr>
        <w:t xml:space="preserve"> </w:t>
      </w:r>
      <w:proofErr w:type="spellStart"/>
      <w:r w:rsidRPr="0062109A">
        <w:rPr>
          <w:rFonts w:ascii="Times New Roman" w:eastAsia="MS Gothic" w:hAnsi="Times New Roman" w:cs="Times New Roman"/>
          <w:color w:val="000000"/>
        </w:rPr>
        <w:t>követően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Ptk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6:62</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§-ban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rögzített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együttműködési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betartása</w:t>
      </w:r>
      <w:proofErr w:type="spellEnd"/>
      <w:r w:rsidR="0028429E">
        <w:rPr>
          <w:rFonts w:ascii="Times New Roman" w:eastAsia="MS Gothic"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ezzel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szerződésszegés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éppen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késedelem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elkerülése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0028429E">
        <w:rPr>
          <w:rFonts w:ascii="Times New Roman" w:eastAsia="MS Gothic" w:hAnsi="Times New Roman" w:cs="Times New Roman"/>
          <w:color w:val="000000"/>
        </w:rPr>
        <w:t xml:space="preserve"> </w:t>
      </w:r>
      <w:proofErr w:type="spellStart"/>
      <w:r w:rsidRPr="0062109A">
        <w:rPr>
          <w:rFonts w:ascii="Times New Roman" w:eastAsia="MS Gothic" w:hAnsi="Times New Roman" w:cs="Times New Roman"/>
          <w:color w:val="000000"/>
        </w:rPr>
        <w:t>érdeke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fűződik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vállalkozó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üzleti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partnereinél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kapcsolattartóként</w:t>
      </w:r>
      <w:proofErr w:type="spellEnd"/>
      <w:r w:rsidR="0028429E">
        <w:rPr>
          <w:rFonts w:ascii="Times New Roman" w:eastAsia="MS Gothic" w:hAnsi="Times New Roman" w:cs="Times New Roman"/>
          <w:color w:val="000000"/>
        </w:rPr>
        <w:t xml:space="preserve"> </w:t>
      </w:r>
      <w:proofErr w:type="spellStart"/>
      <w:r w:rsidRPr="0062109A">
        <w:rPr>
          <w:rFonts w:ascii="Times New Roman" w:eastAsia="MS Gothic" w:hAnsi="Times New Roman" w:cs="Times New Roman"/>
          <w:color w:val="000000"/>
        </w:rPr>
        <w:t>kijelölt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munkavállalóknak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éppen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beosztású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személyeknek</w:t>
      </w:r>
      <w:proofErr w:type="spellEnd"/>
      <w:r w:rsidRPr="0062109A">
        <w:rPr>
          <w:rFonts w:ascii="Times New Roman" w:eastAsia="MS Gothic" w:hAnsi="Times New Roman" w:cs="Times New Roman"/>
          <w:color w:val="000000"/>
        </w:rPr>
        <w:t>,</w:t>
      </w:r>
      <w:r w:rsidR="0028429E">
        <w:rPr>
          <w:rFonts w:ascii="Times New Roman" w:eastAsia="MS Gothic" w:hAnsi="Times New Roman" w:cs="Times New Roman"/>
          <w:color w:val="000000"/>
        </w:rPr>
        <w:t xml:space="preserve"> </w:t>
      </w:r>
      <w:proofErr w:type="spellStart"/>
      <w:r w:rsidRPr="0062109A">
        <w:rPr>
          <w:rFonts w:ascii="Times New Roman" w:eastAsia="MS Gothic" w:hAnsi="Times New Roman" w:cs="Times New Roman"/>
          <w:color w:val="000000"/>
        </w:rPr>
        <w:t>bizonyos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konkrétan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meghatározott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0028429E">
        <w:rPr>
          <w:rFonts w:ascii="Times New Roman" w:eastAsia="Times New Roman" w:hAnsi="Times New Roman" w:cs="Times New Roman"/>
          <w:color w:val="000000"/>
        </w:rPr>
        <w:br/>
      </w:r>
      <w:r w:rsidR="0028429E">
        <w:rPr>
          <w:rFonts w:ascii="Times New Roman" w:eastAsia="Times New Roman" w:hAnsi="Times New Roman" w:cs="Times New Roman"/>
          <w:color w:val="000000"/>
        </w:rPr>
        <w:br/>
      </w:r>
      <w:proofErr w:type="spellStart"/>
      <w:r w:rsidRPr="0062109A">
        <w:rPr>
          <w:rFonts w:ascii="Times New Roman" w:eastAsia="MS Gothic" w:hAnsi="Times New Roman" w:cs="Times New Roman"/>
          <w:color w:val="000000"/>
        </w:rPr>
        <w:t>Ezen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elérhetőségek</w:t>
      </w:r>
      <w:proofErr w:type="spellEnd"/>
      <w:r w:rsidR="0028429E">
        <w:rPr>
          <w:rFonts w:ascii="Times New Roman" w:eastAsia="MS Gothic" w:hAnsi="Times New Roman" w:cs="Times New Roman"/>
          <w:color w:val="000000"/>
        </w:rPr>
        <w:t xml:space="preserve"> </w:t>
      </w:r>
      <w:proofErr w:type="spellStart"/>
      <w:r w:rsidRPr="0062109A">
        <w:rPr>
          <w:rFonts w:ascii="Times New Roman" w:eastAsia="MS Gothic" w:hAnsi="Times New Roman" w:cs="Times New Roman"/>
          <w:color w:val="000000"/>
        </w:rPr>
        <w:t>ismerete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nélkül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üzleti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jogviszony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folyamatos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fenntartásához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kapcsolattartás</w:t>
      </w:r>
      <w:proofErr w:type="spellEnd"/>
      <w:r w:rsidRPr="0062109A">
        <w:rPr>
          <w:rFonts w:ascii="Times New Roman" w:eastAsia="MS Gothic" w:hAnsi="Times New Roman" w:cs="Times New Roman"/>
          <w:color w:val="000000"/>
        </w:rPr>
        <w:t>,</w:t>
      </w:r>
      <w:r w:rsidR="0028429E">
        <w:rPr>
          <w:rFonts w:ascii="Times New Roman" w:eastAsia="MS Gothic" w:hAnsi="Times New Roman" w:cs="Times New Roman"/>
          <w:color w:val="000000"/>
        </w:rPr>
        <w:t xml:space="preserve"> </w:t>
      </w:r>
      <w:r w:rsidR="0028429E">
        <w:rPr>
          <w:rFonts w:ascii="Times New Roman" w:eastAsia="MS Gothic" w:hAnsi="Times New Roman" w:cs="Times New Roman"/>
          <w:color w:val="000000"/>
        </w:rPr>
        <w:br/>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lényeges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tudnivalók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közlése</w:t>
      </w:r>
      <w:proofErr w:type="spellEnd"/>
      <w:r w:rsidR="0028429E">
        <w:rPr>
          <w:rFonts w:ascii="Times New Roman" w:eastAsia="MS Gothic" w:hAnsi="Times New Roman" w:cs="Times New Roman"/>
          <w:color w:val="000000"/>
        </w:rPr>
        <w:t xml:space="preserve"> </w:t>
      </w:r>
      <w:proofErr w:type="spellStart"/>
      <w:r w:rsidR="0028429E">
        <w:rPr>
          <w:rFonts w:ascii="Times New Roman" w:eastAsia="MS Gothic" w:hAnsi="Times New Roman" w:cs="Times New Roman"/>
          <w:color w:val="000000"/>
        </w:rPr>
        <w:t>t</w:t>
      </w:r>
      <w:r w:rsidRPr="0062109A">
        <w:rPr>
          <w:rFonts w:ascii="Times New Roman" w:eastAsia="MS Gothic" w:hAnsi="Times New Roman" w:cs="Times New Roman"/>
          <w:color w:val="000000"/>
        </w:rPr>
        <w:t>eljességgel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ellehetetlenülne</w:t>
      </w:r>
      <w:proofErr w:type="spellEnd"/>
      <w:r w:rsidRPr="0062109A">
        <w:rPr>
          <w:rFonts w:ascii="Times New Roman" w:eastAsia="MS Gothic" w:hAnsi="Times New Roman" w:cs="Times New Roman"/>
          <w:color w:val="000000"/>
        </w:rPr>
        <w:t>.</w:t>
      </w:r>
    </w:p>
    <w:p w14:paraId="006C11EA" w14:textId="77777777" w:rsidR="004E51DE" w:rsidRPr="0062109A" w:rsidRDefault="00000000" w:rsidP="00211F8D">
      <w:pPr>
        <w:wordWrap w:val="0"/>
        <w:autoSpaceDE w:val="0"/>
        <w:autoSpaceDN w:val="0"/>
        <w:spacing w:before="189"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ügyfél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érdekmérlegelési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szövegét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megtekinteni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4CF7FED2"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r w:rsidRPr="0062109A">
        <w:rPr>
          <w:rFonts w:ascii="Times New Roman" w:eastAsia="MS Gothic" w:hAnsi="Times New Roman" w:cs="Times New Roman"/>
          <w:color w:val="000000"/>
        </w:rPr>
        <w:t>1.1.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található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levélben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terjesztheti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w:t>
      </w:r>
      <w:proofErr w:type="spellEnd"/>
      <w:r w:rsidRPr="0062109A">
        <w:rPr>
          <w:rFonts w:ascii="Times New Roman" w:eastAsia="MS Gothic" w:hAnsi="Times New Roman" w:cs="Times New Roman"/>
          <w:color w:val="000000"/>
        </w:rPr>
        <w:t>.</w:t>
      </w:r>
    </w:p>
    <w:p w14:paraId="60F79CB3" w14:textId="77777777" w:rsidR="004E51DE" w:rsidRPr="0062109A" w:rsidRDefault="00000000" w:rsidP="00211F8D">
      <w:pPr>
        <w:wordWrap w:val="0"/>
        <w:autoSpaceDE w:val="0"/>
        <w:autoSpaceDN w:val="0"/>
        <w:spacing w:before="168" w:after="2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16435F3D"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r w:rsidRPr="0062109A">
        <w:rPr>
          <w:rFonts w:ascii="Times New Roman" w:eastAsia="MS Gothic" w:hAnsi="Times New Roman" w:cs="Times New Roman"/>
          <w:b/>
          <w:color w:val="000000"/>
        </w:rPr>
        <w:t>.</w:t>
      </w:r>
    </w:p>
    <w:p w14:paraId="31A96354" w14:textId="77777777" w:rsidR="004E51DE" w:rsidRPr="0062109A" w:rsidRDefault="00000000" w:rsidP="00211F8D">
      <w:pPr>
        <w:wordWrap w:val="0"/>
        <w:autoSpaceDE w:val="0"/>
        <w:autoSpaceDN w:val="0"/>
        <w:spacing w:before="171"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4A5461E2"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tárhelyszolgáltatójának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továbbítjuk</w:t>
      </w:r>
      <w:proofErr w:type="spellEnd"/>
      <w:r w:rsidRPr="0062109A">
        <w:rPr>
          <w:rFonts w:ascii="Times New Roman" w:eastAsia="MS Gothic" w:hAnsi="Times New Roman" w:cs="Times New Roman"/>
          <w:color w:val="000000"/>
        </w:rPr>
        <w:t>.</w:t>
      </w:r>
    </w:p>
    <w:p w14:paraId="223C092C"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hónap</w:t>
      </w:r>
      <w:proofErr w:type="spellEnd"/>
      <w:r w:rsidRPr="0062109A">
        <w:rPr>
          <w:rFonts w:ascii="Times New Roman" w:eastAsia="MS Gothic" w:hAnsi="Times New Roman" w:cs="Times New Roman"/>
          <w:color w:val="000000"/>
        </w:rPr>
        <w:t>.</w:t>
      </w:r>
    </w:p>
    <w:p w14:paraId="7438B04D" w14:textId="77777777" w:rsidR="004E51DE" w:rsidRPr="0062109A" w:rsidRDefault="00000000" w:rsidP="00211F8D">
      <w:pPr>
        <w:wordWrap w:val="0"/>
        <w:autoSpaceDE w:val="0"/>
        <w:autoSpaceDN w:val="0"/>
        <w:spacing w:before="168"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101"/>
        </w:rPr>
        <w:t>adattárolás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módja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helyiségeiben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irattárában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papír</w:t>
      </w:r>
      <w:proofErr w:type="spellEnd"/>
    </w:p>
    <w:p w14:paraId="3DD07993"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01D4E322"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5F1A43F3"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0DADAEC1"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5B15D4B0" w14:textId="77777777" w:rsidR="004E51DE" w:rsidRPr="0062109A" w:rsidRDefault="00000000" w:rsidP="00211F8D">
      <w:pPr>
        <w:wordWrap w:val="0"/>
        <w:autoSpaceDE w:val="0"/>
        <w:autoSpaceDN w:val="0"/>
        <w:spacing w:before="168"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6F8D5514"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1C05C4BF" w14:textId="77777777" w:rsidR="004E51DE" w:rsidRPr="0062109A" w:rsidRDefault="00000000" w:rsidP="00211F8D">
      <w:pPr>
        <w:wordWrap w:val="0"/>
        <w:autoSpaceDE w:val="0"/>
        <w:autoSpaceDN w:val="0"/>
        <w:spacing w:before="51"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24599D31"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ügyfélnek</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tiltakozáshoz</w:t>
      </w:r>
      <w:proofErr w:type="spellEnd"/>
      <w:r w:rsidRPr="0062109A">
        <w:rPr>
          <w:rFonts w:ascii="Times New Roman" w:eastAsia="MS Gothic" w:hAnsi="Times New Roman" w:cs="Times New Roman"/>
          <w:b/>
          <w:color w:val="000000"/>
        </w:rPr>
        <w:t>,</w:t>
      </w:r>
    </w:p>
    <w:p w14:paraId="1CF0376C" w14:textId="77777777" w:rsidR="004E51DE" w:rsidRPr="0062109A" w:rsidRDefault="00000000" w:rsidP="00211F8D">
      <w:pPr>
        <w:wordWrap w:val="0"/>
        <w:autoSpaceDE w:val="0"/>
        <w:autoSpaceDN w:val="0"/>
        <w:spacing w:before="50"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magánszemély</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ügyfélnek</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törléshez</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azaz</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hozzájárulás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visszavonásához</w:t>
      </w:r>
      <w:proofErr w:type="spellEnd"/>
      <w:r w:rsidRPr="0062109A">
        <w:rPr>
          <w:rFonts w:ascii="Times New Roman" w:eastAsia="MS Gothic" w:hAnsi="Times New Roman" w:cs="Times New Roman"/>
          <w:b/>
          <w:color w:val="000000"/>
        </w:rPr>
        <w:t>,</w:t>
      </w:r>
    </w:p>
    <w:p w14:paraId="468ADCD0" w14:textId="77777777" w:rsidR="004E51DE" w:rsidRPr="0062109A" w:rsidRDefault="00000000" w:rsidP="00211F8D">
      <w:pPr>
        <w:wordWrap w:val="0"/>
        <w:autoSpaceDE w:val="0"/>
        <w:autoSpaceDN w:val="0"/>
        <w:spacing w:before="48"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5845E257" w14:textId="77777777" w:rsidR="004E51DE" w:rsidRPr="0062109A" w:rsidRDefault="00000000" w:rsidP="00211F8D">
      <w:pPr>
        <w:wordWrap w:val="0"/>
        <w:autoSpaceDE w:val="0"/>
        <w:autoSpaceDN w:val="0"/>
        <w:spacing w:before="48" w:after="8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0C090816"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5187FDB9"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Magánszemély</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ügyfél</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kapcsolattartáshoz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adott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99"/>
        </w:rPr>
        <w:t>hozzájárulását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bármikor</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visszavonhatja</w:t>
      </w:r>
      <w:proofErr w:type="spellEnd"/>
      <w:r w:rsidRPr="0062109A">
        <w:rPr>
          <w:rFonts w:ascii="Times New Roman" w:eastAsia="MS Gothic" w:hAnsi="Times New Roman" w:cs="Times New Roman"/>
          <w:b/>
          <w:color w:val="000000"/>
        </w:rPr>
        <w:t>!</w:t>
      </w:r>
    </w:p>
    <w:p w14:paraId="691D71DB" w14:textId="77777777" w:rsidR="004E51DE" w:rsidRPr="0062109A" w:rsidRDefault="00000000" w:rsidP="00211F8D">
      <w:pPr>
        <w:pStyle w:val="Cmsor2"/>
      </w:pPr>
      <w:bookmarkStart w:id="17" w:name="_Toc219475596"/>
      <w:r w:rsidRPr="0062109A">
        <w:t>Jogi</w:t>
      </w:r>
      <w:r w:rsidRPr="0062109A">
        <w:rPr>
          <w:rFonts w:eastAsia="Times New Roman"/>
        </w:rPr>
        <w:t xml:space="preserve"> </w:t>
      </w:r>
      <w:proofErr w:type="spellStart"/>
      <w:r w:rsidRPr="0062109A">
        <w:t>igények</w:t>
      </w:r>
      <w:proofErr w:type="spellEnd"/>
      <w:r w:rsidRPr="0062109A">
        <w:rPr>
          <w:rFonts w:eastAsia="Times New Roman"/>
        </w:rPr>
        <w:t xml:space="preserve"> </w:t>
      </w:r>
      <w:proofErr w:type="spellStart"/>
      <w:r w:rsidRPr="0062109A">
        <w:t>érvényesítése</w:t>
      </w:r>
      <w:bookmarkEnd w:id="17"/>
      <w:proofErr w:type="spellEnd"/>
    </w:p>
    <w:p w14:paraId="29A5BB9F"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ügyfelek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vevők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p>
    <w:p w14:paraId="561B8D2A"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lastRenderedPageBreak/>
        <w:t>kezeli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szerződésből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követelések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7A036C41" w14:textId="77777777" w:rsidR="004E51DE" w:rsidRPr="0062109A" w:rsidRDefault="00000000" w:rsidP="00211F8D">
      <w:pPr>
        <w:wordWrap w:val="0"/>
        <w:autoSpaceDE w:val="0"/>
        <w:autoSpaceDN w:val="0"/>
        <w:spacing w:before="51"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szerződésen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kívüli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károkozásból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követelések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érvényesítése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megköveteli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705CFE4F"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kezelését</w:t>
      </w:r>
      <w:proofErr w:type="spellEnd"/>
      <w:r w:rsidRPr="0062109A">
        <w:rPr>
          <w:rFonts w:ascii="Times New Roman" w:eastAsia="MS Gothic" w:hAnsi="Times New Roman" w:cs="Times New Roman"/>
          <w:color w:val="000000"/>
        </w:rPr>
        <w:t>.</w:t>
      </w:r>
    </w:p>
    <w:p w14:paraId="3A9510EA" w14:textId="40A775C0"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kárt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okozó</w:t>
      </w:r>
      <w:proofErr w:type="spellEnd"/>
    </w:p>
    <w:p w14:paraId="03B6B05C" w14:textId="7D6F84FE" w:rsidR="0028429E" w:rsidRDefault="00000000" w:rsidP="00211F8D">
      <w:pPr>
        <w:wordWrap w:val="0"/>
        <w:autoSpaceDE w:val="0"/>
        <w:autoSpaceDN w:val="0"/>
        <w:spacing w:before="50" w:after="84" w:line="221" w:lineRule="exact"/>
        <w:ind w:left="69"/>
        <w:rPr>
          <w:rFonts w:ascii="Times New Roman" w:eastAsia="MS Gothic" w:hAnsi="Times New Roman" w:cs="Times New Roman"/>
          <w:color w:val="000000"/>
        </w:rPr>
      </w:pP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p>
    <w:p w14:paraId="12987A9D" w14:textId="457FF9DA" w:rsidR="004E51DE" w:rsidRPr="0062109A" w:rsidRDefault="00000000" w:rsidP="00CF0585">
      <w:pPr>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vezetéknév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titulus,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lakcím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ország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irányítószám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település</w:t>
      </w:r>
      <w:proofErr w:type="spellEnd"/>
      <w:r w:rsidRPr="0062109A">
        <w:rPr>
          <w:rFonts w:ascii="Times New Roman" w:eastAsia="MS Gothic" w:hAnsi="Times New Roman" w:cs="Times New Roman"/>
          <w:color w:val="000000"/>
        </w:rPr>
        <w:t>,</w:t>
      </w:r>
    </w:p>
    <w:p w14:paraId="7EA48D8E" w14:textId="2607CBCC"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utcanév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házszám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károkozás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02427E74" w14:textId="2B655510" w:rsidR="00CF0585" w:rsidRDefault="00CF0585" w:rsidP="00211F8D">
      <w:pPr>
        <w:wordWrap w:val="0"/>
        <w:autoSpaceDE w:val="0"/>
        <w:autoSpaceDN w:val="0"/>
        <w:spacing w:before="48" w:after="64" w:line="221" w:lineRule="exact"/>
        <w:ind w:left="69"/>
        <w:rPr>
          <w:rFonts w:ascii="Times New Roman" w:eastAsia="MS Gothic" w:hAnsi="Times New Roman" w:cs="Times New Roman"/>
          <w:color w:val="000000"/>
        </w:rPr>
      </w:pPr>
      <w:r>
        <w:rPr>
          <w:rFonts w:ascii="Times New Roman" w:hAnsi="Times New Roman" w:cs="Times New Roman"/>
          <w:noProof/>
        </w:rPr>
        <w:drawing>
          <wp:anchor distT="0" distB="0" distL="114300" distR="114300" simplePos="0" relativeHeight="251677184" behindDoc="0" locked="0" layoutInCell="1" allowOverlap="1" wp14:anchorId="54C57AD4" wp14:editId="35734ACC">
            <wp:simplePos x="0" y="0"/>
            <wp:positionH relativeFrom="column">
              <wp:posOffset>-101219</wp:posOffset>
            </wp:positionH>
            <wp:positionV relativeFrom="paragraph">
              <wp:posOffset>231521</wp:posOffset>
            </wp:positionV>
            <wp:extent cx="6297930" cy="2157095"/>
            <wp:effectExtent l="0" t="0" r="7620" b="0"/>
            <wp:wrapNone/>
            <wp:docPr id="44665125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51250" name="Kép 446651250"/>
                    <pic:cNvPicPr/>
                  </pic:nvPicPr>
                  <pic:blipFill>
                    <a:blip r:embed="rId29"/>
                    <a:stretch>
                      <a:fillRect/>
                    </a:stretch>
                  </pic:blipFill>
                  <pic:spPr>
                    <a:xfrm>
                      <a:off x="0" y="0"/>
                      <a:ext cx="6297930" cy="2157095"/>
                    </a:xfrm>
                    <a:prstGeom prst="rect">
                      <a:avLst/>
                    </a:prstGeom>
                  </pic:spPr>
                </pic:pic>
              </a:graphicData>
            </a:graphic>
          </wp:anchor>
        </w:drawing>
      </w:r>
      <w:proofErr w:type="spellStart"/>
      <w:r w:rsidR="00000000" w:rsidRPr="0062109A">
        <w:rPr>
          <w:rFonts w:ascii="Times New Roman" w:eastAsia="MS Gothic" w:hAnsi="Times New Roman" w:cs="Times New Roman"/>
          <w:color w:val="000000"/>
        </w:rPr>
        <w:t>kárral</w:t>
      </w:r>
      <w:proofErr w:type="spellEnd"/>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kapcsolatos</w:t>
      </w:r>
      <w:proofErr w:type="spellEnd"/>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adatok</w:t>
      </w:r>
      <w:proofErr w:type="spellEnd"/>
      <w:r w:rsidR="00000000" w:rsidRPr="0062109A">
        <w:rPr>
          <w:rFonts w:ascii="Times New Roman" w:eastAsia="MS Gothic" w:hAnsi="Times New Roman" w:cs="Times New Roman"/>
          <w:color w:val="000000"/>
        </w:rPr>
        <w:t>.</w:t>
      </w:r>
      <w:r>
        <w:rPr>
          <w:rFonts w:ascii="Times New Roman" w:eastAsia="MS Gothic" w:hAnsi="Times New Roman" w:cs="Times New Roman"/>
          <w:color w:val="000000"/>
        </w:rPr>
        <w:br/>
      </w:r>
    </w:p>
    <w:p w14:paraId="4A6E1974" w14:textId="3B9DBFA1" w:rsidR="00CF0585" w:rsidRDefault="00CF0585" w:rsidP="00211F8D">
      <w:pPr>
        <w:wordWrap w:val="0"/>
        <w:autoSpaceDE w:val="0"/>
        <w:autoSpaceDN w:val="0"/>
        <w:spacing w:before="48" w:after="64" w:line="221" w:lineRule="exact"/>
        <w:ind w:left="69"/>
        <w:rPr>
          <w:rFonts w:ascii="Times New Roman" w:eastAsia="MS Gothic" w:hAnsi="Times New Roman" w:cs="Times New Roman"/>
          <w:color w:val="000000"/>
        </w:rPr>
      </w:pPr>
    </w:p>
    <w:p w14:paraId="5212DC24" w14:textId="32B18DB8" w:rsidR="00CF0585" w:rsidRDefault="00CF0585" w:rsidP="00211F8D">
      <w:pPr>
        <w:wordWrap w:val="0"/>
        <w:autoSpaceDE w:val="0"/>
        <w:autoSpaceDN w:val="0"/>
        <w:spacing w:before="48" w:after="64" w:line="221" w:lineRule="exact"/>
        <w:ind w:left="69"/>
        <w:rPr>
          <w:rFonts w:ascii="Times New Roman" w:eastAsia="MS Gothic" w:hAnsi="Times New Roman" w:cs="Times New Roman"/>
          <w:color w:val="000000"/>
        </w:rPr>
      </w:pPr>
    </w:p>
    <w:p w14:paraId="25B85CA2" w14:textId="77777777" w:rsidR="00CF0585" w:rsidRDefault="00CF0585" w:rsidP="00211F8D">
      <w:pPr>
        <w:wordWrap w:val="0"/>
        <w:autoSpaceDE w:val="0"/>
        <w:autoSpaceDN w:val="0"/>
        <w:spacing w:before="48" w:after="64" w:line="221" w:lineRule="exact"/>
        <w:ind w:left="69"/>
        <w:rPr>
          <w:rFonts w:ascii="Times New Roman" w:eastAsia="MS Gothic" w:hAnsi="Times New Roman" w:cs="Times New Roman"/>
          <w:color w:val="000000"/>
        </w:rPr>
      </w:pPr>
    </w:p>
    <w:p w14:paraId="55C00E9D" w14:textId="77777777" w:rsidR="00CF0585" w:rsidRDefault="00CF0585" w:rsidP="00211F8D">
      <w:pPr>
        <w:wordWrap w:val="0"/>
        <w:autoSpaceDE w:val="0"/>
        <w:autoSpaceDN w:val="0"/>
        <w:spacing w:before="48" w:after="64" w:line="221" w:lineRule="exact"/>
        <w:ind w:left="69"/>
        <w:rPr>
          <w:rFonts w:ascii="Times New Roman" w:eastAsia="MS Gothic" w:hAnsi="Times New Roman" w:cs="Times New Roman"/>
          <w:color w:val="000000"/>
        </w:rPr>
      </w:pPr>
    </w:p>
    <w:p w14:paraId="6E72B949" w14:textId="77777777" w:rsidR="00CF0585" w:rsidRDefault="00CF0585" w:rsidP="00211F8D">
      <w:pPr>
        <w:wordWrap w:val="0"/>
        <w:autoSpaceDE w:val="0"/>
        <w:autoSpaceDN w:val="0"/>
        <w:spacing w:before="48" w:after="64" w:line="221" w:lineRule="exact"/>
        <w:ind w:left="69"/>
        <w:rPr>
          <w:rFonts w:ascii="Times New Roman" w:eastAsia="MS Gothic" w:hAnsi="Times New Roman" w:cs="Times New Roman"/>
          <w:color w:val="000000"/>
        </w:rPr>
      </w:pPr>
    </w:p>
    <w:p w14:paraId="6F825A37" w14:textId="77777777" w:rsidR="00CF0585" w:rsidRDefault="00CF0585" w:rsidP="00211F8D">
      <w:pPr>
        <w:wordWrap w:val="0"/>
        <w:autoSpaceDE w:val="0"/>
        <w:autoSpaceDN w:val="0"/>
        <w:spacing w:before="48" w:after="64" w:line="221" w:lineRule="exact"/>
        <w:ind w:left="69"/>
        <w:rPr>
          <w:rFonts w:ascii="Times New Roman" w:eastAsia="MS Gothic" w:hAnsi="Times New Roman" w:cs="Times New Roman"/>
          <w:color w:val="000000"/>
        </w:rPr>
      </w:pPr>
    </w:p>
    <w:p w14:paraId="09D78D74" w14:textId="63455081" w:rsidR="004E51DE" w:rsidRDefault="00CF0585" w:rsidP="00211F8D">
      <w:pPr>
        <w:wordWrap w:val="0"/>
        <w:autoSpaceDE w:val="0"/>
        <w:autoSpaceDN w:val="0"/>
        <w:spacing w:before="48" w:after="64" w:line="221" w:lineRule="exact"/>
        <w:ind w:left="69"/>
        <w:rPr>
          <w:rFonts w:ascii="Times New Roman" w:hAnsi="Times New Roman" w:cs="Times New Roman"/>
        </w:rPr>
      </w:pPr>
      <w:r>
        <w:rPr>
          <w:rFonts w:ascii="Times New Roman" w:eastAsia="MS Gothic" w:hAnsi="Times New Roman" w:cs="Times New Roman"/>
          <w:color w:val="000000"/>
        </w:rPr>
        <w:br/>
      </w:r>
    </w:p>
    <w:p w14:paraId="0F1B0327" w14:textId="3D54AA6B" w:rsidR="00CF0585" w:rsidRDefault="00CF0585" w:rsidP="00211F8D">
      <w:pPr>
        <w:wordWrap w:val="0"/>
        <w:autoSpaceDE w:val="0"/>
        <w:autoSpaceDN w:val="0"/>
        <w:spacing w:before="48" w:after="64" w:line="221" w:lineRule="exact"/>
        <w:ind w:left="69"/>
        <w:rPr>
          <w:rFonts w:ascii="Times New Roman" w:hAnsi="Times New Roman" w:cs="Times New Roman"/>
        </w:rPr>
      </w:pPr>
    </w:p>
    <w:p w14:paraId="3CC51C0B" w14:textId="29446E3B" w:rsidR="00CF0585" w:rsidRDefault="00CF0585" w:rsidP="00211F8D">
      <w:pPr>
        <w:wordWrap w:val="0"/>
        <w:autoSpaceDE w:val="0"/>
        <w:autoSpaceDN w:val="0"/>
        <w:spacing w:before="48" w:after="64" w:line="221" w:lineRule="exact"/>
        <w:ind w:left="69"/>
        <w:rPr>
          <w:rFonts w:ascii="Times New Roman" w:hAnsi="Times New Roman" w:cs="Times New Roman"/>
        </w:rPr>
      </w:pPr>
    </w:p>
    <w:p w14:paraId="36F37FD4" w14:textId="1DAFC08D" w:rsidR="00CF0585" w:rsidRDefault="00CF0585" w:rsidP="00211F8D">
      <w:pPr>
        <w:wordWrap w:val="0"/>
        <w:autoSpaceDE w:val="0"/>
        <w:autoSpaceDN w:val="0"/>
        <w:spacing w:before="48" w:after="64" w:line="221" w:lineRule="exact"/>
        <w:ind w:left="69"/>
        <w:rPr>
          <w:rFonts w:ascii="Times New Roman" w:hAnsi="Times New Roman" w:cs="Times New Roman"/>
        </w:rPr>
      </w:pPr>
    </w:p>
    <w:p w14:paraId="43E2CA94" w14:textId="7A7AA2EE" w:rsidR="00CF0585" w:rsidRDefault="00CF0585" w:rsidP="00211F8D">
      <w:pPr>
        <w:wordWrap w:val="0"/>
        <w:autoSpaceDE w:val="0"/>
        <w:autoSpaceDN w:val="0"/>
        <w:spacing w:before="48" w:after="64" w:line="221" w:lineRule="exact"/>
        <w:ind w:left="69"/>
        <w:rPr>
          <w:rFonts w:ascii="Times New Roman" w:hAnsi="Times New Roman" w:cs="Times New Roman"/>
        </w:rPr>
      </w:pPr>
      <w:r>
        <w:rPr>
          <w:rFonts w:ascii="Times New Roman" w:hAnsi="Times New Roman" w:cs="Times New Roman"/>
          <w:noProof/>
        </w:rPr>
        <w:drawing>
          <wp:anchor distT="0" distB="0" distL="114300" distR="114300" simplePos="0" relativeHeight="251678208" behindDoc="0" locked="0" layoutInCell="1" allowOverlap="1" wp14:anchorId="6D30592C" wp14:editId="75542166">
            <wp:simplePos x="0" y="0"/>
            <wp:positionH relativeFrom="column">
              <wp:posOffset>-12700</wp:posOffset>
            </wp:positionH>
            <wp:positionV relativeFrom="paragraph">
              <wp:posOffset>145643</wp:posOffset>
            </wp:positionV>
            <wp:extent cx="6129655" cy="4585335"/>
            <wp:effectExtent l="0" t="0" r="4445" b="5715"/>
            <wp:wrapNone/>
            <wp:docPr id="5284435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355" name="Kép 52844355"/>
                    <pic:cNvPicPr/>
                  </pic:nvPicPr>
                  <pic:blipFill>
                    <a:blip r:embed="rId30"/>
                    <a:stretch>
                      <a:fillRect/>
                    </a:stretch>
                  </pic:blipFill>
                  <pic:spPr>
                    <a:xfrm>
                      <a:off x="0" y="0"/>
                      <a:ext cx="6129655" cy="4585335"/>
                    </a:xfrm>
                    <a:prstGeom prst="rect">
                      <a:avLst/>
                    </a:prstGeom>
                  </pic:spPr>
                </pic:pic>
              </a:graphicData>
            </a:graphic>
            <wp14:sizeRelH relativeFrom="margin">
              <wp14:pctWidth>0</wp14:pctWidth>
            </wp14:sizeRelH>
            <wp14:sizeRelV relativeFrom="margin">
              <wp14:pctHeight>0</wp14:pctHeight>
            </wp14:sizeRelV>
          </wp:anchor>
        </w:drawing>
      </w:r>
    </w:p>
    <w:p w14:paraId="19B30CA9" w14:textId="71DA07B5" w:rsidR="00CF0585" w:rsidRDefault="00CF0585" w:rsidP="00211F8D">
      <w:pPr>
        <w:wordWrap w:val="0"/>
        <w:autoSpaceDE w:val="0"/>
        <w:autoSpaceDN w:val="0"/>
        <w:spacing w:before="48" w:after="64" w:line="221" w:lineRule="exact"/>
        <w:ind w:left="69"/>
        <w:rPr>
          <w:rFonts w:ascii="Times New Roman" w:hAnsi="Times New Roman" w:cs="Times New Roman"/>
        </w:rPr>
      </w:pPr>
    </w:p>
    <w:p w14:paraId="6E30583C" w14:textId="62F3E89C" w:rsidR="00CF0585" w:rsidRDefault="00CF0585" w:rsidP="00211F8D">
      <w:pPr>
        <w:wordWrap w:val="0"/>
        <w:autoSpaceDE w:val="0"/>
        <w:autoSpaceDN w:val="0"/>
        <w:spacing w:before="48" w:after="64" w:line="221" w:lineRule="exact"/>
        <w:ind w:left="69"/>
        <w:rPr>
          <w:rFonts w:ascii="Times New Roman" w:hAnsi="Times New Roman" w:cs="Times New Roman"/>
        </w:rPr>
      </w:pPr>
    </w:p>
    <w:p w14:paraId="0E839F9A" w14:textId="2D06D92C" w:rsidR="00CF0585" w:rsidRDefault="00CF0585" w:rsidP="00211F8D">
      <w:pPr>
        <w:wordWrap w:val="0"/>
        <w:autoSpaceDE w:val="0"/>
        <w:autoSpaceDN w:val="0"/>
        <w:spacing w:before="48" w:after="64" w:line="221" w:lineRule="exact"/>
        <w:ind w:left="69"/>
        <w:rPr>
          <w:rFonts w:ascii="Times New Roman" w:hAnsi="Times New Roman" w:cs="Times New Roman"/>
        </w:rPr>
      </w:pPr>
    </w:p>
    <w:p w14:paraId="78E58877" w14:textId="36935BE2" w:rsidR="00CF0585" w:rsidRDefault="00CF0585" w:rsidP="00211F8D">
      <w:pPr>
        <w:wordWrap w:val="0"/>
        <w:autoSpaceDE w:val="0"/>
        <w:autoSpaceDN w:val="0"/>
        <w:spacing w:before="48" w:after="64" w:line="221" w:lineRule="exact"/>
        <w:ind w:left="69"/>
        <w:rPr>
          <w:rFonts w:ascii="Times New Roman" w:hAnsi="Times New Roman" w:cs="Times New Roman"/>
        </w:rPr>
      </w:pPr>
    </w:p>
    <w:p w14:paraId="604CD724" w14:textId="2111A6B2" w:rsidR="00CF0585" w:rsidRDefault="00CF0585" w:rsidP="00211F8D">
      <w:pPr>
        <w:wordWrap w:val="0"/>
        <w:autoSpaceDE w:val="0"/>
        <w:autoSpaceDN w:val="0"/>
        <w:spacing w:before="48" w:after="64" w:line="221" w:lineRule="exact"/>
        <w:ind w:left="69"/>
        <w:rPr>
          <w:rFonts w:ascii="Times New Roman" w:hAnsi="Times New Roman" w:cs="Times New Roman"/>
        </w:rPr>
      </w:pPr>
    </w:p>
    <w:p w14:paraId="65C101CB"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07FB5F2F"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1B16837B"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38B4BED2"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457E478F"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4FFBE997"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5A68BC29"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48AB0BA5"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137B91F2"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79029B12"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56C6DEBC"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2803F413"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2556D668"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408727D1"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159716D3"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77415324"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72CBD521"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20A2D513"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59C47230"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7C2F790C"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772EBA01"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398CDB7F"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44B30A23" w14:textId="77777777" w:rsidR="00CF0585" w:rsidRDefault="00CF0585" w:rsidP="00211F8D">
      <w:pPr>
        <w:wordWrap w:val="0"/>
        <w:autoSpaceDE w:val="0"/>
        <w:autoSpaceDN w:val="0"/>
        <w:spacing w:before="48" w:after="64" w:line="221" w:lineRule="exact"/>
        <w:ind w:left="69"/>
        <w:rPr>
          <w:rFonts w:ascii="Times New Roman" w:hAnsi="Times New Roman" w:cs="Times New Roman"/>
        </w:rPr>
      </w:pPr>
    </w:p>
    <w:p w14:paraId="359B66DD" w14:textId="77777777" w:rsidR="00CF0585" w:rsidRPr="0062109A" w:rsidRDefault="00CF0585" w:rsidP="00211F8D">
      <w:pPr>
        <w:wordWrap w:val="0"/>
        <w:autoSpaceDE w:val="0"/>
        <w:autoSpaceDN w:val="0"/>
        <w:spacing w:before="48" w:after="64" w:line="221" w:lineRule="exact"/>
        <w:ind w:left="69"/>
        <w:rPr>
          <w:rFonts w:ascii="Times New Roman" w:hAnsi="Times New Roman" w:cs="Times New Roman"/>
        </w:rPr>
      </w:pPr>
    </w:p>
    <w:p w14:paraId="2D5A6133" w14:textId="77777777" w:rsidR="004E51DE" w:rsidRPr="0062109A" w:rsidRDefault="004E51DE" w:rsidP="00211F8D">
      <w:pPr>
        <w:wordWrap w:val="0"/>
        <w:autoSpaceDE w:val="0"/>
        <w:autoSpaceDN w:val="0"/>
        <w:spacing w:before="114"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868"/>
        <w:gridCol w:w="4871"/>
      </w:tblGrid>
      <w:tr w:rsidR="004E51DE" w:rsidRPr="0062109A" w14:paraId="2C83E70C" w14:textId="77777777">
        <w:trPr>
          <w:trHeight w:hRule="exact" w:val="401"/>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4FB4FE" w14:textId="77777777" w:rsidR="004E51DE" w:rsidRPr="0062109A" w:rsidRDefault="00000000" w:rsidP="00211F8D">
            <w:pPr>
              <w:wordWrap w:val="0"/>
              <w:autoSpaceDE w:val="0"/>
              <w:autoSpaceDN w:val="0"/>
              <w:spacing w:before="39" w:after="0" w:line="221" w:lineRule="exact"/>
              <w:ind w:left="876"/>
              <w:rPr>
                <w:rFonts w:ascii="Times New Roman" w:hAnsi="Times New Roman" w:cs="Times New Roman"/>
              </w:rPr>
            </w:pPr>
            <w:proofErr w:type="spellStart"/>
            <w:r w:rsidRPr="0062109A">
              <w:rPr>
                <w:rFonts w:ascii="Times New Roman" w:eastAsia="MS Gothic" w:hAnsi="Times New Roman" w:cs="Times New Roman"/>
                <w:b/>
                <w:color w:val="000000"/>
              </w:rPr>
              <w:lastRenderedPageBreak/>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F81D0" w14:textId="77777777" w:rsidR="004E51DE" w:rsidRPr="0062109A" w:rsidRDefault="00000000" w:rsidP="00211F8D">
            <w:pPr>
              <w:wordWrap w:val="0"/>
              <w:autoSpaceDE w:val="0"/>
              <w:autoSpaceDN w:val="0"/>
              <w:spacing w:before="39" w:after="0" w:line="221" w:lineRule="exact"/>
              <w:ind w:left="1469"/>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79018C2E" w14:textId="77777777">
        <w:trPr>
          <w:trHeight w:hRule="exact" w:val="401"/>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439312"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vezeték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titulus</w:t>
            </w:r>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4A6DFFF7"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6C002B5B"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9E06DF"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A65D0"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23A0D460"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0E296AD5"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5D8C4302"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postacím</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394CB"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63A00D41"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1515CB4A"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F4164A"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lakcím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6007F577"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közjegyzői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bírósági</w:t>
            </w:r>
            <w:proofErr w:type="spellEnd"/>
          </w:p>
          <w:p w14:paraId="2C60B53E"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benyújtásához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p>
        </w:tc>
      </w:tr>
      <w:tr w:rsidR="004E51DE" w:rsidRPr="0062109A" w14:paraId="35F84495"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249F77"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180659F2"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közjegyzői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bírósági</w:t>
            </w:r>
            <w:proofErr w:type="spellEnd"/>
          </w:p>
          <w:p w14:paraId="46B557DB"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benyújtásához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p>
        </w:tc>
      </w:tr>
      <w:tr w:rsidR="004E51DE" w:rsidRPr="0062109A" w14:paraId="0D3468CC" w14:textId="77777777">
        <w:trPr>
          <w:trHeight w:hRule="exact" w:val="938"/>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6BD3E2"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károkozás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C5115"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intézethez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közjegyzői</w:t>
            </w:r>
            <w:proofErr w:type="spellEnd"/>
          </w:p>
          <w:p w14:paraId="54AF4D26"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benyújtásához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p w14:paraId="642F7F52"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adat</w:t>
            </w:r>
            <w:proofErr w:type="spellEnd"/>
          </w:p>
        </w:tc>
      </w:tr>
      <w:tr w:rsidR="004E51DE" w:rsidRPr="0062109A" w14:paraId="29EC048D" w14:textId="77777777">
        <w:trPr>
          <w:trHeight w:hRule="exact" w:val="121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A52530" w14:textId="77777777" w:rsidR="004E51DE" w:rsidRPr="0062109A" w:rsidRDefault="00000000" w:rsidP="00211F8D">
            <w:pPr>
              <w:wordWrap w:val="0"/>
              <w:autoSpaceDE w:val="0"/>
              <w:autoSpaceDN w:val="0"/>
              <w:spacing w:before="4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beosztás</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10907C6E" w14:textId="77777777" w:rsidR="004E51DE" w:rsidRPr="0062109A" w:rsidRDefault="00000000" w:rsidP="00211F8D">
            <w:pPr>
              <w:wordWrap w:val="0"/>
              <w:autoSpaceDE w:val="0"/>
              <w:autoSpaceDN w:val="0"/>
              <w:spacing w:before="4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képviseletében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eljáró</w:t>
            </w:r>
            <w:proofErr w:type="spellEnd"/>
          </w:p>
          <w:p w14:paraId="12024136"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kapcsolattartó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beosztása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képviseleti</w:t>
            </w:r>
            <w:proofErr w:type="spellEnd"/>
          </w:p>
          <w:p w14:paraId="7B8C5F66"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w w:val="99"/>
              </w:rPr>
              <w:t>jogosultság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meglétének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ellenőrzése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p>
          <w:p w14:paraId="5334C164"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bl>
    <w:p w14:paraId="5E776C4A" w14:textId="77777777" w:rsidR="004E51DE" w:rsidRPr="0062109A" w:rsidRDefault="00000000" w:rsidP="00211F8D">
      <w:pPr>
        <w:wordWrap w:val="0"/>
        <w:autoSpaceDE w:val="0"/>
        <w:autoSpaceDN w:val="0"/>
        <w:spacing w:before="428" w:after="2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26822F45"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jogos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érdekén</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alapul</w:t>
      </w:r>
      <w:proofErr w:type="spellEnd"/>
      <w:r w:rsidRPr="0062109A">
        <w:rPr>
          <w:rFonts w:ascii="Times New Roman" w:eastAsia="MS Gothic" w:hAnsi="Times New Roman" w:cs="Times New Roman"/>
          <w:b/>
          <w:color w:val="000000"/>
        </w:rPr>
        <w:t>.</w:t>
      </w:r>
    </w:p>
    <w:p w14:paraId="6B5C427B"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jogos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érdek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bemutatása</w:t>
      </w:r>
      <w:proofErr w:type="spellEnd"/>
    </w:p>
    <w:p w14:paraId="4D6F4F69"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jogérvényesítési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ügyfelek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fent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42464A2F"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ügyféllel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fennálló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szerződésből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kívüli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károkozásból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jogviták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rendezése</w:t>
      </w:r>
      <w:proofErr w:type="spellEnd"/>
    </w:p>
    <w:p w14:paraId="1D98BB27"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érdekében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esetleges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peres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nemperes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eljárásban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bizonyítás</w:t>
      </w:r>
      <w:proofErr w:type="spellEnd"/>
    </w:p>
    <w:p w14:paraId="075084FD" w14:textId="77777777" w:rsidR="004E51DE" w:rsidRPr="0062109A" w:rsidRDefault="00000000" w:rsidP="00211F8D">
      <w:pPr>
        <w:wordWrap w:val="0"/>
        <w:autoSpaceDE w:val="0"/>
        <w:autoSpaceDN w:val="0"/>
        <w:spacing w:before="51"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használnunk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bizonyítási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kezeli</w:t>
      </w:r>
      <w:proofErr w:type="spellEnd"/>
    </w:p>
    <w:p w14:paraId="370A8BC4"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elévülési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belül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miután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adatkezelési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másként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valósítható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p>
    <w:p w14:paraId="2AA0BE56"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ügyfél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érdekmérlegelési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szövegét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megtekinteni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73B2C4CD"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r w:rsidRPr="0062109A">
        <w:rPr>
          <w:rFonts w:ascii="Times New Roman" w:eastAsia="MS Gothic" w:hAnsi="Times New Roman" w:cs="Times New Roman"/>
          <w:color w:val="000000"/>
        </w:rPr>
        <w:t>1.1.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található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levélben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terjesztheti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w:t>
      </w:r>
      <w:proofErr w:type="spellEnd"/>
      <w:r w:rsidRPr="0062109A">
        <w:rPr>
          <w:rFonts w:ascii="Times New Roman" w:eastAsia="MS Gothic" w:hAnsi="Times New Roman" w:cs="Times New Roman"/>
          <w:color w:val="000000"/>
        </w:rPr>
        <w:t>.</w:t>
      </w:r>
    </w:p>
    <w:p w14:paraId="2C34EB54"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0534BCED"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5340878B"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6D9CC938"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p w14:paraId="32E04E80"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továbbíthatja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képviselőnek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illetékes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bíróságnak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MOKK-nak</w:t>
      </w:r>
    </w:p>
    <w:p w14:paraId="6230405E"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fizetési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meghagyás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végrehajtónak</w:t>
      </w:r>
      <w:proofErr w:type="spellEnd"/>
      <w:r w:rsidRPr="0062109A">
        <w:rPr>
          <w:rFonts w:ascii="Times New Roman" w:eastAsia="MS Gothic" w:hAnsi="Times New Roman" w:cs="Times New Roman"/>
          <w:color w:val="000000"/>
        </w:rPr>
        <w:t>.</w:t>
      </w:r>
    </w:p>
    <w:p w14:paraId="70223501"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szerződésből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károkozásból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igények</w:t>
      </w:r>
      <w:proofErr w:type="spellEnd"/>
    </w:p>
    <w:p w14:paraId="6B5865EA"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érvényesítésére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irányadó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elévülési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végéig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általános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elévülési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w:t>
      </w:r>
      <w:proofErr w:type="spellEnd"/>
      <w:r w:rsidRPr="0062109A">
        <w:rPr>
          <w:rFonts w:ascii="Times New Roman" w:eastAsia="MS Gothic" w:hAnsi="Times New Roman" w:cs="Times New Roman"/>
          <w:color w:val="000000"/>
        </w:rPr>
        <w:t>.</w:t>
      </w:r>
    </w:p>
    <w:p w14:paraId="394ABA45"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101"/>
        </w:rPr>
        <w:t>adattárolás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módja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helyiségeiben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irattárában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papír</w:t>
      </w:r>
      <w:proofErr w:type="spellEnd"/>
    </w:p>
    <w:p w14:paraId="02D8B114"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4E0DEEBB"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078C6B0F"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30F3D0E1" w14:textId="77777777" w:rsidR="004E51DE" w:rsidRPr="0062109A" w:rsidRDefault="00000000" w:rsidP="00211F8D">
      <w:pPr>
        <w:wordWrap w:val="0"/>
        <w:autoSpaceDE w:val="0"/>
        <w:autoSpaceDN w:val="0"/>
        <w:spacing w:before="168"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14A10495"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00398E7E" w14:textId="77777777" w:rsidR="004E51DE" w:rsidRPr="0062109A" w:rsidRDefault="00000000" w:rsidP="00211F8D">
      <w:pPr>
        <w:wordWrap w:val="0"/>
        <w:autoSpaceDE w:val="0"/>
        <w:autoSpaceDN w:val="0"/>
        <w:spacing w:before="50"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430E583D" w14:textId="25A1915B" w:rsidR="004E51DE" w:rsidRPr="0062109A" w:rsidRDefault="00000000" w:rsidP="0028429E">
      <w:pPr>
        <w:wordWrap w:val="0"/>
        <w:autoSpaceDE w:val="0"/>
        <w:autoSpaceDN w:val="0"/>
        <w:spacing w:before="48" w:after="290"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tiltakozáshoz</w:t>
      </w:r>
      <w:proofErr w:type="spellEnd"/>
      <w:r w:rsidRPr="0062109A">
        <w:rPr>
          <w:rFonts w:ascii="Times New Roman" w:eastAsia="MS Gothic" w:hAnsi="Times New Roman" w:cs="Times New Roman"/>
          <w:b/>
          <w:color w:val="000000"/>
        </w:rPr>
        <w:t>,</w:t>
      </w:r>
      <w:r w:rsidR="0028429E">
        <w:rPr>
          <w:rFonts w:ascii="Times New Roman" w:hAnsi="Times New Roman" w:cs="Times New Roman"/>
        </w:rPr>
        <w:br/>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r w:rsidR="0028429E">
        <w:rPr>
          <w:rFonts w:ascii="Times New Roman" w:eastAsia="MS Gothic" w:hAnsi="Times New Roman" w:cs="Times New Roman"/>
          <w:color w:val="000000"/>
        </w:rPr>
        <w:br/>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185BE598" w14:textId="77777777" w:rsidR="004E51DE" w:rsidRPr="0062109A" w:rsidRDefault="00000000" w:rsidP="00211F8D">
      <w:pPr>
        <w:wordWrap w:val="0"/>
        <w:autoSpaceDE w:val="0"/>
        <w:autoSpaceDN w:val="0"/>
        <w:spacing w:before="171" w:after="24" w:line="221" w:lineRule="exact"/>
        <w:ind w:left="69"/>
        <w:rPr>
          <w:rFonts w:ascii="Times New Roman" w:hAnsi="Times New Roman" w:cs="Times New Roman"/>
        </w:rPr>
      </w:pPr>
      <w:r w:rsidRPr="0062109A">
        <w:rPr>
          <w:rFonts w:ascii="Times New Roman" w:eastAsia="MS Gothic" w:hAnsi="Times New Roman" w:cs="Times New Roman"/>
          <w:color w:val="000000"/>
        </w:rPr>
        <w:lastRenderedPageBreak/>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tiltakozhat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nincs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kényszerítő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erejű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indok</w:t>
      </w:r>
      <w:proofErr w:type="spellEnd"/>
      <w:r w:rsidRPr="0062109A">
        <w:rPr>
          <w:rFonts w:ascii="Times New Roman" w:eastAsia="MS Gothic" w:hAnsi="Times New Roman" w:cs="Times New Roman"/>
          <w:color w:val="000000"/>
        </w:rPr>
        <w:t>,</w:t>
      </w:r>
    </w:p>
    <w:p w14:paraId="1883ABFF"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szükségessé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például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p>
    <w:p w14:paraId="0E6A1CD2"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igényeinek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előterjesztése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p>
    <w:p w14:paraId="17E06D32"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szüntetni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MS Gothic" w:hAnsi="Times New Roman" w:cs="Times New Roman"/>
          <w:color w:val="000000"/>
        </w:rPr>
        <w:t>.</w:t>
      </w:r>
    </w:p>
    <w:p w14:paraId="17C9E6E4"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37AB767F" w14:textId="77777777" w:rsidR="004E51DE" w:rsidRPr="0062109A" w:rsidRDefault="00000000" w:rsidP="00211F8D">
      <w:pPr>
        <w:pStyle w:val="Cmsor2"/>
      </w:pPr>
      <w:bookmarkStart w:id="18" w:name="_Toc219475597"/>
      <w:proofErr w:type="spellStart"/>
      <w:r w:rsidRPr="0062109A">
        <w:t>Hírlevél</w:t>
      </w:r>
      <w:proofErr w:type="spellEnd"/>
      <w:r w:rsidRPr="0062109A">
        <w:rPr>
          <w:rFonts w:eastAsia="Times New Roman"/>
        </w:rPr>
        <w:t xml:space="preserve"> </w:t>
      </w:r>
      <w:proofErr w:type="spellStart"/>
      <w:r w:rsidRPr="0062109A">
        <w:t>küldése</w:t>
      </w:r>
      <w:bookmarkEnd w:id="18"/>
      <w:proofErr w:type="spellEnd"/>
    </w:p>
    <w:p w14:paraId="47EDAC6B" w14:textId="77777777" w:rsidR="004E51DE" w:rsidRPr="0062109A" w:rsidRDefault="00000000" w:rsidP="00211F8D">
      <w:pPr>
        <w:wordWrap w:val="0"/>
        <w:autoSpaceDE w:val="0"/>
        <w:autoSpaceDN w:val="0"/>
        <w:spacing w:before="189"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üzenetben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marketing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üzleti</w:t>
      </w:r>
      <w:proofErr w:type="spellEnd"/>
    </w:p>
    <w:p w14:paraId="03FC6D40"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eseményeiről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híreiről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legújabb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akcióiról</w:t>
      </w:r>
      <w:proofErr w:type="spellEnd"/>
      <w:r w:rsidRPr="0062109A">
        <w:rPr>
          <w:rFonts w:ascii="Times New Roman" w:eastAsia="MS Gothic" w:hAnsi="Times New Roman" w:cs="Times New Roman"/>
          <w:color w:val="000000"/>
        </w:rPr>
        <w:t>.</w:t>
      </w:r>
    </w:p>
    <w:p w14:paraId="05F7E4B4"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hírlevélre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feliratkozott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p>
    <w:p w14:paraId="120D8690"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kapcsolattartói</w:t>
      </w:r>
      <w:proofErr w:type="spellEnd"/>
      <w:r w:rsidRPr="0062109A">
        <w:rPr>
          <w:rFonts w:ascii="Times New Roman" w:eastAsia="MS Gothic" w:hAnsi="Times New Roman" w:cs="Times New Roman"/>
          <w:color w:val="000000"/>
        </w:rPr>
        <w:t>.</w:t>
      </w:r>
    </w:p>
    <w:p w14:paraId="2BF00C7E" w14:textId="77777777" w:rsidR="004E51DE" w:rsidRPr="0062109A" w:rsidRDefault="00000000" w:rsidP="00211F8D">
      <w:pPr>
        <w:wordWrap w:val="0"/>
        <w:autoSpaceDE w:val="0"/>
        <w:autoSpaceDN w:val="0"/>
        <w:spacing w:before="171" w:after="2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feliratkozó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vezetéknév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titulus),</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p>
    <w:p w14:paraId="331C10DF" w14:textId="77777777" w:rsidR="004E51DE" w:rsidRPr="0062109A" w:rsidRDefault="00000000" w:rsidP="00211F8D">
      <w:pPr>
        <w:wordWrap w:val="0"/>
        <w:autoSpaceDE w:val="0"/>
        <w:autoSpaceDN w:val="0"/>
        <w:spacing w:before="48" w:after="6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beosztása</w:t>
      </w:r>
      <w:proofErr w:type="spellEnd"/>
      <w:r w:rsidRPr="0062109A">
        <w:rPr>
          <w:rFonts w:ascii="Times New Roman" w:eastAsia="MS Gothic" w:hAnsi="Times New Roman" w:cs="Times New Roman"/>
          <w:color w:val="000000"/>
        </w:rPr>
        <w:t>.</w:t>
      </w:r>
    </w:p>
    <w:p w14:paraId="56BFFF58" w14:textId="77777777" w:rsidR="004E51DE" w:rsidRPr="0062109A" w:rsidRDefault="004E51DE" w:rsidP="00211F8D">
      <w:pPr>
        <w:wordWrap w:val="0"/>
        <w:autoSpaceDE w:val="0"/>
        <w:autoSpaceDN w:val="0"/>
        <w:spacing w:before="114"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868"/>
        <w:gridCol w:w="4871"/>
      </w:tblGrid>
      <w:tr w:rsidR="004E51DE" w:rsidRPr="0062109A" w14:paraId="4D5809AA" w14:textId="77777777">
        <w:trPr>
          <w:trHeight w:hRule="exact" w:val="401"/>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B3C5FC" w14:textId="77777777" w:rsidR="004E51DE" w:rsidRPr="0062109A" w:rsidRDefault="00000000" w:rsidP="00211F8D">
            <w:pPr>
              <w:wordWrap w:val="0"/>
              <w:autoSpaceDE w:val="0"/>
              <w:autoSpaceDN w:val="0"/>
              <w:spacing w:before="42" w:after="0" w:line="221" w:lineRule="exact"/>
              <w:ind w:left="876"/>
              <w:rPr>
                <w:rFonts w:ascii="Times New Roman" w:hAnsi="Times New Roman" w:cs="Times New Roman"/>
              </w:rPr>
            </w:pP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71BF276A" w14:textId="77777777" w:rsidR="004E51DE" w:rsidRPr="0062109A" w:rsidRDefault="00000000" w:rsidP="00211F8D">
            <w:pPr>
              <w:wordWrap w:val="0"/>
              <w:autoSpaceDE w:val="0"/>
              <w:autoSpaceDN w:val="0"/>
              <w:spacing w:before="42" w:after="0" w:line="221" w:lineRule="exact"/>
              <w:ind w:left="1469"/>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34CB2F19" w14:textId="77777777">
        <w:trPr>
          <w:trHeight w:hRule="exact" w:val="398"/>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7797D9"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vezeték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titulus</w:t>
            </w:r>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1809388D"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052D9D84" w14:textId="77777777">
        <w:trPr>
          <w:trHeight w:hRule="exact" w:val="670"/>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DA9C8F"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6AB508EA"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3E23F9A9"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1AC6E570" w14:textId="77777777">
        <w:trPr>
          <w:trHeight w:hRule="exact" w:val="672"/>
        </w:trPr>
        <w:tc>
          <w:tcPr>
            <w:tcW w:w="486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00919E"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feliratkozás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időpontja</w:t>
            </w:r>
            <w:proofErr w:type="spellEnd"/>
          </w:p>
        </w:tc>
        <w:tc>
          <w:tcPr>
            <w:tcW w:w="4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F2ADF"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elszámoltathatóság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törlésének</w:t>
            </w:r>
            <w:proofErr w:type="spellEnd"/>
          </w:p>
          <w:p w14:paraId="4E7C89FF"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időpontja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bl>
    <w:p w14:paraId="5B5CBF72" w14:textId="60FDBE41" w:rsidR="004E51DE" w:rsidRPr="0062109A" w:rsidRDefault="00000000" w:rsidP="00211F8D">
      <w:pPr>
        <w:wordWrap w:val="0"/>
        <w:autoSpaceDE w:val="0"/>
        <w:autoSpaceDN w:val="0"/>
        <w:spacing w:before="429" w:after="8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00D61189">
        <w:rPr>
          <w:rFonts w:ascii="Times New Roman" w:eastAsia="MS Gothic" w:hAnsi="Times New Roman" w:cs="Times New Roman"/>
          <w:b/>
          <w:color w:val="000000"/>
        </w:rPr>
        <w:br/>
      </w:r>
      <w:r w:rsidR="00D61189">
        <w:rPr>
          <w:rFonts w:ascii="Times New Roman" w:eastAsia="MS Gothic" w:hAnsi="Times New Roman" w:cs="Times New Roman"/>
          <w:b/>
          <w:color w:val="000000"/>
        </w:rPr>
        <w:br/>
      </w:r>
      <w:r w:rsidR="00D61189" w:rsidRPr="00D61189">
        <w:rPr>
          <w:rFonts w:ascii="Times New Roman" w:hAnsi="Times New Roman" w:cs="Times New Roman"/>
        </w:rPr>
        <w:t xml:space="preserve">Az </w:t>
      </w:r>
      <w:proofErr w:type="spellStart"/>
      <w:r w:rsidR="00D61189" w:rsidRPr="00D61189">
        <w:rPr>
          <w:rFonts w:ascii="Times New Roman" w:hAnsi="Times New Roman" w:cs="Times New Roman"/>
        </w:rPr>
        <w:t>adatkezelés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olyan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szerződés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teljesítéséhez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szükséges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amelyben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Ön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egyik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fél</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illetve</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az</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szerződés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megkötését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megelőzően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Ön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kérésére</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történő</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lépések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megtételéhez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szükséges</w:t>
      </w:r>
      <w:proofErr w:type="spellEnd"/>
      <w:r w:rsidR="00D61189" w:rsidRPr="00D61189">
        <w:rPr>
          <w:rFonts w:ascii="Times New Roman" w:hAnsi="Times New Roman" w:cs="Times New Roman"/>
        </w:rPr>
        <w:t>.</w:t>
      </w:r>
      <w:r w:rsidR="00D61189">
        <w:rPr>
          <w:rFonts w:ascii="Times New Roman" w:hAnsi="Times New Roman" w:cs="Times New Roman"/>
        </w:rPr>
        <w:br/>
      </w:r>
      <w:r w:rsidR="00D61189">
        <w:rPr>
          <w:rFonts w:ascii="Times New Roman" w:hAnsi="Times New Roman" w:cs="Times New Roman"/>
        </w:rPr>
        <w:br/>
      </w:r>
      <w:r w:rsidR="00D61189" w:rsidRPr="00D61189">
        <w:rPr>
          <w:rFonts w:ascii="Times New Roman" w:hAnsi="Times New Roman" w:cs="Times New Roman"/>
        </w:rPr>
        <w:t xml:space="preserve">Az </w:t>
      </w:r>
      <w:proofErr w:type="spellStart"/>
      <w:r w:rsidR="00D61189" w:rsidRPr="00D61189">
        <w:rPr>
          <w:rFonts w:ascii="Times New Roman" w:hAnsi="Times New Roman" w:cs="Times New Roman"/>
        </w:rPr>
        <w:t>Adatkezelő</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tájékoztatja</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Önt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arról</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hogy</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személyes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adat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szolgáltatása</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szerződéses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kötelezettségen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alapul</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és</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szerződés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kötésének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előfeltétele</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Amennyiben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Ön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személyes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adatainak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kezeléséhez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nem</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járul</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hozzá</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illetve</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nem</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teljesíti</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adatszolgáltatást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úgy</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szerződés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nem</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jön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létre</w:t>
      </w:r>
      <w:proofErr w:type="spellEnd"/>
      <w:r w:rsidR="00D61189" w:rsidRPr="00D61189">
        <w:rPr>
          <w:rFonts w:ascii="Times New Roman" w:hAnsi="Times New Roman" w:cs="Times New Roman"/>
        </w:rPr>
        <w:t xml:space="preserve">.  </w:t>
      </w:r>
    </w:p>
    <w:p w14:paraId="5F56E20F"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jogos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érdek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bemutatása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munkatársaihoz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p w14:paraId="232B373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kezelése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elengedhetetlenül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hírlevelek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tevékenységével</w:t>
      </w:r>
      <w:proofErr w:type="spellEnd"/>
    </w:p>
    <w:p w14:paraId="4BF0E8D4"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összefüggő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megküldéséhez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p>
    <w:p w14:paraId="7420F649"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érdekeit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tekintettel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hírleveleken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kézből</w:t>
      </w:r>
      <w:proofErr w:type="spellEnd"/>
    </w:p>
    <w:p w14:paraId="2F955697"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szerezhetnek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gazdasági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tevékenységéről</w:t>
      </w:r>
      <w:proofErr w:type="spellEnd"/>
      <w:r w:rsidRPr="0062109A">
        <w:rPr>
          <w:rFonts w:ascii="Times New Roman" w:eastAsia="MS Gothic" w:hAnsi="Times New Roman" w:cs="Times New Roman"/>
          <w:color w:val="000000"/>
        </w:rPr>
        <w:t>,</w:t>
      </w:r>
    </w:p>
    <w:p w14:paraId="0F27B34E" w14:textId="77777777" w:rsidR="004E51DE" w:rsidRPr="0062109A" w:rsidRDefault="00000000" w:rsidP="00211F8D">
      <w:pPr>
        <w:wordWrap w:val="0"/>
        <w:autoSpaceDE w:val="0"/>
        <w:autoSpaceDN w:val="0"/>
        <w:spacing w:before="51"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különböző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programjairól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akcióiról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eseményeiről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részvételi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lehetőségekről</w:t>
      </w:r>
      <w:proofErr w:type="spellEnd"/>
      <w:r w:rsidRPr="0062109A">
        <w:rPr>
          <w:rFonts w:ascii="Times New Roman" w:eastAsia="MS Gothic" w:hAnsi="Times New Roman" w:cs="Times New Roman"/>
          <w:color w:val="000000"/>
        </w:rPr>
        <w:t>.</w:t>
      </w:r>
    </w:p>
    <w:p w14:paraId="01165FA7"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w:t>
      </w:r>
      <w:r w:rsidRPr="0062109A">
        <w:rPr>
          <w:rFonts w:ascii="Times New Roman" w:eastAsia="MS Gothic" w:hAnsi="Times New Roman" w:cs="Times New Roman"/>
          <w:color w:val="000000"/>
          <w:w w:val="101"/>
        </w:rPr>
        <w:t>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adatkezelési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elérése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p>
    <w:p w14:paraId="52603281"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korlátozottan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fentiekkel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p>
    <w:p w14:paraId="4F7E587A"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kellő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tájékozódási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fentiek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p>
    <w:p w14:paraId="3D152EEA"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megállapítható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meghatározott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70B5A4BE"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adatkezelés</w:t>
      </w:r>
      <w:proofErr w:type="spellEnd"/>
      <w:r w:rsidRPr="0062109A">
        <w:rPr>
          <w:rFonts w:ascii="Times New Roman" w:eastAsia="MS Gothic" w:hAnsi="Times New Roman" w:cs="Times New Roman"/>
          <w:color w:val="000000"/>
        </w:rPr>
        <w:t>.</w:t>
      </w:r>
    </w:p>
    <w:p w14:paraId="037DEFC8"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ügyfél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érdekmérlegelési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szövegét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megtekinteni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11648EB8"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r w:rsidRPr="0062109A">
        <w:rPr>
          <w:rFonts w:ascii="Times New Roman" w:eastAsia="MS Gothic" w:hAnsi="Times New Roman" w:cs="Times New Roman"/>
          <w:color w:val="000000"/>
        </w:rPr>
        <w:t>1.1.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található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levélben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terjesztheti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w:t>
      </w:r>
      <w:proofErr w:type="spellEnd"/>
      <w:r w:rsidRPr="0062109A">
        <w:rPr>
          <w:rFonts w:ascii="Times New Roman" w:eastAsia="MS Gothic" w:hAnsi="Times New Roman" w:cs="Times New Roman"/>
          <w:color w:val="000000"/>
        </w:rPr>
        <w:t>.</w:t>
      </w:r>
    </w:p>
    <w:p w14:paraId="59C3F21F" w14:textId="77777777" w:rsidR="004E51DE" w:rsidRPr="0062109A" w:rsidRDefault="00000000" w:rsidP="00211F8D">
      <w:pPr>
        <w:wordWrap w:val="0"/>
        <w:autoSpaceDE w:val="0"/>
        <w:autoSpaceDN w:val="0"/>
        <w:spacing w:before="168" w:after="2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4D2C81D4"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3F7D7171" w14:textId="77777777" w:rsidR="004E51DE" w:rsidRPr="0062109A" w:rsidRDefault="00000000" w:rsidP="00211F8D">
      <w:pPr>
        <w:wordWrap w:val="0"/>
        <w:autoSpaceDE w:val="0"/>
        <w:autoSpaceDN w:val="0"/>
        <w:spacing w:before="171" w:after="289"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22F4FC06" w14:textId="77777777" w:rsidR="004E51DE" w:rsidRPr="0062109A" w:rsidRDefault="004E51DE" w:rsidP="00211F8D">
      <w:pPr>
        <w:spacing w:after="0"/>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2B7532B2" w14:textId="2BB1C8BF" w:rsidR="004E51DE" w:rsidRPr="0062109A" w:rsidRDefault="004E51DE" w:rsidP="00211F8D">
      <w:pPr>
        <w:wordWrap w:val="0"/>
        <w:autoSpaceDE w:val="0"/>
        <w:autoSpaceDN w:val="0"/>
        <w:spacing w:after="251" w:line="14" w:lineRule="exact"/>
        <w:rPr>
          <w:rFonts w:ascii="Times New Roman" w:hAnsi="Times New Roman" w:cs="Times New Roman"/>
        </w:rPr>
      </w:pPr>
    </w:p>
    <w:p w14:paraId="4A269933" w14:textId="77777777" w:rsidR="004E51DE" w:rsidRPr="0062109A" w:rsidRDefault="00000000" w:rsidP="00211F8D">
      <w:pPr>
        <w:wordWrap w:val="0"/>
        <w:autoSpaceDE w:val="0"/>
        <w:autoSpaceDN w:val="0"/>
        <w:spacing w:before="530" w:after="8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továbbítása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tárhelyszolgáltatójának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továbbítjuk</w:t>
      </w:r>
      <w:proofErr w:type="spellEnd"/>
      <w:r w:rsidRPr="0062109A">
        <w:rPr>
          <w:rFonts w:ascii="Times New Roman" w:eastAsia="MS Gothic" w:hAnsi="Times New Roman" w:cs="Times New Roman"/>
          <w:color w:val="000000"/>
        </w:rPr>
        <w:t>.</w:t>
      </w:r>
    </w:p>
    <w:p w14:paraId="45D01EC1"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p>
    <w:p w14:paraId="1628AB42" w14:textId="033D24D1" w:rsidR="004E51DE" w:rsidRPr="0062109A" w:rsidRDefault="00D61189" w:rsidP="00211F8D">
      <w:pPr>
        <w:wordWrap w:val="0"/>
        <w:autoSpaceDE w:val="0"/>
        <w:autoSpaceDN w:val="0"/>
        <w:spacing w:before="170" w:after="24" w:line="221" w:lineRule="exact"/>
        <w:ind w:left="69"/>
        <w:rPr>
          <w:rFonts w:ascii="Times New Roman" w:hAnsi="Times New Roman" w:cs="Times New Roman"/>
        </w:rPr>
      </w:pPr>
      <w:r w:rsidRPr="00D61189">
        <w:rPr>
          <w:rFonts w:ascii="Times New Roman" w:eastAsia="MS Gothic" w:hAnsi="Times New Roman" w:cs="Times New Roman"/>
          <w:color w:val="000000"/>
        </w:rPr>
        <w:t xml:space="preserve">Az </w:t>
      </w:r>
      <w:proofErr w:type="spellStart"/>
      <w:r w:rsidRPr="00D61189">
        <w:rPr>
          <w:rFonts w:ascii="Times New Roman" w:eastAsia="MS Gothic" w:hAnsi="Times New Roman" w:cs="Times New Roman"/>
          <w:color w:val="000000"/>
        </w:rPr>
        <w:t>adatkezelés</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időtartama</w:t>
      </w:r>
      <w:proofErr w:type="spellEnd"/>
      <w:r w:rsidRPr="00D61189">
        <w:rPr>
          <w:rFonts w:ascii="Times New Roman" w:eastAsia="MS Gothic" w:hAnsi="Times New Roman" w:cs="Times New Roman"/>
          <w:color w:val="000000"/>
        </w:rPr>
        <w:t xml:space="preserve"> Az </w:t>
      </w:r>
      <w:proofErr w:type="spellStart"/>
      <w:r w:rsidRPr="00D61189">
        <w:rPr>
          <w:rFonts w:ascii="Times New Roman" w:eastAsia="MS Gothic" w:hAnsi="Times New Roman" w:cs="Times New Roman"/>
          <w:color w:val="000000"/>
        </w:rPr>
        <w:t>Adatkezelő</w:t>
      </w:r>
      <w:proofErr w:type="spellEnd"/>
      <w:r w:rsidRPr="00D61189">
        <w:rPr>
          <w:rFonts w:ascii="Times New Roman" w:eastAsia="MS Gothic" w:hAnsi="Times New Roman" w:cs="Times New Roman"/>
          <w:color w:val="000000"/>
        </w:rPr>
        <w:t xml:space="preserve"> a </w:t>
      </w:r>
      <w:proofErr w:type="spellStart"/>
      <w:r w:rsidRPr="00D61189">
        <w:rPr>
          <w:rFonts w:ascii="Times New Roman" w:eastAsia="MS Gothic" w:hAnsi="Times New Roman" w:cs="Times New Roman"/>
          <w:color w:val="000000"/>
        </w:rPr>
        <w:t>személyes</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adatait</w:t>
      </w:r>
      <w:proofErr w:type="spellEnd"/>
      <w:r w:rsidRPr="00D61189">
        <w:rPr>
          <w:rFonts w:ascii="Times New Roman" w:eastAsia="MS Gothic" w:hAnsi="Times New Roman" w:cs="Times New Roman"/>
          <w:color w:val="000000"/>
        </w:rPr>
        <w:t xml:space="preserve"> a </w:t>
      </w:r>
      <w:proofErr w:type="spellStart"/>
      <w:r w:rsidRPr="00D61189">
        <w:rPr>
          <w:rFonts w:ascii="Times New Roman" w:eastAsia="MS Gothic" w:hAnsi="Times New Roman" w:cs="Times New Roman"/>
          <w:color w:val="000000"/>
        </w:rPr>
        <w:t>szerződésből</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fakadó</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követelések</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érvényesíthetőségének</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elévüléséig</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valamint</w:t>
      </w:r>
      <w:proofErr w:type="spellEnd"/>
      <w:r w:rsidRPr="00D61189">
        <w:rPr>
          <w:rFonts w:ascii="Times New Roman" w:eastAsia="MS Gothic" w:hAnsi="Times New Roman" w:cs="Times New Roman"/>
          <w:color w:val="000000"/>
        </w:rPr>
        <w:t xml:space="preserve"> a </w:t>
      </w:r>
      <w:proofErr w:type="spellStart"/>
      <w:r w:rsidRPr="00D61189">
        <w:rPr>
          <w:rFonts w:ascii="Times New Roman" w:eastAsia="MS Gothic" w:hAnsi="Times New Roman" w:cs="Times New Roman"/>
          <w:color w:val="000000"/>
        </w:rPr>
        <w:t>kapcsolódó</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jogszabályok</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által</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előírt</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időtartamig</w:t>
      </w:r>
      <w:proofErr w:type="spellEnd"/>
      <w:r w:rsidRPr="00D61189">
        <w:rPr>
          <w:rFonts w:ascii="Times New Roman" w:eastAsia="MS Gothic" w:hAnsi="Times New Roman" w:cs="Times New Roman"/>
          <w:color w:val="000000"/>
        </w:rPr>
        <w:t xml:space="preserve">, de </w:t>
      </w:r>
      <w:proofErr w:type="spellStart"/>
      <w:r w:rsidRPr="00D61189">
        <w:rPr>
          <w:rFonts w:ascii="Times New Roman" w:eastAsia="MS Gothic" w:hAnsi="Times New Roman" w:cs="Times New Roman"/>
          <w:color w:val="000000"/>
        </w:rPr>
        <w:t>legalább</w:t>
      </w:r>
      <w:proofErr w:type="spellEnd"/>
      <w:r w:rsidRPr="00D61189">
        <w:rPr>
          <w:rFonts w:ascii="Times New Roman" w:eastAsia="MS Gothic" w:hAnsi="Times New Roman" w:cs="Times New Roman"/>
          <w:color w:val="000000"/>
        </w:rPr>
        <w:t xml:space="preserve"> a </w:t>
      </w:r>
      <w:proofErr w:type="spellStart"/>
      <w:r w:rsidRPr="00D61189">
        <w:rPr>
          <w:rFonts w:ascii="Times New Roman" w:eastAsia="MS Gothic" w:hAnsi="Times New Roman" w:cs="Times New Roman"/>
          <w:color w:val="000000"/>
        </w:rPr>
        <w:t>számvitelről</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szóló</w:t>
      </w:r>
      <w:proofErr w:type="spellEnd"/>
      <w:r w:rsidRPr="00D61189">
        <w:rPr>
          <w:rFonts w:ascii="Times New Roman" w:eastAsia="MS Gothic" w:hAnsi="Times New Roman" w:cs="Times New Roman"/>
          <w:color w:val="000000"/>
        </w:rPr>
        <w:t xml:space="preserve"> 2000. </w:t>
      </w:r>
      <w:proofErr w:type="spellStart"/>
      <w:r w:rsidRPr="00D61189">
        <w:rPr>
          <w:rFonts w:ascii="Times New Roman" w:eastAsia="MS Gothic" w:hAnsi="Times New Roman" w:cs="Times New Roman"/>
          <w:color w:val="000000"/>
        </w:rPr>
        <w:t>évi</w:t>
      </w:r>
      <w:proofErr w:type="spellEnd"/>
      <w:r w:rsidRPr="00D61189">
        <w:rPr>
          <w:rFonts w:ascii="Times New Roman" w:eastAsia="MS Gothic" w:hAnsi="Times New Roman" w:cs="Times New Roman"/>
          <w:color w:val="000000"/>
        </w:rPr>
        <w:t xml:space="preserve"> C. </w:t>
      </w:r>
      <w:proofErr w:type="spellStart"/>
      <w:r w:rsidRPr="00D61189">
        <w:rPr>
          <w:rFonts w:ascii="Times New Roman" w:eastAsia="MS Gothic" w:hAnsi="Times New Roman" w:cs="Times New Roman"/>
          <w:color w:val="000000"/>
        </w:rPr>
        <w:t>törvény</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számviteli</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bizonylatok</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megőrzési</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kötelezettségére</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vonatkozó</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rendelkezések</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szerinti</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időtartamig</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azaz</w:t>
      </w:r>
      <w:proofErr w:type="spellEnd"/>
      <w:r w:rsidRPr="00D61189">
        <w:rPr>
          <w:rFonts w:ascii="Times New Roman" w:eastAsia="MS Gothic" w:hAnsi="Times New Roman" w:cs="Times New Roman"/>
          <w:color w:val="000000"/>
        </w:rPr>
        <w:t xml:space="preserve"> 8 </w:t>
      </w:r>
      <w:proofErr w:type="spellStart"/>
      <w:r w:rsidRPr="00D61189">
        <w:rPr>
          <w:rFonts w:ascii="Times New Roman" w:eastAsia="MS Gothic" w:hAnsi="Times New Roman" w:cs="Times New Roman"/>
          <w:color w:val="000000"/>
        </w:rPr>
        <w:t>évig</w:t>
      </w:r>
      <w:proofErr w:type="spellEnd"/>
      <w:r w:rsidRPr="00D61189">
        <w:rPr>
          <w:rFonts w:ascii="Times New Roman" w:eastAsia="MS Gothic" w:hAnsi="Times New Roman" w:cs="Times New Roman"/>
          <w:color w:val="000000"/>
        </w:rPr>
        <w:t xml:space="preserve"> </w:t>
      </w:r>
      <w:proofErr w:type="spellStart"/>
      <w:r w:rsidRPr="00D61189">
        <w:rPr>
          <w:rFonts w:ascii="Times New Roman" w:eastAsia="MS Gothic" w:hAnsi="Times New Roman" w:cs="Times New Roman"/>
          <w:color w:val="000000"/>
        </w:rPr>
        <w:t>kezeli</w:t>
      </w:r>
      <w:proofErr w:type="spellEnd"/>
      <w:r w:rsidRPr="00D61189">
        <w:rPr>
          <w:rFonts w:ascii="Times New Roman" w:eastAsia="MS Gothic" w:hAnsi="Times New Roman" w:cs="Times New Roman"/>
          <w:color w:val="000000"/>
        </w:rPr>
        <w:t xml:space="preserve">. </w:t>
      </w:r>
      <w:r w:rsidR="00000000" w:rsidRPr="0062109A">
        <w:rPr>
          <w:rFonts w:ascii="Times New Roman" w:eastAsia="MS Gothic" w:hAnsi="Times New Roman" w:cs="Times New Roman"/>
          <w:b/>
          <w:color w:val="000000"/>
        </w:rPr>
        <w:t>Az</w:t>
      </w:r>
      <w:r w:rsidR="00000000" w:rsidRPr="0062109A">
        <w:rPr>
          <w:rFonts w:ascii="Times New Roman" w:eastAsia="Times New Roman" w:hAnsi="Times New Roman" w:cs="Times New Roman"/>
          <w:b/>
          <w:color w:val="000000"/>
        </w:rPr>
        <w:t xml:space="preserve"> </w:t>
      </w:r>
      <w:proofErr w:type="spellStart"/>
      <w:r w:rsidR="00000000" w:rsidRPr="0062109A">
        <w:rPr>
          <w:rFonts w:ascii="Times New Roman" w:eastAsia="MS Gothic" w:hAnsi="Times New Roman" w:cs="Times New Roman"/>
          <w:b/>
          <w:color w:val="000000"/>
          <w:w w:val="101"/>
        </w:rPr>
        <w:t>adattárolás</w:t>
      </w:r>
      <w:proofErr w:type="spellEnd"/>
      <w:r w:rsidR="00000000" w:rsidRPr="0062109A">
        <w:rPr>
          <w:rFonts w:ascii="Times New Roman" w:eastAsia="Times New Roman" w:hAnsi="Times New Roman" w:cs="Times New Roman"/>
          <w:b/>
          <w:color w:val="000000"/>
        </w:rPr>
        <w:t xml:space="preserve"> </w:t>
      </w:r>
      <w:proofErr w:type="spellStart"/>
      <w:r w:rsidR="00000000" w:rsidRPr="0062109A">
        <w:rPr>
          <w:rFonts w:ascii="Times New Roman" w:eastAsia="MS Gothic" w:hAnsi="Times New Roman" w:cs="Times New Roman"/>
          <w:b/>
          <w:color w:val="000000"/>
        </w:rPr>
        <w:t>módja</w:t>
      </w:r>
      <w:proofErr w:type="spellEnd"/>
      <w:r w:rsidR="00000000" w:rsidRPr="0062109A">
        <w:rPr>
          <w:rFonts w:ascii="Times New Roman" w:eastAsia="MS Gothic" w:hAnsi="Times New Roman" w:cs="Times New Roman"/>
          <w:b/>
          <w:color w:val="000000"/>
        </w:rPr>
        <w:t>:</w:t>
      </w:r>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az</w:t>
      </w:r>
      <w:proofErr w:type="spellEnd"/>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Adatkezelő</w:t>
      </w:r>
      <w:proofErr w:type="spellEnd"/>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fizikailag</w:t>
      </w:r>
      <w:proofErr w:type="spellEnd"/>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védett</w:t>
      </w:r>
      <w:proofErr w:type="spellEnd"/>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irodai</w:t>
      </w:r>
      <w:proofErr w:type="spellEnd"/>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helyiségeiben</w:t>
      </w:r>
      <w:proofErr w:type="spellEnd"/>
      <w:r w:rsidR="00000000" w:rsidRPr="0062109A">
        <w:rPr>
          <w:rFonts w:ascii="Times New Roman" w:eastAsia="MS Gothic" w:hAnsi="Times New Roman" w:cs="Times New Roman"/>
          <w:color w:val="000000"/>
        </w:rPr>
        <w:t>,</w:t>
      </w:r>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irattárában</w:t>
      </w:r>
      <w:proofErr w:type="spellEnd"/>
      <w:r w:rsidR="00000000" w:rsidRPr="0062109A">
        <w:rPr>
          <w:rFonts w:ascii="Times New Roman" w:eastAsia="Times New Roman" w:hAnsi="Times New Roman" w:cs="Times New Roman"/>
          <w:color w:val="000000"/>
        </w:rPr>
        <w:t xml:space="preserve"> </w:t>
      </w:r>
      <w:proofErr w:type="spellStart"/>
      <w:r w:rsidR="00000000" w:rsidRPr="0062109A">
        <w:rPr>
          <w:rFonts w:ascii="Times New Roman" w:eastAsia="MS Gothic" w:hAnsi="Times New Roman" w:cs="Times New Roman"/>
          <w:color w:val="000000"/>
        </w:rPr>
        <w:t>papír</w:t>
      </w:r>
      <w:proofErr w:type="spellEnd"/>
    </w:p>
    <w:p w14:paraId="313ED087"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51D2A4CE"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190963E8"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hírlevélhez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184A726E"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7B14B3CF" w14:textId="77777777" w:rsidR="004E51DE" w:rsidRPr="0062109A" w:rsidRDefault="00000000" w:rsidP="00211F8D">
      <w:pPr>
        <w:wordWrap w:val="0"/>
        <w:autoSpaceDE w:val="0"/>
        <w:autoSpaceDN w:val="0"/>
        <w:spacing w:before="170"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644301D6" w14:textId="77777777" w:rsidR="004E51DE" w:rsidRPr="0062109A" w:rsidRDefault="00000000" w:rsidP="00211F8D">
      <w:pPr>
        <w:wordWrap w:val="0"/>
        <w:autoSpaceDE w:val="0"/>
        <w:autoSpaceDN w:val="0"/>
        <w:spacing w:before="48"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79AA4F79"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15B7C1E8" w14:textId="77777777" w:rsidR="004E51DE" w:rsidRPr="0062109A" w:rsidRDefault="00000000" w:rsidP="00211F8D">
      <w:pPr>
        <w:wordWrap w:val="0"/>
        <w:autoSpaceDE w:val="0"/>
        <w:autoSpaceDN w:val="0"/>
        <w:spacing w:before="51"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r w:rsidRPr="0062109A">
        <w:rPr>
          <w:rFonts w:ascii="Times New Roman" w:eastAsia="MS Gothic" w:hAnsi="Times New Roman" w:cs="Times New Roman"/>
          <w:color w:val="000000"/>
        </w:rPr>
        <w:t>,</w:t>
      </w:r>
    </w:p>
    <w:p w14:paraId="459698F4" w14:textId="77777777" w:rsidR="004E51DE" w:rsidRPr="0062109A" w:rsidRDefault="00000000" w:rsidP="00211F8D">
      <w:pPr>
        <w:wordWrap w:val="0"/>
        <w:autoSpaceDE w:val="0"/>
        <w:autoSpaceDN w:val="0"/>
        <w:spacing w:before="48"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3D76A0E8"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adathordozásához</w:t>
      </w:r>
      <w:proofErr w:type="spellEnd"/>
      <w:r w:rsidRPr="0062109A">
        <w:rPr>
          <w:rFonts w:ascii="Times New Roman" w:eastAsia="MS Gothic" w:hAnsi="Times New Roman" w:cs="Times New Roman"/>
          <w:color w:val="000000"/>
        </w:rPr>
        <w:t>,</w:t>
      </w:r>
    </w:p>
    <w:p w14:paraId="0B07BD13" w14:textId="77777777" w:rsidR="004E51DE" w:rsidRPr="0062109A" w:rsidRDefault="00000000" w:rsidP="00211F8D">
      <w:pPr>
        <w:wordWrap w:val="0"/>
        <w:autoSpaceDE w:val="0"/>
        <w:autoSpaceDN w:val="0"/>
        <w:spacing w:before="50" w:after="8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42ED3EBF"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Magánszemély</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ügyfél</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99"/>
        </w:rPr>
        <w:t>hozzájárulását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bármikor</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visszavonhatja</w:t>
      </w:r>
      <w:proofErr w:type="spellEnd"/>
      <w:r w:rsidRPr="0062109A">
        <w:rPr>
          <w:rFonts w:ascii="Times New Roman" w:eastAsia="MS Gothic" w:hAnsi="Times New Roman" w:cs="Times New Roman"/>
          <w:b/>
          <w:color w:val="000000"/>
        </w:rPr>
        <w:t>.</w:t>
      </w:r>
    </w:p>
    <w:p w14:paraId="228CEBBF"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r w:rsidRPr="0062109A">
        <w:rPr>
          <w:rFonts w:ascii="Times New Roman" w:eastAsia="MS Gothic" w:hAnsi="Times New Roman" w:cs="Times New Roman"/>
          <w:b/>
          <w:color w:val="000000"/>
        </w:rPr>
        <w:t>Jogi</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ügyfelünk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élhet</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tiltakozás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jogával</w:t>
      </w:r>
      <w:proofErr w:type="spellEnd"/>
      <w:r w:rsidRPr="0062109A">
        <w:rPr>
          <w:rFonts w:ascii="Times New Roman" w:eastAsia="MS Gothic" w:hAnsi="Times New Roman" w:cs="Times New Roman"/>
          <w:b/>
          <w:color w:val="000000"/>
        </w:rPr>
        <w:t>.</w:t>
      </w:r>
    </w:p>
    <w:p w14:paraId="133CC75F"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1DB937D8" w14:textId="77777777" w:rsidR="004E51DE" w:rsidRPr="0062109A" w:rsidRDefault="00000000" w:rsidP="00211F8D">
      <w:pPr>
        <w:pStyle w:val="Cmsor2"/>
      </w:pPr>
      <w:bookmarkStart w:id="19" w:name="_Toc219475598"/>
      <w:proofErr w:type="spellStart"/>
      <w:r w:rsidRPr="0062109A">
        <w:t>Ügyfélvélemény</w:t>
      </w:r>
      <w:proofErr w:type="spellEnd"/>
      <w:r w:rsidRPr="0062109A">
        <w:rPr>
          <w:rFonts w:eastAsia="Times New Roman"/>
        </w:rPr>
        <w:t xml:space="preserve"> </w:t>
      </w:r>
      <w:r w:rsidRPr="0062109A">
        <w:t>(</w:t>
      </w:r>
      <w:proofErr w:type="spellStart"/>
      <w:r w:rsidRPr="0062109A">
        <w:rPr>
          <w:w w:val="101"/>
        </w:rPr>
        <w:t>hozzászólás</w:t>
      </w:r>
      <w:proofErr w:type="spellEnd"/>
      <w:r w:rsidRPr="0062109A">
        <w:t>)</w:t>
      </w:r>
      <w:r w:rsidRPr="0062109A">
        <w:rPr>
          <w:rFonts w:eastAsia="Times New Roman"/>
        </w:rPr>
        <w:t xml:space="preserve"> </w:t>
      </w:r>
      <w:proofErr w:type="spellStart"/>
      <w:r w:rsidRPr="0062109A">
        <w:t>megjelentetése</w:t>
      </w:r>
      <w:proofErr w:type="spellEnd"/>
      <w:r w:rsidRPr="0062109A">
        <w:rPr>
          <w:rFonts w:eastAsia="Times New Roman"/>
        </w:rPr>
        <w:t xml:space="preserve"> </w:t>
      </w:r>
      <w:r w:rsidRPr="0062109A">
        <w:t>a</w:t>
      </w:r>
      <w:r w:rsidRPr="0062109A">
        <w:rPr>
          <w:rFonts w:eastAsia="Times New Roman"/>
        </w:rPr>
        <w:t xml:space="preserve"> </w:t>
      </w:r>
      <w:proofErr w:type="spellStart"/>
      <w:r w:rsidRPr="0062109A">
        <w:t>társaság</w:t>
      </w:r>
      <w:proofErr w:type="spellEnd"/>
      <w:r w:rsidRPr="0062109A">
        <w:rPr>
          <w:rFonts w:eastAsia="Times New Roman"/>
        </w:rPr>
        <w:t xml:space="preserve"> </w:t>
      </w:r>
      <w:proofErr w:type="spellStart"/>
      <w:r w:rsidRPr="0062109A">
        <w:rPr>
          <w:w w:val="101"/>
        </w:rPr>
        <w:t>közösségi</w:t>
      </w:r>
      <w:proofErr w:type="spellEnd"/>
      <w:r w:rsidRPr="0062109A">
        <w:rPr>
          <w:rFonts w:eastAsia="Times New Roman"/>
        </w:rPr>
        <w:t xml:space="preserve"> </w:t>
      </w:r>
      <w:proofErr w:type="spellStart"/>
      <w:r w:rsidRPr="0062109A">
        <w:t>oldalán</w:t>
      </w:r>
      <w:bookmarkEnd w:id="19"/>
      <w:proofErr w:type="spellEnd"/>
    </w:p>
    <w:p w14:paraId="65A01303"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színvonalának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növelése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p>
    <w:p w14:paraId="4906471C"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megadhatják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véleményüket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szolgáltatásról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10E2E207"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101"/>
        </w:rPr>
        <w:t>közösségi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oldalán</w:t>
      </w:r>
      <w:proofErr w:type="spellEnd"/>
      <w:r w:rsidRPr="0062109A">
        <w:rPr>
          <w:rFonts w:ascii="Times New Roman" w:eastAsia="MS Gothic" w:hAnsi="Times New Roman" w:cs="Times New Roman"/>
          <w:color w:val="000000"/>
        </w:rPr>
        <w:t>.</w:t>
      </w:r>
    </w:p>
    <w:p w14:paraId="6B05ECC0"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Kérjük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hozzászólásban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adjanak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önmagukról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másokról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MS Gothic" w:hAnsi="Times New Roman" w:cs="Times New Roman"/>
          <w:color w:val="000000"/>
        </w:rPr>
        <w:t>!</w:t>
      </w:r>
    </w:p>
    <w:p w14:paraId="5D586328"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w:t>
      </w:r>
      <w:r w:rsidRPr="0062109A">
        <w:rPr>
          <w:rFonts w:ascii="Times New Roman" w:eastAsia="MS Gothic" w:hAnsi="Times New Roman" w:cs="Times New Roman"/>
          <w:color w:val="000000"/>
          <w:w w:val="101"/>
        </w:rPr>
        <w:t>özösségi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véleményt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rögzítő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MS Gothic" w:hAnsi="Times New Roman" w:cs="Times New Roman"/>
          <w:color w:val="000000"/>
        </w:rPr>
        <w:t>.</w:t>
      </w:r>
    </w:p>
    <w:p w14:paraId="22E0D478" w14:textId="77777777" w:rsidR="004E51DE" w:rsidRPr="0062109A" w:rsidRDefault="00000000" w:rsidP="00211F8D">
      <w:pPr>
        <w:wordWrap w:val="0"/>
        <w:autoSpaceDE w:val="0"/>
        <w:autoSpaceDN w:val="0"/>
        <w:spacing w:before="170" w:after="6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felhasználónév</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hozzászólása</w:t>
      </w:r>
      <w:proofErr w:type="spellEnd"/>
      <w:r w:rsidRPr="0062109A">
        <w:rPr>
          <w:rFonts w:ascii="Times New Roman" w:eastAsia="MS Gothic" w:hAnsi="Times New Roman" w:cs="Times New Roman"/>
          <w:color w:val="000000"/>
        </w:rPr>
        <w:t>.</w:t>
      </w:r>
    </w:p>
    <w:p w14:paraId="2643B864" w14:textId="77777777" w:rsidR="004E51DE" w:rsidRPr="0062109A" w:rsidRDefault="004E51DE" w:rsidP="00211F8D">
      <w:pPr>
        <w:wordWrap w:val="0"/>
        <w:autoSpaceDE w:val="0"/>
        <w:autoSpaceDN w:val="0"/>
        <w:spacing w:before="114"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520"/>
        <w:gridCol w:w="4544"/>
      </w:tblGrid>
      <w:tr w:rsidR="004E51DE" w:rsidRPr="0062109A" w14:paraId="53660959"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05A208" w14:textId="77777777" w:rsidR="004E51DE" w:rsidRPr="0062109A" w:rsidRDefault="00000000" w:rsidP="00211F8D">
            <w:pPr>
              <w:wordWrap w:val="0"/>
              <w:autoSpaceDE w:val="0"/>
              <w:autoSpaceDN w:val="0"/>
              <w:spacing w:before="39" w:after="0" w:line="221" w:lineRule="exact"/>
              <w:ind w:left="704"/>
              <w:rPr>
                <w:rFonts w:ascii="Times New Roman" w:hAnsi="Times New Roman" w:cs="Times New Roman"/>
              </w:rPr>
            </w:pP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45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25CE3E" w14:textId="77777777" w:rsidR="004E51DE" w:rsidRPr="0062109A" w:rsidRDefault="00000000" w:rsidP="00211F8D">
            <w:pPr>
              <w:wordWrap w:val="0"/>
              <w:autoSpaceDE w:val="0"/>
              <w:autoSpaceDN w:val="0"/>
              <w:spacing w:before="39" w:after="0" w:line="221" w:lineRule="exact"/>
              <w:ind w:left="1308"/>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45A088AF" w14:textId="77777777">
        <w:trPr>
          <w:trHeight w:hRule="exact" w:val="1479"/>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817998"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profilban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p>
          <w:p w14:paraId="5E228306"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fénykép</w:t>
            </w:r>
            <w:proofErr w:type="spellEnd"/>
          </w:p>
        </w:tc>
        <w:tc>
          <w:tcPr>
            <w:tcW w:w="45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96FF8"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hozzászóláshoz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1E19616D"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rendelkeznie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p>
          <w:p w14:paraId="4EBB4E77" w14:textId="77777777" w:rsidR="004E51DE" w:rsidRPr="0062109A" w:rsidRDefault="00000000" w:rsidP="00211F8D">
            <w:pPr>
              <w:wordWrap w:val="0"/>
              <w:autoSpaceDE w:val="0"/>
              <w:autoSpaceDN w:val="0"/>
              <w:spacing w:before="50"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profillal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melynek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többi</w:t>
            </w:r>
            <w:proofErr w:type="spellEnd"/>
          </w:p>
          <w:p w14:paraId="02BE0A18"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részben</w:t>
            </w:r>
            <w:proofErr w:type="spellEnd"/>
          </w:p>
          <w:p w14:paraId="4F95EC8C"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publikusak</w:t>
            </w:r>
            <w:proofErr w:type="spellEnd"/>
          </w:p>
        </w:tc>
      </w:tr>
      <w:tr w:rsidR="004E51DE" w:rsidRPr="0062109A" w14:paraId="79CC9F99" w14:textId="77777777">
        <w:trPr>
          <w:trHeight w:hRule="exact" w:val="67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A8798A"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w w:val="101"/>
              </w:rPr>
              <w:t>hozzászólás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szövege</w:t>
            </w:r>
            <w:proofErr w:type="spellEnd"/>
          </w:p>
        </w:tc>
        <w:tc>
          <w:tcPr>
            <w:tcW w:w="45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4B8669"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teljesítéséhez</w:t>
            </w:r>
            <w:proofErr w:type="spellEnd"/>
          </w:p>
          <w:p w14:paraId="28705DD6"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5F823E49" w14:textId="77777777">
        <w:trPr>
          <w:trHeight w:hRule="exact" w:val="938"/>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A13AE03"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termék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szolgáltatásról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publikus</w:t>
            </w:r>
            <w:proofErr w:type="spellEnd"/>
          </w:p>
          <w:p w14:paraId="200785A1"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vélemény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hozzászóló</w:t>
            </w:r>
            <w:proofErr w:type="spellEnd"/>
          </w:p>
          <w:p w14:paraId="5B9E317A"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vásárlásának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ideje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azonosítója</w:t>
            </w:r>
            <w:proofErr w:type="spellEnd"/>
          </w:p>
        </w:tc>
        <w:tc>
          <w:tcPr>
            <w:tcW w:w="45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EDCF3CE"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vásárlás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igazoltságának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tényéhez</w:t>
            </w:r>
            <w:proofErr w:type="spellEnd"/>
          </w:p>
          <w:p w14:paraId="5D82018C"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bl>
    <w:p w14:paraId="229C5BF9" w14:textId="77777777" w:rsidR="004E51DE" w:rsidRPr="0062109A" w:rsidRDefault="00000000" w:rsidP="00211F8D">
      <w:pPr>
        <w:wordWrap w:val="0"/>
        <w:autoSpaceDE w:val="0"/>
        <w:autoSpaceDN w:val="0"/>
        <w:spacing w:before="431"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önkéntes</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konkrét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megfelelő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tájékoztatáson</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alapuló</w:t>
      </w:r>
      <w:proofErr w:type="spellEnd"/>
    </w:p>
    <w:p w14:paraId="6381370C" w14:textId="77777777" w:rsidR="004E51DE" w:rsidRPr="0062109A" w:rsidRDefault="00000000" w:rsidP="00211F8D">
      <w:pPr>
        <w:wordWrap w:val="0"/>
        <w:autoSpaceDE w:val="0"/>
        <w:autoSpaceDN w:val="0"/>
        <w:spacing w:before="48" w:after="499"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hozzájárulása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w:t>
      </w:r>
      <w:proofErr w:type="spellEnd"/>
      <w:r w:rsidRPr="0062109A">
        <w:rPr>
          <w:rFonts w:ascii="Times New Roman" w:eastAsia="MS Gothic" w:hAnsi="Times New Roman" w:cs="Times New Roman"/>
          <w:color w:val="000000"/>
        </w:rPr>
        <w:t>).</w:t>
      </w:r>
    </w:p>
    <w:p w14:paraId="2D0B3CD4" w14:textId="161A2197" w:rsidR="004E51DE" w:rsidRPr="0062109A" w:rsidRDefault="004E51DE" w:rsidP="00211F8D">
      <w:pPr>
        <w:wordWrap w:val="0"/>
        <w:autoSpaceDE w:val="0"/>
        <w:autoSpaceDN w:val="0"/>
        <w:spacing w:before="999" w:after="0" w:line="221" w:lineRule="exact"/>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23295414" w14:textId="7321AFA0" w:rsidR="004E51DE" w:rsidRPr="0062109A" w:rsidRDefault="004E51DE" w:rsidP="00211F8D">
      <w:pPr>
        <w:wordWrap w:val="0"/>
        <w:autoSpaceDE w:val="0"/>
        <w:autoSpaceDN w:val="0"/>
        <w:spacing w:after="251" w:line="14" w:lineRule="exact"/>
        <w:rPr>
          <w:rFonts w:ascii="Times New Roman" w:hAnsi="Times New Roman" w:cs="Times New Roman"/>
        </w:rPr>
      </w:pPr>
    </w:p>
    <w:p w14:paraId="038B4C8D" w14:textId="77777777" w:rsidR="004E51DE" w:rsidRPr="0062109A" w:rsidRDefault="00000000" w:rsidP="00211F8D">
      <w:pPr>
        <w:wordWrap w:val="0"/>
        <w:autoSpaceDE w:val="0"/>
        <w:autoSpaceDN w:val="0"/>
        <w:spacing w:before="530" w:after="2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12046311"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4D592C3C" w14:textId="77777777" w:rsidR="004E51DE" w:rsidRPr="0062109A" w:rsidRDefault="00000000" w:rsidP="00211F8D">
      <w:pPr>
        <w:wordWrap w:val="0"/>
        <w:autoSpaceDE w:val="0"/>
        <w:autoSpaceDN w:val="0"/>
        <w:spacing w:before="171"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7102E850"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továbbítása</w:t>
      </w:r>
      <w:proofErr w:type="spellEnd"/>
    </w:p>
    <w:p w14:paraId="17974232"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tárhelyszolgáltatójának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proofErr w:type="gramStart"/>
      <w:r w:rsidRPr="0062109A">
        <w:rPr>
          <w:rFonts w:ascii="Times New Roman" w:eastAsia="MS Gothic" w:hAnsi="Times New Roman" w:cs="Times New Roman"/>
          <w:color w:val="000000"/>
        </w:rPr>
        <w:t>a</w:t>
      </w:r>
      <w:proofErr w:type="gram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közösségi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oldalának</w:t>
      </w:r>
      <w:proofErr w:type="spellEnd"/>
    </w:p>
    <w:p w14:paraId="20D338D4"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gramStart"/>
      <w:r w:rsidRPr="0062109A">
        <w:rPr>
          <w:rFonts w:ascii="Times New Roman" w:eastAsia="MS Gothic" w:hAnsi="Times New Roman" w:cs="Times New Roman"/>
          <w:color w:val="000000"/>
        </w:rPr>
        <w:t>szolgáltatója:MetaPlatformsIrelandLtd</w:t>
      </w:r>
      <w:proofErr w:type="gramEnd"/>
      <w:r w:rsidRPr="0062109A">
        <w:rPr>
          <w:rFonts w:ascii="Times New Roman" w:eastAsia="MS Gothic" w:hAnsi="Times New Roman" w:cs="Times New Roman"/>
          <w:color w:val="000000"/>
        </w:rPr>
        <w:t>.4GrandCanalSquareGrandCanalHarbourDublin</w:t>
      </w:r>
    </w:p>
    <w:p w14:paraId="6237ED7D"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Ireland,</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mint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önálló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végzi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tájékoztatója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elérhető</w:t>
      </w:r>
      <w:proofErr w:type="spellEnd"/>
      <w:r w:rsidRPr="0062109A">
        <w:rPr>
          <w:rFonts w:ascii="Times New Roman" w:eastAsia="MS Gothic" w:hAnsi="Times New Roman" w:cs="Times New Roman"/>
          <w:color w:val="000000"/>
        </w:rPr>
        <w:t>:</w:t>
      </w:r>
    </w:p>
    <w:p w14:paraId="169EB166" w14:textId="210C53E5" w:rsidR="004E51DE" w:rsidRPr="0062109A" w:rsidRDefault="004E51DE" w:rsidP="00211F8D">
      <w:pPr>
        <w:wordWrap w:val="0"/>
        <w:autoSpaceDE w:val="0"/>
        <w:autoSpaceDN w:val="0"/>
        <w:spacing w:before="50" w:after="84" w:line="221" w:lineRule="exact"/>
        <w:ind w:left="69"/>
        <w:rPr>
          <w:rFonts w:ascii="Times New Roman" w:hAnsi="Times New Roman" w:cs="Times New Roman"/>
        </w:rPr>
      </w:pPr>
      <w:hyperlink r:id="rId31" w:history="1">
        <w:r w:rsidRPr="0062109A">
          <w:rPr>
            <w:rFonts w:ascii="Times New Roman" w:eastAsia="MS Gothic" w:hAnsi="Times New Roman" w:cs="Times New Roman"/>
            <w:color w:val="001F5F"/>
            <w:u w:val="single"/>
          </w:rPr>
          <w:t>https</w:t>
        </w:r>
      </w:hyperlink>
      <w:hyperlink r:id="rId32" w:history="1">
        <w:r w:rsidRPr="0062109A">
          <w:rPr>
            <w:rFonts w:ascii="Times New Roman" w:eastAsia="MS Gothic" w:hAnsi="Times New Roman" w:cs="Times New Roman"/>
            <w:color w:val="001F5F"/>
            <w:u w:val="single"/>
          </w:rPr>
          <w:t>://</w:t>
        </w:r>
      </w:hyperlink>
      <w:hyperlink r:id="rId33" w:history="1">
        <w:r w:rsidRPr="0062109A">
          <w:rPr>
            <w:rFonts w:ascii="Times New Roman" w:eastAsia="MS Gothic" w:hAnsi="Times New Roman" w:cs="Times New Roman"/>
            <w:color w:val="001F5F"/>
            <w:u w:val="single"/>
          </w:rPr>
          <w:t>www</w:t>
        </w:r>
      </w:hyperlink>
      <w:hyperlink r:id="rId34" w:history="1">
        <w:r w:rsidRPr="0062109A">
          <w:rPr>
            <w:rFonts w:ascii="Times New Roman" w:eastAsia="MS Gothic" w:hAnsi="Times New Roman" w:cs="Times New Roman"/>
            <w:color w:val="001F5F"/>
            <w:u w:val="single"/>
          </w:rPr>
          <w:t>.</w:t>
        </w:r>
      </w:hyperlink>
      <w:hyperlink r:id="rId35" w:history="1">
        <w:r w:rsidRPr="0062109A">
          <w:rPr>
            <w:rFonts w:ascii="Times New Roman" w:eastAsia="MS Gothic" w:hAnsi="Times New Roman" w:cs="Times New Roman"/>
            <w:color w:val="001F5F"/>
            <w:u w:val="single"/>
          </w:rPr>
          <w:t>facebook</w:t>
        </w:r>
      </w:hyperlink>
      <w:hyperlink r:id="rId36" w:history="1">
        <w:r w:rsidRPr="0062109A">
          <w:rPr>
            <w:rFonts w:ascii="Times New Roman" w:eastAsia="MS Gothic" w:hAnsi="Times New Roman" w:cs="Times New Roman"/>
            <w:color w:val="001F5F"/>
            <w:u w:val="single"/>
          </w:rPr>
          <w:t>.</w:t>
        </w:r>
      </w:hyperlink>
      <w:hyperlink r:id="rId37" w:history="1">
        <w:r w:rsidRPr="0062109A">
          <w:rPr>
            <w:rFonts w:ascii="Times New Roman" w:eastAsia="MS Gothic" w:hAnsi="Times New Roman" w:cs="Times New Roman"/>
            <w:color w:val="001F5F"/>
            <w:u w:val="single"/>
          </w:rPr>
          <w:t>com</w:t>
        </w:r>
      </w:hyperlink>
      <w:hyperlink r:id="rId38" w:history="1">
        <w:r w:rsidRPr="0062109A">
          <w:rPr>
            <w:rFonts w:ascii="Times New Roman" w:eastAsia="MS Gothic" w:hAnsi="Times New Roman" w:cs="Times New Roman"/>
            <w:color w:val="001F5F"/>
            <w:u w:val="single"/>
          </w:rPr>
          <w:t>/</w:t>
        </w:r>
      </w:hyperlink>
      <w:hyperlink r:id="rId39" w:history="1">
        <w:r w:rsidRPr="0062109A">
          <w:rPr>
            <w:rFonts w:ascii="Times New Roman" w:eastAsia="MS Gothic" w:hAnsi="Times New Roman" w:cs="Times New Roman"/>
            <w:color w:val="001F5F"/>
            <w:u w:val="single"/>
          </w:rPr>
          <w:t>privacy</w:t>
        </w:r>
      </w:hyperlink>
      <w:hyperlink r:id="rId40" w:history="1">
        <w:r w:rsidRPr="0062109A">
          <w:rPr>
            <w:rFonts w:ascii="Times New Roman" w:eastAsia="MS Gothic" w:hAnsi="Times New Roman" w:cs="Times New Roman"/>
            <w:color w:val="001F5F"/>
            <w:u w:val="single"/>
          </w:rPr>
          <w:t>/</w:t>
        </w:r>
      </w:hyperlink>
      <w:hyperlink r:id="rId41" w:history="1">
        <w:r w:rsidRPr="0062109A">
          <w:rPr>
            <w:rFonts w:ascii="Times New Roman" w:eastAsia="MS Gothic" w:hAnsi="Times New Roman" w:cs="Times New Roman"/>
            <w:color w:val="001F5F"/>
            <w:u w:val="single"/>
          </w:rPr>
          <w:t>explanation</w:t>
        </w:r>
      </w:hyperlink>
    </w:p>
    <w:p w14:paraId="6108597D"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p>
    <w:p w14:paraId="185DFC89"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visszavonásáig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kezeljük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de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legfeljebb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adatkezelési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w:t>
      </w:r>
      <w:proofErr w:type="spellEnd"/>
    </w:p>
    <w:p w14:paraId="68ADCB5D"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fennállásáig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majd</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haladéktalanul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töröljük</w:t>
      </w:r>
      <w:proofErr w:type="spellEnd"/>
      <w:r w:rsidRPr="0062109A">
        <w:rPr>
          <w:rFonts w:ascii="Times New Roman" w:eastAsia="MS Gothic" w:hAnsi="Times New Roman" w:cs="Times New Roman"/>
          <w:color w:val="000000"/>
        </w:rPr>
        <w:t>.</w:t>
      </w:r>
    </w:p>
    <w:p w14:paraId="6E5FA671"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101"/>
        </w:rPr>
        <w:t>adattárolás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módja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helyiségeiben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irattárában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papír</w:t>
      </w:r>
      <w:proofErr w:type="spellEnd"/>
    </w:p>
    <w:p w14:paraId="66814053"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078D92FD"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5D4C976D"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ügyfélvélemény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rögzítése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közösségi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p>
    <w:p w14:paraId="5E5A0E2E"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3FDEF5E5" w14:textId="77777777" w:rsidR="004E51DE" w:rsidRPr="0062109A" w:rsidRDefault="00000000" w:rsidP="00211F8D">
      <w:pPr>
        <w:wordWrap w:val="0"/>
        <w:autoSpaceDE w:val="0"/>
        <w:autoSpaceDN w:val="0"/>
        <w:spacing w:before="168" w:after="25" w:line="221" w:lineRule="exact"/>
        <w:ind w:left="352"/>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678C1D58" w14:textId="77777777" w:rsidR="004E51DE" w:rsidRPr="0062109A" w:rsidRDefault="00000000" w:rsidP="00211F8D">
      <w:pPr>
        <w:wordWrap w:val="0"/>
        <w:autoSpaceDE w:val="0"/>
        <w:autoSpaceDN w:val="0"/>
        <w:spacing w:before="50" w:after="24" w:line="221" w:lineRule="exact"/>
        <w:ind w:left="352"/>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054E99EE" w14:textId="77777777" w:rsidR="004E51DE" w:rsidRPr="0062109A" w:rsidRDefault="00000000" w:rsidP="00211F8D">
      <w:pPr>
        <w:wordWrap w:val="0"/>
        <w:autoSpaceDE w:val="0"/>
        <w:autoSpaceDN w:val="0"/>
        <w:spacing w:before="48" w:after="24" w:line="221" w:lineRule="exact"/>
        <w:ind w:left="352"/>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3373F496" w14:textId="77777777" w:rsidR="004E51DE" w:rsidRPr="0062109A" w:rsidRDefault="00000000" w:rsidP="00211F8D">
      <w:pPr>
        <w:wordWrap w:val="0"/>
        <w:autoSpaceDE w:val="0"/>
        <w:autoSpaceDN w:val="0"/>
        <w:spacing w:before="48" w:after="25" w:line="221" w:lineRule="exact"/>
        <w:ind w:left="352"/>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r w:rsidRPr="0062109A">
        <w:rPr>
          <w:rFonts w:ascii="Times New Roman" w:eastAsia="MS Gothic" w:hAnsi="Times New Roman" w:cs="Times New Roman"/>
          <w:color w:val="000000"/>
        </w:rPr>
        <w:t>,</w:t>
      </w:r>
    </w:p>
    <w:p w14:paraId="027AF005" w14:textId="77777777" w:rsidR="004E51DE" w:rsidRPr="0062109A" w:rsidRDefault="00000000" w:rsidP="00211F8D">
      <w:pPr>
        <w:wordWrap w:val="0"/>
        <w:autoSpaceDE w:val="0"/>
        <w:autoSpaceDN w:val="0"/>
        <w:spacing w:before="50" w:after="24" w:line="221" w:lineRule="exact"/>
        <w:ind w:left="352"/>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415694E8" w14:textId="77777777" w:rsidR="004E51DE" w:rsidRPr="0062109A" w:rsidRDefault="00000000" w:rsidP="00211F8D">
      <w:pPr>
        <w:wordWrap w:val="0"/>
        <w:autoSpaceDE w:val="0"/>
        <w:autoSpaceDN w:val="0"/>
        <w:spacing w:before="48" w:after="25" w:line="221" w:lineRule="exact"/>
        <w:ind w:left="352"/>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automatikusan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adathordozhatósághoz</w:t>
      </w:r>
      <w:proofErr w:type="spellEnd"/>
      <w:r w:rsidRPr="0062109A">
        <w:rPr>
          <w:rFonts w:ascii="Times New Roman" w:eastAsia="MS Gothic" w:hAnsi="Times New Roman" w:cs="Times New Roman"/>
          <w:color w:val="000000"/>
        </w:rPr>
        <w:t>,</w:t>
      </w:r>
    </w:p>
    <w:p w14:paraId="319B5EC1" w14:textId="77777777" w:rsidR="004E51DE" w:rsidRPr="0062109A" w:rsidRDefault="00000000" w:rsidP="00211F8D">
      <w:pPr>
        <w:wordWrap w:val="0"/>
        <w:autoSpaceDE w:val="0"/>
        <w:autoSpaceDN w:val="0"/>
        <w:spacing w:before="51" w:after="84" w:line="221" w:lineRule="exact"/>
        <w:ind w:left="352"/>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308ECDC2"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Magánszemély</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ügyfél</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99"/>
        </w:rPr>
        <w:t>hozzájárulását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bármikor</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visszavonhatja</w:t>
      </w:r>
      <w:proofErr w:type="spellEnd"/>
    </w:p>
    <w:p w14:paraId="7178556E"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30724184" w14:textId="77777777" w:rsidR="004E51DE" w:rsidRPr="00211F8D" w:rsidRDefault="00000000" w:rsidP="00211F8D">
      <w:pPr>
        <w:pStyle w:val="Cmsor2"/>
      </w:pPr>
      <w:bookmarkStart w:id="20" w:name="_Toc219475599"/>
      <w:r w:rsidRPr="00211F8D">
        <w:t xml:space="preserve">Facebook </w:t>
      </w:r>
      <w:proofErr w:type="spellStart"/>
      <w:r w:rsidRPr="00211F8D">
        <w:t>közösségi</w:t>
      </w:r>
      <w:proofErr w:type="spellEnd"/>
      <w:r w:rsidRPr="00211F8D">
        <w:t xml:space="preserve"> </w:t>
      </w:r>
      <w:proofErr w:type="spellStart"/>
      <w:r w:rsidRPr="00211F8D">
        <w:t>oldal</w:t>
      </w:r>
      <w:proofErr w:type="spellEnd"/>
      <w:r w:rsidRPr="00211F8D">
        <w:t xml:space="preserve"> </w:t>
      </w:r>
      <w:proofErr w:type="spellStart"/>
      <w:r w:rsidRPr="00211F8D">
        <w:t>működtetése</w:t>
      </w:r>
      <w:bookmarkEnd w:id="20"/>
      <w:proofErr w:type="spellEnd"/>
    </w:p>
    <w:p w14:paraId="2A4835CD" w14:textId="77777777" w:rsidR="004E51DE" w:rsidRPr="0062109A" w:rsidRDefault="00000000" w:rsidP="00211F8D">
      <w:pPr>
        <w:wordWrap w:val="0"/>
        <w:autoSpaceDE w:val="0"/>
        <w:autoSpaceDN w:val="0"/>
        <w:spacing w:before="69"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közösségi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megjelenési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2F44D2F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kommunikációs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lehetőségeinek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kiaknázása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termékei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népszerűsítése</w:t>
      </w:r>
      <w:proofErr w:type="spellEnd"/>
    </w:p>
    <w:p w14:paraId="7E5D1661"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érdekében</w:t>
      </w:r>
      <w:proofErr w:type="spellEnd"/>
      <w:r w:rsidRPr="0062109A">
        <w:rPr>
          <w:rFonts w:ascii="Times New Roman" w:eastAsia="MS Gothic" w:hAnsi="Times New Roman" w:cs="Times New Roman"/>
          <w:color w:val="000000"/>
        </w:rPr>
        <w:t>.</w:t>
      </w:r>
    </w:p>
    <w:p w14:paraId="5430753B"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facebook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kattintó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meglátogató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felhasználók</w:t>
      </w:r>
      <w:proofErr w:type="spellEnd"/>
      <w:r w:rsidRPr="0062109A">
        <w:rPr>
          <w:rFonts w:ascii="Times New Roman" w:eastAsia="MS Gothic" w:hAnsi="Times New Roman" w:cs="Times New Roman"/>
          <w:color w:val="000000"/>
        </w:rPr>
        <w:t>.</w:t>
      </w:r>
    </w:p>
    <w:p w14:paraId="620E4B26" w14:textId="77777777" w:rsidR="004E51DE" w:rsidRPr="0062109A" w:rsidRDefault="00000000" w:rsidP="00211F8D">
      <w:pPr>
        <w:wordWrap w:val="0"/>
        <w:autoSpaceDE w:val="0"/>
        <w:autoSpaceDN w:val="0"/>
        <w:spacing w:before="170" w:after="6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Képfelvétel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profilban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p>
    <w:p w14:paraId="5965CE2A" w14:textId="77777777" w:rsidR="004E51DE" w:rsidRPr="0062109A" w:rsidRDefault="004E51DE" w:rsidP="00211F8D">
      <w:pPr>
        <w:wordWrap w:val="0"/>
        <w:autoSpaceDE w:val="0"/>
        <w:autoSpaceDN w:val="0"/>
        <w:spacing w:before="114"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520"/>
        <w:gridCol w:w="5257"/>
      </w:tblGrid>
      <w:tr w:rsidR="004E51DE" w:rsidRPr="0062109A" w14:paraId="787CD25A"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A30789" w14:textId="77777777" w:rsidR="004E51DE" w:rsidRPr="0062109A" w:rsidRDefault="00000000" w:rsidP="00211F8D">
            <w:pPr>
              <w:wordWrap w:val="0"/>
              <w:autoSpaceDE w:val="0"/>
              <w:autoSpaceDN w:val="0"/>
              <w:spacing w:before="40" w:after="0" w:line="221" w:lineRule="exact"/>
              <w:ind w:left="704"/>
              <w:rPr>
                <w:rFonts w:ascii="Times New Roman" w:hAnsi="Times New Roman" w:cs="Times New Roman"/>
              </w:rPr>
            </w:pP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5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4EA49" w14:textId="77777777" w:rsidR="004E51DE" w:rsidRPr="0062109A" w:rsidRDefault="00000000" w:rsidP="00211F8D">
            <w:pPr>
              <w:wordWrap w:val="0"/>
              <w:autoSpaceDE w:val="0"/>
              <w:autoSpaceDN w:val="0"/>
              <w:spacing w:before="40" w:after="0" w:line="221" w:lineRule="exact"/>
              <w:ind w:left="1664"/>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1D392E74" w14:textId="77777777">
        <w:trPr>
          <w:trHeight w:hRule="exact" w:val="1207"/>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9EACBF"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profilban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p>
          <w:p w14:paraId="4D560483"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fénykép</w:t>
            </w:r>
            <w:proofErr w:type="spellEnd"/>
          </w:p>
        </w:tc>
        <w:tc>
          <w:tcPr>
            <w:tcW w:w="5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7E95B"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hozzászóláshoz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p>
          <w:p w14:paraId="7CC04B1B"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rendelkeznie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profillal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melynek</w:t>
            </w:r>
            <w:proofErr w:type="spellEnd"/>
          </w:p>
          <w:p w14:paraId="780E3F2B"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többi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számára</w:t>
            </w:r>
            <w:proofErr w:type="spellEnd"/>
          </w:p>
          <w:p w14:paraId="559A5845" w14:textId="77777777" w:rsidR="004E51DE" w:rsidRPr="0062109A" w:rsidRDefault="00000000" w:rsidP="00211F8D">
            <w:pPr>
              <w:wordWrap w:val="0"/>
              <w:autoSpaceDE w:val="0"/>
              <w:autoSpaceDN w:val="0"/>
              <w:spacing w:before="50"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részben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publikusak</w:t>
            </w:r>
            <w:proofErr w:type="spellEnd"/>
          </w:p>
        </w:tc>
      </w:tr>
      <w:tr w:rsidR="004E51DE" w:rsidRPr="0062109A" w14:paraId="1B877723"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B7D462" w14:textId="77777777" w:rsidR="004E51DE" w:rsidRPr="0062109A" w:rsidRDefault="00000000" w:rsidP="00211F8D">
            <w:pPr>
              <w:wordWrap w:val="0"/>
              <w:autoSpaceDE w:val="0"/>
              <w:autoSpaceDN w:val="0"/>
              <w:spacing w:before="39"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w w:val="101"/>
              </w:rPr>
              <w:t>hozzászólás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szövege</w:t>
            </w:r>
            <w:proofErr w:type="spellEnd"/>
          </w:p>
        </w:tc>
        <w:tc>
          <w:tcPr>
            <w:tcW w:w="5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685B8EF0"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6503AB5E" w14:textId="77777777">
        <w:trPr>
          <w:trHeight w:hRule="exact" w:val="938"/>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F24D69"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termék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szolgáltatásról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publikus</w:t>
            </w:r>
            <w:proofErr w:type="spellEnd"/>
          </w:p>
          <w:p w14:paraId="08908ADE" w14:textId="77777777" w:rsidR="004E51DE" w:rsidRPr="0062109A" w:rsidRDefault="00000000" w:rsidP="00211F8D">
            <w:pPr>
              <w:wordWrap w:val="0"/>
              <w:autoSpaceDE w:val="0"/>
              <w:autoSpaceDN w:val="0"/>
              <w:spacing w:before="48"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vélemény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hozzászóló</w:t>
            </w:r>
            <w:proofErr w:type="spellEnd"/>
          </w:p>
          <w:p w14:paraId="2C2C1255" w14:textId="77777777" w:rsidR="004E51DE" w:rsidRPr="0062109A" w:rsidRDefault="00000000" w:rsidP="00211F8D">
            <w:pPr>
              <w:wordWrap w:val="0"/>
              <w:autoSpaceDE w:val="0"/>
              <w:autoSpaceDN w:val="0"/>
              <w:spacing w:before="5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vásárlásának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ideje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azonosítója</w:t>
            </w:r>
            <w:proofErr w:type="spellEnd"/>
          </w:p>
        </w:tc>
        <w:tc>
          <w:tcPr>
            <w:tcW w:w="5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81CBF"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vásárlás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igazoltságának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bl>
    <w:p w14:paraId="11810473" w14:textId="77777777" w:rsidR="004E51DE" w:rsidRPr="0062109A" w:rsidRDefault="004E51DE" w:rsidP="00211F8D">
      <w:pPr>
        <w:spacing w:after="0"/>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1D94765D" w14:textId="7543FFFC" w:rsidR="004E51DE" w:rsidRPr="0062109A" w:rsidRDefault="004E51DE" w:rsidP="00211F8D">
      <w:pPr>
        <w:wordWrap w:val="0"/>
        <w:autoSpaceDE w:val="0"/>
        <w:autoSpaceDN w:val="0"/>
        <w:spacing w:after="261" w:line="14" w:lineRule="exact"/>
        <w:rPr>
          <w:rFonts w:ascii="Times New Roman" w:hAnsi="Times New Roman" w:cs="Times New Roman"/>
        </w:rPr>
      </w:pPr>
    </w:p>
    <w:p w14:paraId="638D854E" w14:textId="77777777" w:rsidR="004E51DE" w:rsidRPr="0062109A" w:rsidRDefault="00000000" w:rsidP="00211F8D">
      <w:pPr>
        <w:wordWrap w:val="0"/>
        <w:autoSpaceDE w:val="0"/>
        <w:autoSpaceDN w:val="0"/>
        <w:spacing w:before="549"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felhasználók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önkéntes</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konkrét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megfelelő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tájékoztatáson</w:t>
      </w:r>
      <w:proofErr w:type="spellEnd"/>
    </w:p>
    <w:p w14:paraId="473FF207"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alapuló</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hozzájárulása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w:t>
      </w:r>
      <w:proofErr w:type="spellEnd"/>
      <w:r w:rsidRPr="0062109A">
        <w:rPr>
          <w:rFonts w:ascii="Times New Roman" w:eastAsia="MS Gothic" w:hAnsi="Times New Roman" w:cs="Times New Roman"/>
          <w:color w:val="000000"/>
        </w:rPr>
        <w:t>).</w:t>
      </w:r>
    </w:p>
    <w:p w14:paraId="7B34D792" w14:textId="77777777" w:rsidR="004E51DE" w:rsidRPr="0062109A" w:rsidRDefault="00000000" w:rsidP="00211F8D">
      <w:pPr>
        <w:wordWrap w:val="0"/>
        <w:autoSpaceDE w:val="0"/>
        <w:autoSpaceDN w:val="0"/>
        <w:spacing w:before="171" w:after="2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353F04DC"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4DAA3979"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166BB0B9"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p>
    <w:p w14:paraId="3C6773E9"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visszavonásáig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kezeljük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de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legfeljebb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adatkezelési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w:t>
      </w:r>
      <w:proofErr w:type="spellEnd"/>
    </w:p>
    <w:p w14:paraId="67D68F27"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fennállásáig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majd</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haladéktalanul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töröljük</w:t>
      </w:r>
      <w:proofErr w:type="spellEnd"/>
      <w:r w:rsidRPr="0062109A">
        <w:rPr>
          <w:rFonts w:ascii="Times New Roman" w:eastAsia="MS Gothic" w:hAnsi="Times New Roman" w:cs="Times New Roman"/>
          <w:color w:val="000000"/>
        </w:rPr>
        <w:t>.</w:t>
      </w:r>
    </w:p>
    <w:p w14:paraId="2D3EBF62"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101"/>
        </w:rPr>
        <w:t>adattárolás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módja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helyiségeiben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irattárában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papír</w:t>
      </w:r>
      <w:proofErr w:type="spellEnd"/>
    </w:p>
    <w:p w14:paraId="5B40E1E0"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63262EF5"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4AE44C03"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p w14:paraId="3344F538"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tárhelyszolgáltatójának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közösségi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fenntartójának</w:t>
      </w:r>
      <w:proofErr w:type="spellEnd"/>
      <w:r w:rsidRPr="0062109A">
        <w:rPr>
          <w:rFonts w:ascii="Times New Roman" w:eastAsia="MS Gothic" w:hAnsi="Times New Roman" w:cs="Times New Roman"/>
          <w:color w:val="000000"/>
        </w:rPr>
        <w:t>,</w:t>
      </w:r>
    </w:p>
    <w:p w14:paraId="77802EEC"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r w:rsidRPr="0062109A">
        <w:rPr>
          <w:rFonts w:ascii="Times New Roman" w:eastAsia="MS Gothic" w:hAnsi="Times New Roman" w:cs="Times New Roman"/>
          <w:color w:val="000000"/>
        </w:rPr>
        <w:t>mint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önálló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Platforms</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Ireland</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Ltd.,</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Székhely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4</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Grand</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Canal</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Square</w:t>
      </w:r>
    </w:p>
    <w:p w14:paraId="0B94FBD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r w:rsidRPr="0062109A">
        <w:rPr>
          <w:rFonts w:ascii="Times New Roman" w:eastAsia="MS Gothic" w:hAnsi="Times New Roman" w:cs="Times New Roman"/>
          <w:color w:val="000000"/>
        </w:rPr>
        <w:t>Grand</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Canal</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Harbour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Dublin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Ireland,</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tájékoztatója</w:t>
      </w:r>
      <w:proofErr w:type="spellEnd"/>
      <w:r w:rsidRPr="0062109A">
        <w:rPr>
          <w:rFonts w:ascii="Times New Roman" w:eastAsia="MS Gothic" w:hAnsi="Times New Roman" w:cs="Times New Roman"/>
          <w:color w:val="000000"/>
        </w:rPr>
        <w:t>:</w:t>
      </w:r>
    </w:p>
    <w:p w14:paraId="6D8D1993" w14:textId="70FB3AE0" w:rsidR="004E51DE" w:rsidRPr="0062109A" w:rsidRDefault="004E51DE" w:rsidP="00211F8D">
      <w:pPr>
        <w:wordWrap w:val="0"/>
        <w:autoSpaceDE w:val="0"/>
        <w:autoSpaceDN w:val="0"/>
        <w:spacing w:before="50" w:after="84" w:line="221" w:lineRule="exact"/>
        <w:ind w:left="69"/>
        <w:rPr>
          <w:rFonts w:ascii="Times New Roman" w:hAnsi="Times New Roman" w:cs="Times New Roman"/>
        </w:rPr>
      </w:pPr>
      <w:hyperlink r:id="rId42" w:history="1">
        <w:r w:rsidRPr="0062109A">
          <w:rPr>
            <w:rFonts w:ascii="Times New Roman" w:eastAsia="MS Gothic" w:hAnsi="Times New Roman" w:cs="Times New Roman"/>
            <w:color w:val="001F5F"/>
            <w:u w:val="single"/>
          </w:rPr>
          <w:t>https</w:t>
        </w:r>
      </w:hyperlink>
      <w:hyperlink r:id="rId43" w:history="1">
        <w:r w:rsidRPr="0062109A">
          <w:rPr>
            <w:rFonts w:ascii="Times New Roman" w:eastAsia="MS Gothic" w:hAnsi="Times New Roman" w:cs="Times New Roman"/>
            <w:color w:val="001F5F"/>
            <w:u w:val="single"/>
          </w:rPr>
          <w:t>://</w:t>
        </w:r>
      </w:hyperlink>
      <w:hyperlink r:id="rId44" w:history="1">
        <w:r w:rsidRPr="0062109A">
          <w:rPr>
            <w:rFonts w:ascii="Times New Roman" w:eastAsia="MS Gothic" w:hAnsi="Times New Roman" w:cs="Times New Roman"/>
            <w:color w:val="001F5F"/>
            <w:u w:val="single"/>
          </w:rPr>
          <w:t>www</w:t>
        </w:r>
      </w:hyperlink>
      <w:hyperlink r:id="rId45" w:history="1">
        <w:r w:rsidRPr="0062109A">
          <w:rPr>
            <w:rFonts w:ascii="Times New Roman" w:eastAsia="MS Gothic" w:hAnsi="Times New Roman" w:cs="Times New Roman"/>
            <w:color w:val="001F5F"/>
            <w:u w:val="single"/>
          </w:rPr>
          <w:t>.</w:t>
        </w:r>
      </w:hyperlink>
      <w:hyperlink r:id="rId46" w:history="1">
        <w:r w:rsidRPr="0062109A">
          <w:rPr>
            <w:rFonts w:ascii="Times New Roman" w:eastAsia="MS Gothic" w:hAnsi="Times New Roman" w:cs="Times New Roman"/>
            <w:color w:val="001F5F"/>
            <w:u w:val="single"/>
          </w:rPr>
          <w:t>facebook</w:t>
        </w:r>
      </w:hyperlink>
      <w:hyperlink r:id="rId47" w:history="1">
        <w:r w:rsidRPr="0062109A">
          <w:rPr>
            <w:rFonts w:ascii="Times New Roman" w:eastAsia="MS Gothic" w:hAnsi="Times New Roman" w:cs="Times New Roman"/>
            <w:color w:val="001F5F"/>
            <w:u w:val="single"/>
          </w:rPr>
          <w:t>.</w:t>
        </w:r>
      </w:hyperlink>
      <w:hyperlink r:id="rId48" w:history="1">
        <w:r w:rsidRPr="0062109A">
          <w:rPr>
            <w:rFonts w:ascii="Times New Roman" w:eastAsia="MS Gothic" w:hAnsi="Times New Roman" w:cs="Times New Roman"/>
            <w:color w:val="001F5F"/>
            <w:u w:val="single"/>
          </w:rPr>
          <w:t>com</w:t>
        </w:r>
      </w:hyperlink>
      <w:hyperlink r:id="rId49" w:history="1">
        <w:r w:rsidRPr="0062109A">
          <w:rPr>
            <w:rFonts w:ascii="Times New Roman" w:eastAsia="MS Gothic" w:hAnsi="Times New Roman" w:cs="Times New Roman"/>
            <w:color w:val="001F5F"/>
            <w:u w:val="single"/>
          </w:rPr>
          <w:t>/</w:t>
        </w:r>
      </w:hyperlink>
      <w:hyperlink r:id="rId50" w:history="1">
        <w:r w:rsidRPr="0062109A">
          <w:rPr>
            <w:rFonts w:ascii="Times New Roman" w:eastAsia="MS Gothic" w:hAnsi="Times New Roman" w:cs="Times New Roman"/>
            <w:color w:val="001F5F"/>
            <w:u w:val="single"/>
          </w:rPr>
          <w:t>privacy</w:t>
        </w:r>
      </w:hyperlink>
      <w:hyperlink r:id="rId51" w:history="1">
        <w:r w:rsidRPr="0062109A">
          <w:rPr>
            <w:rFonts w:ascii="Times New Roman" w:eastAsia="MS Gothic" w:hAnsi="Times New Roman" w:cs="Times New Roman"/>
            <w:color w:val="001F5F"/>
            <w:u w:val="single"/>
          </w:rPr>
          <w:t>/</w:t>
        </w:r>
      </w:hyperlink>
      <w:hyperlink r:id="rId52" w:history="1">
        <w:r w:rsidRPr="0062109A">
          <w:rPr>
            <w:rFonts w:ascii="Times New Roman" w:eastAsia="MS Gothic" w:hAnsi="Times New Roman" w:cs="Times New Roman"/>
            <w:color w:val="001F5F"/>
            <w:u w:val="single"/>
          </w:rPr>
          <w:t>explanation</w:t>
        </w:r>
      </w:hyperlink>
    </w:p>
    <w:p w14:paraId="591B1363"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Facebook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oldalhoz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7EC3A7E2"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330C9106" w14:textId="77777777" w:rsidR="004E51DE" w:rsidRPr="0062109A" w:rsidRDefault="00000000" w:rsidP="00211F8D">
      <w:pPr>
        <w:wordWrap w:val="0"/>
        <w:autoSpaceDE w:val="0"/>
        <w:autoSpaceDN w:val="0"/>
        <w:spacing w:before="168"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042459D7"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01974B9A" w14:textId="77777777" w:rsidR="004E51DE" w:rsidRPr="0062109A" w:rsidRDefault="00000000" w:rsidP="00211F8D">
      <w:pPr>
        <w:wordWrap w:val="0"/>
        <w:autoSpaceDE w:val="0"/>
        <w:autoSpaceDN w:val="0"/>
        <w:spacing w:before="50"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243BF2CB"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tiltakozáshoz</w:t>
      </w:r>
      <w:proofErr w:type="spellEnd"/>
      <w:r w:rsidRPr="0062109A">
        <w:rPr>
          <w:rFonts w:ascii="Times New Roman" w:eastAsia="MS Gothic" w:hAnsi="Times New Roman" w:cs="Times New Roman"/>
          <w:b/>
          <w:color w:val="000000"/>
        </w:rPr>
        <w:t>,</w:t>
      </w:r>
    </w:p>
    <w:p w14:paraId="2ADE10CB" w14:textId="77777777" w:rsidR="004E51DE" w:rsidRPr="0062109A" w:rsidRDefault="00000000" w:rsidP="00211F8D">
      <w:pPr>
        <w:wordWrap w:val="0"/>
        <w:autoSpaceDE w:val="0"/>
        <w:autoSpaceDN w:val="0"/>
        <w:spacing w:before="51"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2436FFD2" w14:textId="77777777" w:rsidR="004E51DE" w:rsidRPr="0062109A" w:rsidRDefault="00000000" w:rsidP="00211F8D">
      <w:pPr>
        <w:wordWrap w:val="0"/>
        <w:autoSpaceDE w:val="0"/>
        <w:autoSpaceDN w:val="0"/>
        <w:spacing w:before="48" w:after="8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6D00E2BB"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tiltakozhat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nincs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kényszerítő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erejű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indok</w:t>
      </w:r>
      <w:proofErr w:type="spellEnd"/>
      <w:r w:rsidRPr="0062109A">
        <w:rPr>
          <w:rFonts w:ascii="Times New Roman" w:eastAsia="MS Gothic" w:hAnsi="Times New Roman" w:cs="Times New Roman"/>
          <w:color w:val="000000"/>
        </w:rPr>
        <w:t>,</w:t>
      </w:r>
    </w:p>
    <w:p w14:paraId="56071469"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szükségessé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például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p>
    <w:p w14:paraId="68A6D4BD"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igényeinek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előterjesztése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p>
    <w:p w14:paraId="633C3345"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szüntetni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MS Gothic" w:hAnsi="Times New Roman" w:cs="Times New Roman"/>
          <w:color w:val="000000"/>
        </w:rPr>
        <w:t>.</w:t>
      </w:r>
    </w:p>
    <w:p w14:paraId="1787CB64"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4F926F54" w14:textId="77777777" w:rsidR="004E51DE" w:rsidRPr="0062109A" w:rsidRDefault="00000000" w:rsidP="00211F8D">
      <w:pPr>
        <w:pStyle w:val="Cmsor2"/>
      </w:pPr>
      <w:bookmarkStart w:id="21" w:name="_Toc219475600"/>
      <w:proofErr w:type="spellStart"/>
      <w:r w:rsidRPr="0062109A">
        <w:t>Adásvételi</w:t>
      </w:r>
      <w:proofErr w:type="spellEnd"/>
      <w:r w:rsidRPr="0062109A">
        <w:rPr>
          <w:rFonts w:eastAsia="Times New Roman"/>
        </w:rPr>
        <w:t xml:space="preserve"> </w:t>
      </w:r>
      <w:proofErr w:type="spellStart"/>
      <w:r w:rsidRPr="0062109A">
        <w:t>és</w:t>
      </w:r>
      <w:proofErr w:type="spellEnd"/>
      <w:r w:rsidRPr="0062109A">
        <w:rPr>
          <w:rFonts w:eastAsia="Times New Roman"/>
        </w:rPr>
        <w:t xml:space="preserve"> </w:t>
      </w:r>
      <w:proofErr w:type="spellStart"/>
      <w:r w:rsidRPr="0062109A">
        <w:t>szolgáltatási</w:t>
      </w:r>
      <w:proofErr w:type="spellEnd"/>
      <w:r w:rsidRPr="0062109A">
        <w:rPr>
          <w:rFonts w:eastAsia="Times New Roman"/>
        </w:rPr>
        <w:t xml:space="preserve"> </w:t>
      </w:r>
      <w:proofErr w:type="spellStart"/>
      <w:r w:rsidRPr="0062109A">
        <w:t>szerződéssel</w:t>
      </w:r>
      <w:proofErr w:type="spellEnd"/>
      <w:r w:rsidRPr="0062109A">
        <w:rPr>
          <w:rFonts w:eastAsia="Times New Roman"/>
        </w:rPr>
        <w:t xml:space="preserve"> </w:t>
      </w:r>
      <w:proofErr w:type="spellStart"/>
      <w:r w:rsidRPr="0062109A">
        <w:t>kapcsolatos</w:t>
      </w:r>
      <w:proofErr w:type="spellEnd"/>
      <w:r w:rsidRPr="0062109A">
        <w:rPr>
          <w:rFonts w:eastAsia="Times New Roman"/>
        </w:rPr>
        <w:t xml:space="preserve"> </w:t>
      </w:r>
      <w:proofErr w:type="spellStart"/>
      <w:r w:rsidRPr="0062109A">
        <w:t>adatkezelés</w:t>
      </w:r>
      <w:bookmarkEnd w:id="21"/>
      <w:proofErr w:type="spellEnd"/>
    </w:p>
    <w:p w14:paraId="3FC5C59A" w14:textId="77777777" w:rsidR="004E51DE" w:rsidRPr="0062109A" w:rsidRDefault="00000000" w:rsidP="00211F8D">
      <w:pPr>
        <w:wordWrap w:val="0"/>
        <w:autoSpaceDE w:val="0"/>
        <w:autoSpaceDN w:val="0"/>
        <w:spacing w:before="192" w:after="3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ügyfelek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alvállalkozók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213A87DA"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adásvételi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jogviszonnyal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w:t>
      </w:r>
      <w:proofErr w:type="spellEnd"/>
      <w:r w:rsidRPr="0062109A">
        <w:rPr>
          <w:rFonts w:ascii="Times New Roman" w:eastAsia="MS Gothic" w:hAnsi="Times New Roman" w:cs="Times New Roman"/>
          <w:color w:val="000000"/>
        </w:rPr>
        <w:t>:</w:t>
      </w:r>
    </w:p>
    <w:p w14:paraId="5D7A870B" w14:textId="77777777" w:rsidR="004E51DE" w:rsidRPr="0062109A" w:rsidRDefault="00000000" w:rsidP="00211F8D">
      <w:pPr>
        <w:wordWrap w:val="0"/>
        <w:autoSpaceDE w:val="0"/>
        <w:autoSpaceDN w:val="0"/>
        <w:spacing w:before="231" w:after="35" w:line="221" w:lineRule="exact"/>
        <w:ind w:left="429"/>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jogszabály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fogyasztói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megtörténtének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bizonyítása</w:t>
      </w:r>
      <w:proofErr w:type="spellEnd"/>
      <w:r w:rsidRPr="0062109A">
        <w:rPr>
          <w:rFonts w:ascii="Times New Roman" w:eastAsia="MS Gothic" w:hAnsi="Times New Roman" w:cs="Times New Roman"/>
          <w:color w:val="000000"/>
        </w:rPr>
        <w:t>,</w:t>
      </w:r>
    </w:p>
    <w:p w14:paraId="409B8A76" w14:textId="77777777" w:rsidR="004E51DE" w:rsidRPr="0062109A" w:rsidRDefault="00000000" w:rsidP="00211F8D">
      <w:pPr>
        <w:wordWrap w:val="0"/>
        <w:autoSpaceDE w:val="0"/>
        <w:autoSpaceDN w:val="0"/>
        <w:spacing w:before="69" w:after="35" w:line="221" w:lineRule="exact"/>
        <w:ind w:left="429"/>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megkötésének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bizonyítása</w:t>
      </w:r>
      <w:proofErr w:type="spellEnd"/>
      <w:r w:rsidRPr="0062109A">
        <w:rPr>
          <w:rFonts w:ascii="Times New Roman" w:eastAsia="MS Gothic" w:hAnsi="Times New Roman" w:cs="Times New Roman"/>
          <w:color w:val="000000"/>
        </w:rPr>
        <w:t>,</w:t>
      </w:r>
    </w:p>
    <w:p w14:paraId="2A1BA610" w14:textId="77777777" w:rsidR="004E51DE" w:rsidRPr="0062109A" w:rsidRDefault="00000000" w:rsidP="00211F8D">
      <w:pPr>
        <w:wordWrap w:val="0"/>
        <w:autoSpaceDE w:val="0"/>
        <w:autoSpaceDN w:val="0"/>
        <w:spacing w:before="69" w:after="36" w:line="221" w:lineRule="exact"/>
        <w:ind w:left="429"/>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létrehozása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meghatározása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módosítása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w:t>
      </w:r>
      <w:proofErr w:type="spellEnd"/>
    </w:p>
    <w:p w14:paraId="01BE7B73" w14:textId="77777777" w:rsidR="004E51DE" w:rsidRPr="0062109A" w:rsidRDefault="00000000" w:rsidP="00211F8D">
      <w:pPr>
        <w:wordWrap w:val="0"/>
        <w:autoSpaceDE w:val="0"/>
        <w:autoSpaceDN w:val="0"/>
        <w:spacing w:before="72" w:after="115" w:line="221" w:lineRule="exact"/>
        <w:ind w:left="429"/>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figyelemmel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kísérlése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abból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származó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díjak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számlázása</w:t>
      </w:r>
      <w:proofErr w:type="spellEnd"/>
      <w:r w:rsidRPr="0062109A">
        <w:rPr>
          <w:rFonts w:ascii="Times New Roman" w:eastAsia="MS Gothic" w:hAnsi="Times New Roman" w:cs="Times New Roman"/>
          <w:color w:val="000000"/>
        </w:rPr>
        <w:t>.</w:t>
      </w:r>
    </w:p>
    <w:p w14:paraId="039290C5"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megrendelő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p>
    <w:p w14:paraId="28C88C91"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proofErr w:type="gramStart"/>
      <w:r w:rsidRPr="0062109A">
        <w:rPr>
          <w:rFonts w:ascii="Times New Roman" w:eastAsia="MS Gothic" w:hAnsi="Times New Roman" w:cs="Times New Roman"/>
          <w:b/>
          <w:color w:val="000000"/>
        </w:rPr>
        <w:t>Adatkör:</w:t>
      </w:r>
      <w:r w:rsidRPr="0062109A">
        <w:rPr>
          <w:rFonts w:ascii="Times New Roman" w:eastAsia="MS Gothic" w:hAnsi="Times New Roman" w:cs="Times New Roman"/>
          <w:color w:val="000000"/>
        </w:rPr>
        <w:t>vásárló</w:t>
      </w:r>
      <w:proofErr w:type="spellEnd"/>
      <w:proofErr w:type="gramEnd"/>
      <w:r w:rsidRPr="0062109A">
        <w:rPr>
          <w:rFonts w:ascii="Times New Roman" w:eastAsia="Times New Roman" w:hAnsi="Times New Roman" w:cs="Times New Roman"/>
          <w:color w:val="000000"/>
        </w:rPr>
        <w:t xml:space="preserve"> </w:t>
      </w:r>
      <w:proofErr w:type="spellStart"/>
      <w:proofErr w:type="gramStart"/>
      <w:r w:rsidRPr="0062109A">
        <w:rPr>
          <w:rFonts w:ascii="Times New Roman" w:eastAsia="MS Gothic" w:hAnsi="Times New Roman" w:cs="Times New Roman"/>
          <w:color w:val="000000"/>
        </w:rPr>
        <w:t>neve,címe</w:t>
      </w:r>
      <w:proofErr w:type="gramEnd"/>
      <w:r w:rsidRPr="0062109A">
        <w:rPr>
          <w:rFonts w:ascii="Times New Roman" w:eastAsia="MS Gothic" w:hAnsi="Times New Roman" w:cs="Times New Roman"/>
          <w:color w:val="000000"/>
        </w:rPr>
        <w:t>,e</w:t>
      </w:r>
      <w:proofErr w:type="spellEnd"/>
      <w:r w:rsidRPr="0062109A">
        <w:rPr>
          <w:rFonts w:ascii="Times New Roman" w:eastAsia="MS Gothic" w:hAnsi="Times New Roman" w:cs="Times New Roman"/>
          <w:color w:val="000000"/>
        </w:rPr>
        <w:t>-mail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proofErr w:type="gramStart"/>
      <w:r w:rsidRPr="0062109A">
        <w:rPr>
          <w:rFonts w:ascii="Times New Roman" w:eastAsia="MS Gothic" w:hAnsi="Times New Roman" w:cs="Times New Roman"/>
          <w:color w:val="000000"/>
        </w:rPr>
        <w:t>termékszáma,rendelésazonosító</w:t>
      </w:r>
      <w:proofErr w:type="spellEnd"/>
      <w:proofErr w:type="gramEnd"/>
      <w:r w:rsidRPr="0062109A">
        <w:rPr>
          <w:rFonts w:ascii="Times New Roman" w:eastAsia="MS Gothic" w:hAnsi="Times New Roman" w:cs="Times New Roman"/>
          <w:color w:val="000000"/>
        </w:rPr>
        <w:t>,</w:t>
      </w:r>
    </w:p>
    <w:p w14:paraId="30C56D96"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értéke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vételár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végösszege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számlázásinév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2109D2B2"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vásárló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magányszemély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gazdasági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vállalkozás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szerződéssel</w:t>
      </w:r>
      <w:proofErr w:type="spellEnd"/>
    </w:p>
    <w:p w14:paraId="10E4C587"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összefüggésben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önkéntesen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p>
    <w:p w14:paraId="015EE62E" w14:textId="0BD3B3C6" w:rsidR="004E51DE" w:rsidRPr="0062109A" w:rsidRDefault="00000000" w:rsidP="0028429E">
      <w:pPr>
        <w:wordWrap w:val="0"/>
        <w:autoSpaceDE w:val="0"/>
        <w:autoSpaceDN w:val="0"/>
        <w:spacing w:before="72" w:after="257"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esetlegesen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megrendeléshez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megjegyzésben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foglalt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p>
    <w:p w14:paraId="30B1306A" w14:textId="77777777" w:rsidR="004E51DE" w:rsidRPr="0062109A" w:rsidRDefault="004E51DE" w:rsidP="00211F8D">
      <w:pPr>
        <w:spacing w:after="0"/>
        <w:rPr>
          <w:rFonts w:ascii="Times New Roman" w:hAnsi="Times New Roman" w:cs="Times New Roman"/>
        </w:rPr>
        <w:sectPr w:rsidR="004E51DE" w:rsidRPr="0062109A">
          <w:pgSz w:w="11906" w:h="16838"/>
          <w:pgMar w:top="484" w:right="977" w:bottom="653" w:left="1011" w:header="720" w:footer="720" w:gutter="0"/>
          <w:cols w:space="720" w:equalWidth="0">
            <w:col w:w="9918" w:space="0"/>
          </w:cols>
          <w:docGrid w:linePitch="360"/>
        </w:sectPr>
      </w:pPr>
    </w:p>
    <w:p w14:paraId="189B2F76" w14:textId="200725CD" w:rsidR="004E51DE" w:rsidRPr="0062109A" w:rsidRDefault="0028429E" w:rsidP="00211F8D">
      <w:pPr>
        <w:wordWrap w:val="0"/>
        <w:autoSpaceDE w:val="0"/>
        <w:autoSpaceDN w:val="0"/>
        <w:spacing w:after="241" w:line="14" w:lineRule="exact"/>
        <w:rPr>
          <w:rFonts w:ascii="Times New Roman" w:hAnsi="Times New Roman" w:cs="Times New Roman"/>
        </w:rPr>
      </w:pPr>
      <w:r w:rsidRPr="0062109A">
        <w:rPr>
          <w:rFonts w:ascii="Times New Roman" w:hAnsi="Times New Roman" w:cs="Times New Roman"/>
          <w:noProof/>
        </w:rPr>
        <w:lastRenderedPageBreak/>
        <mc:AlternateContent>
          <mc:Choice Requires="wps">
            <w:drawing>
              <wp:anchor distT="0" distB="0" distL="114300" distR="114300" simplePos="0" relativeHeight="251676160" behindDoc="0" locked="0" layoutInCell="1" allowOverlap="1" wp14:anchorId="4D0665B8" wp14:editId="162EE4AB">
                <wp:simplePos x="0" y="0"/>
                <wp:positionH relativeFrom="page">
                  <wp:posOffset>5816600</wp:posOffset>
                </wp:positionH>
                <wp:positionV relativeFrom="page">
                  <wp:posOffset>2284095</wp:posOffset>
                </wp:positionV>
                <wp:extent cx="1008380" cy="153035"/>
                <wp:effectExtent l="0" t="0" r="4445" b="1270"/>
                <wp:wrapNone/>
                <wp:docPr id="55663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153035"/>
                        </a:xfrm>
                        <a:custGeom>
                          <a:avLst/>
                          <a:gdLst>
                            <a:gd name="T0" fmla="*/ 0 w 1000"/>
                            <a:gd name="T1" fmla="*/ 0 h 1000"/>
                            <a:gd name="T2" fmla="*/ 0 w 1000"/>
                            <a:gd name="T3" fmla="*/ 1000 h 1000"/>
                            <a:gd name="T4" fmla="*/ 1000 w 1000"/>
                            <a:gd name="T5" fmla="*/ 1000 h 1000"/>
                            <a:gd name="T6" fmla="*/ 1000 w 1000"/>
                            <a:gd name="T7" fmla="*/ 0 h 1000"/>
                          </a:gdLst>
                          <a:ahLst/>
                          <a:cxnLst>
                            <a:cxn ang="0">
                              <a:pos x="T0" y="T1"/>
                            </a:cxn>
                            <a:cxn ang="0">
                              <a:pos x="T2" y="T3"/>
                            </a:cxn>
                            <a:cxn ang="0">
                              <a:pos x="T4" y="T5"/>
                            </a:cxn>
                            <a:cxn ang="0">
                              <a:pos x="T6" y="T7"/>
                            </a:cxn>
                          </a:cxnLst>
                          <a:rect l="0" t="0" r="r" b="b"/>
                          <a:pathLst>
                            <a:path w="1000" h="1000">
                              <a:moveTo>
                                <a:pt x="0" y="0"/>
                              </a:moveTo>
                              <a:lnTo>
                                <a:pt x="0" y="1000"/>
                              </a:lnTo>
                              <a:lnTo>
                                <a:pt x="1000" y="1000"/>
                              </a:lnTo>
                              <a:lnTo>
                                <a:pt x="100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BC028B" w14:textId="77777777" w:rsidR="004E51DE" w:rsidRDefault="00000000">
                            <w:pPr>
                              <w:wordWrap w:val="0"/>
                              <w:autoSpaceDE w:val="0"/>
                              <w:autoSpaceDN w:val="0"/>
                              <w:spacing w:after="0" w:line="221" w:lineRule="exact"/>
                            </w:pPr>
                            <w:r>
                              <w:rPr>
                                <w:rFonts w:ascii="MS Gothic" w:eastAsia="MS Gothic" w:hAnsi="MS Gothic"/>
                                <w:color w:val="000000"/>
                                <w:spacing w:val="21"/>
                              </w:rPr>
                              <w:t>kommunikáció</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D0665B8" id="AutoShape 2" o:spid="_x0000_s1026" style="position:absolute;margin-left:458pt;margin-top:179.85pt;width:79.4pt;height:12.0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" adj="-11796480,,5400" path="m,l,1000r1000,l1000,,,xe" filled="f" stroked="f">
                <v:stroke joinstyle="round"/>
                <v:formulas/>
                <v:path o:connecttype="custom" o:connectlocs="0,0;0,153035;1008380,153035;1008380,0" o:connectangles="0,0,0,0" textboxrect="0,0,1000,1000"/>
                <v:textbox inset="0,0,0,0">
                  <w:txbxContent>
                    <w:p w14:paraId="7FBC028B" w14:textId="77777777" w:rsidR="004E51DE" w:rsidRDefault="00000000">
                      <w:pPr>
                        <w:wordWrap w:val="0"/>
                        <w:autoSpaceDE w:val="0"/>
                        <w:autoSpaceDN w:val="0"/>
                        <w:spacing w:after="0" w:line="221" w:lineRule="exact"/>
                      </w:pPr>
                      <w:r>
                        <w:rPr>
                          <w:rFonts w:ascii="MS Gothic" w:eastAsia="MS Gothic" w:hAnsi="MS Gothic"/>
                          <w:color w:val="000000"/>
                          <w:spacing w:val="21"/>
                        </w:rPr>
                        <w:t>kommunikáció</w:t>
                      </w:r>
                    </w:p>
                  </w:txbxContent>
                </v:textbox>
                <w10:wrap anchorx="page" anchory="page"/>
              </v:shape>
            </w:pict>
          </mc:Fallback>
        </mc:AlternateContent>
      </w:r>
    </w:p>
    <w:p w14:paraId="14787A24" w14:textId="77777777" w:rsidR="004E51DE" w:rsidRPr="0062109A" w:rsidRDefault="004E51DE" w:rsidP="00211F8D">
      <w:pPr>
        <w:wordWrap w:val="0"/>
        <w:autoSpaceDE w:val="0"/>
        <w:autoSpaceDN w:val="0"/>
        <w:spacing w:before="496"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520"/>
        <w:gridCol w:w="5115"/>
      </w:tblGrid>
      <w:tr w:rsidR="004E51DE" w:rsidRPr="0062109A" w14:paraId="02D05360"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F27A5C" w14:textId="77777777" w:rsidR="004E51DE" w:rsidRPr="0062109A" w:rsidRDefault="00000000" w:rsidP="00211F8D">
            <w:pPr>
              <w:wordWrap w:val="0"/>
              <w:autoSpaceDE w:val="0"/>
              <w:autoSpaceDN w:val="0"/>
              <w:spacing w:before="39" w:after="0" w:line="221" w:lineRule="exact"/>
              <w:ind w:left="704"/>
              <w:rPr>
                <w:rFonts w:ascii="Times New Roman" w:hAnsi="Times New Roman" w:cs="Times New Roman"/>
              </w:rPr>
            </w:pP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4D1FF9" w14:textId="77777777" w:rsidR="004E51DE" w:rsidRPr="0062109A" w:rsidRDefault="00000000" w:rsidP="00211F8D">
            <w:pPr>
              <w:wordWrap w:val="0"/>
              <w:autoSpaceDE w:val="0"/>
              <w:autoSpaceDN w:val="0"/>
              <w:spacing w:before="39" w:after="0" w:line="221" w:lineRule="exact"/>
              <w:ind w:left="1594"/>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6A226EEB" w14:textId="77777777">
        <w:trPr>
          <w:trHeight w:hRule="exact" w:val="399"/>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1B3B08" w14:textId="77777777" w:rsidR="004E51DE" w:rsidRPr="0062109A" w:rsidRDefault="00000000" w:rsidP="00211F8D">
            <w:pPr>
              <w:wordWrap w:val="0"/>
              <w:autoSpaceDE w:val="0"/>
              <w:autoSpaceDN w:val="0"/>
              <w:spacing w:before="40"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vezeték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68B45B60" w14:textId="77777777" w:rsidR="004E51DE" w:rsidRPr="0062109A" w:rsidRDefault="00000000" w:rsidP="00211F8D">
            <w:pPr>
              <w:wordWrap w:val="0"/>
              <w:autoSpaceDE w:val="0"/>
              <w:autoSpaceDN w:val="0"/>
              <w:spacing w:before="40"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66656EAE" w14:textId="77777777">
        <w:trPr>
          <w:trHeight w:hRule="exact" w:val="67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6245B"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74ADA1FA"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442BFBBE" w14:textId="77777777" w:rsidR="004E51DE" w:rsidRPr="0062109A" w:rsidRDefault="00000000" w:rsidP="00211F8D">
            <w:pPr>
              <w:wordWrap w:val="0"/>
              <w:autoSpaceDE w:val="0"/>
              <w:autoSpaceDN w:val="0"/>
              <w:spacing w:before="50"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51BBE0A9" w14:textId="77777777">
        <w:trPr>
          <w:trHeight w:hRule="exact" w:val="67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53EE10"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postacím</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1AE0C863"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3C743902" w14:textId="77777777" w:rsidR="004E51DE" w:rsidRPr="0062109A" w:rsidRDefault="00000000" w:rsidP="00211F8D">
            <w:pPr>
              <w:wordWrap w:val="0"/>
              <w:autoSpaceDE w:val="0"/>
              <w:autoSpaceDN w:val="0"/>
              <w:spacing w:before="50"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572A1B38"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A6928E"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lakcím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511F4A"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számlázáshoz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p>
        </w:tc>
      </w:tr>
      <w:tr w:rsidR="004E51DE" w:rsidRPr="0062109A" w14:paraId="78C4DE11" w14:textId="77777777">
        <w:trPr>
          <w:trHeight w:hRule="exact" w:val="67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631C2C"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telefonszám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mobilszám</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3C7BE1"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szóbeli</w:t>
            </w:r>
            <w:proofErr w:type="spellEnd"/>
          </w:p>
          <w:p w14:paraId="196953E9"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36AC8EC1" w14:textId="77777777">
        <w:trPr>
          <w:trHeight w:hRule="exact" w:val="939"/>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83CDE"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vételár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végösszege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számlázásinév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0C93F2E2"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vásárló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magányszemély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22D98099"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gazdasági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vállalkozás</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0D2745C7"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számlázáshoz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w:t>
            </w:r>
            <w:proofErr w:type="spellEnd"/>
          </w:p>
        </w:tc>
      </w:tr>
      <w:tr w:rsidR="004E51DE" w:rsidRPr="0062109A" w14:paraId="0A20EADA" w14:textId="77777777">
        <w:trPr>
          <w:trHeight w:hRule="exact" w:val="121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ED4314"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beosztás</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331C3F"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képviseletében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eljáró</w:t>
            </w:r>
            <w:proofErr w:type="spellEnd"/>
          </w:p>
          <w:p w14:paraId="5CCF8FC0"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kapcsolattartó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beosztása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képviseleti</w:t>
            </w:r>
            <w:proofErr w:type="spellEnd"/>
          </w:p>
          <w:p w14:paraId="21CAA420" w14:textId="77777777" w:rsidR="004E51DE" w:rsidRPr="0062109A" w:rsidRDefault="00000000" w:rsidP="00211F8D">
            <w:pPr>
              <w:wordWrap w:val="0"/>
              <w:autoSpaceDE w:val="0"/>
              <w:autoSpaceDN w:val="0"/>
              <w:spacing w:before="50"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w w:val="99"/>
              </w:rPr>
              <w:t>jogosultság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meglétének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ellenőrzése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p>
          <w:p w14:paraId="76071E43"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403FB42B" w14:textId="77777777">
        <w:trPr>
          <w:trHeight w:hRule="exact" w:val="938"/>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DE6013"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fizetési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bankkártyaszám</w:t>
            </w:r>
            <w:proofErr w:type="spellEnd"/>
            <w:r w:rsidRPr="0062109A">
              <w:rPr>
                <w:rFonts w:ascii="Times New Roman" w:eastAsia="MS Gothic" w:hAnsi="Times New Roman" w:cs="Times New Roman"/>
                <w:color w:val="000000"/>
              </w:rPr>
              <w:t>,</w:t>
            </w:r>
          </w:p>
          <w:p w14:paraId="0D187932"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számlavezető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bank</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vételár</w:t>
            </w:r>
            <w:proofErr w:type="spellEnd"/>
          </w:p>
          <w:p w14:paraId="7EEE20CB" w14:textId="77777777" w:rsidR="004E51DE" w:rsidRPr="0062109A" w:rsidRDefault="00000000" w:rsidP="00211F8D">
            <w:pPr>
              <w:wordWrap w:val="0"/>
              <w:autoSpaceDE w:val="0"/>
              <w:autoSpaceDN w:val="0"/>
              <w:spacing w:before="50"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összege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fizetés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időpontja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azonosítója</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106CFD57"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vételár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megfizetéséhez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4A6C45BF" w14:textId="77777777">
        <w:trPr>
          <w:trHeight w:hRule="exact" w:val="1625"/>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EFACFC"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szerződéssel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összefüggésben</w:t>
            </w:r>
            <w:proofErr w:type="spellEnd"/>
          </w:p>
          <w:p w14:paraId="13CC37CF" w14:textId="77777777" w:rsidR="004E51DE" w:rsidRPr="0062109A" w:rsidRDefault="00000000" w:rsidP="00211F8D">
            <w:pPr>
              <w:wordWrap w:val="0"/>
              <w:autoSpaceDE w:val="0"/>
              <w:autoSpaceDN w:val="0"/>
              <w:spacing w:before="6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önkéntesen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w:t>
            </w:r>
            <w:proofErr w:type="spellEnd"/>
          </w:p>
          <w:p w14:paraId="1C85C822" w14:textId="77777777" w:rsidR="004E51DE" w:rsidRPr="0062109A" w:rsidRDefault="00000000" w:rsidP="00211F8D">
            <w:pPr>
              <w:wordWrap w:val="0"/>
              <w:autoSpaceDE w:val="0"/>
              <w:autoSpaceDN w:val="0"/>
              <w:spacing w:before="7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információk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esetlegesen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535B8236" w14:textId="77777777" w:rsidR="004E51DE" w:rsidRPr="0062109A" w:rsidRDefault="00000000" w:rsidP="00211F8D">
            <w:pPr>
              <w:wordWrap w:val="0"/>
              <w:autoSpaceDE w:val="0"/>
              <w:autoSpaceDN w:val="0"/>
              <w:spacing w:before="6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megrendeléshez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megjegyzésben</w:t>
            </w:r>
            <w:proofErr w:type="spellEnd"/>
          </w:p>
          <w:p w14:paraId="789F44DB" w14:textId="77777777" w:rsidR="004E51DE" w:rsidRPr="0062109A" w:rsidRDefault="00000000" w:rsidP="00211F8D">
            <w:pPr>
              <w:wordWrap w:val="0"/>
              <w:autoSpaceDE w:val="0"/>
              <w:autoSpaceDN w:val="0"/>
              <w:spacing w:before="6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foglalt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11216D56"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bl>
    <w:p w14:paraId="36BC917F" w14:textId="77777777" w:rsidR="004E51DE" w:rsidRPr="0062109A" w:rsidRDefault="00000000" w:rsidP="00211F8D">
      <w:pPr>
        <w:wordWrap w:val="0"/>
        <w:autoSpaceDE w:val="0"/>
        <w:autoSpaceDN w:val="0"/>
        <w:spacing w:before="491" w:after="36"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7B267832"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figyelemmel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figyelemmel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0DDE05D0"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r w:rsidRPr="0062109A">
        <w:rPr>
          <w:rFonts w:ascii="Times New Roman" w:eastAsia="MS Gothic" w:hAnsi="Times New Roman" w:cs="Times New Roman"/>
          <w:color w:val="000000"/>
        </w:rPr>
        <w:t>304/2009.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(XII.</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2-4.</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olyan</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szerződés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előkészítéséhez</w:t>
      </w:r>
      <w:proofErr w:type="spellEnd"/>
    </w:p>
    <w:p w14:paraId="1991A28E"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megkötéséhez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szükséges</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melyben</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egyik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fél</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Adatkezelő,</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másik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fél</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0315D896"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magánszemély</w:t>
      </w:r>
      <w:proofErr w:type="spellEnd"/>
      <w:r w:rsidRPr="0062109A">
        <w:rPr>
          <w:rFonts w:ascii="Times New Roman" w:eastAsia="MS Gothic" w:hAnsi="Times New Roman" w:cs="Times New Roman"/>
          <w:color w:val="000000"/>
        </w:rPr>
        <w:t>.</w:t>
      </w:r>
    </w:p>
    <w:p w14:paraId="7822B267" w14:textId="77777777" w:rsidR="004E51DE" w:rsidRPr="0062109A" w:rsidRDefault="00000000" w:rsidP="00211F8D">
      <w:pPr>
        <w:wordWrap w:val="0"/>
        <w:autoSpaceDE w:val="0"/>
        <w:autoSpaceDN w:val="0"/>
        <w:spacing w:before="230" w:after="36"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6623174C"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6B41B585"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52DD9345"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p w14:paraId="1967A3E6"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tárhelyszolgáltatójának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finanszírozásra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ügyfél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kiválasztott</w:t>
      </w:r>
      <w:proofErr w:type="spellEnd"/>
    </w:p>
    <w:p w14:paraId="38075C43"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pénzintézetnek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könyvelő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társaságunknak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számlavezető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bankunknak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NAV-nak</w:t>
      </w:r>
    </w:p>
    <w:p w14:paraId="0D6B488A"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99"/>
        </w:rPr>
        <w:t>továbbítjuk</w:t>
      </w:r>
      <w:proofErr w:type="spellEnd"/>
      <w:r w:rsidRPr="0062109A">
        <w:rPr>
          <w:rFonts w:ascii="Times New Roman" w:eastAsia="MS Gothic" w:hAnsi="Times New Roman" w:cs="Times New Roman"/>
          <w:color w:val="000000"/>
        </w:rPr>
        <w:t>.</w:t>
      </w:r>
    </w:p>
    <w:p w14:paraId="67CA9392"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p>
    <w:p w14:paraId="618C4624" w14:textId="77777777" w:rsidR="004E51DE" w:rsidRPr="0062109A" w:rsidRDefault="00000000" w:rsidP="00211F8D">
      <w:pPr>
        <w:wordWrap w:val="0"/>
        <w:autoSpaceDE w:val="0"/>
        <w:autoSpaceDN w:val="0"/>
        <w:spacing w:before="230" w:after="372"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megszűnésétől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számított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w:t>
      </w:r>
      <w:proofErr w:type="spellEnd"/>
      <w:r w:rsidRPr="0062109A">
        <w:rPr>
          <w:rFonts w:ascii="Times New Roman" w:eastAsia="MS Gothic" w:hAnsi="Times New Roman" w:cs="Times New Roman"/>
          <w:color w:val="000000"/>
        </w:rPr>
        <w:t>.</w:t>
      </w:r>
    </w:p>
    <w:p w14:paraId="0ADD769E" w14:textId="6E5DC821" w:rsidR="004E51DE" w:rsidRPr="0062109A" w:rsidRDefault="004E51DE" w:rsidP="0028429E">
      <w:pPr>
        <w:wordWrap w:val="0"/>
        <w:autoSpaceDE w:val="0"/>
        <w:autoSpaceDN w:val="0"/>
        <w:spacing w:before="744" w:after="0" w:line="221" w:lineRule="exact"/>
        <w:ind w:left="4819"/>
        <w:rPr>
          <w:rFonts w:ascii="Times New Roman" w:hAnsi="Times New Roman" w:cs="Times New Roman"/>
        </w:rPr>
        <w:sectPr w:rsidR="004E51DE" w:rsidRPr="0062109A">
          <w:pgSz w:w="11906" w:h="16838"/>
          <w:pgMar w:top="484" w:right="976" w:bottom="653" w:left="1011" w:header="720" w:footer="720" w:gutter="0"/>
          <w:cols w:space="720" w:equalWidth="0">
            <w:col w:w="9919" w:space="0"/>
          </w:cols>
          <w:docGrid w:linePitch="360"/>
        </w:sectPr>
      </w:pPr>
    </w:p>
    <w:p w14:paraId="6D1C4F22" w14:textId="19CF81C2" w:rsidR="004E51DE" w:rsidRPr="0062109A" w:rsidRDefault="004E51DE" w:rsidP="00211F8D">
      <w:pPr>
        <w:wordWrap w:val="0"/>
        <w:autoSpaceDE w:val="0"/>
        <w:autoSpaceDN w:val="0"/>
        <w:spacing w:after="261" w:line="14" w:lineRule="exact"/>
        <w:rPr>
          <w:rFonts w:ascii="Times New Roman" w:hAnsi="Times New Roman" w:cs="Times New Roman"/>
        </w:rPr>
      </w:pPr>
    </w:p>
    <w:p w14:paraId="7214ACFB" w14:textId="77777777" w:rsidR="004E51DE" w:rsidRPr="0062109A" w:rsidRDefault="00000000" w:rsidP="00211F8D">
      <w:pPr>
        <w:wordWrap w:val="0"/>
        <w:autoSpaceDE w:val="0"/>
        <w:autoSpaceDN w:val="0"/>
        <w:spacing w:before="549"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101"/>
        </w:rPr>
        <w:t>adattárolás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módja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helyiségeiben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irattárában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papír</w:t>
      </w:r>
      <w:proofErr w:type="spellEnd"/>
    </w:p>
    <w:p w14:paraId="1E3D0D1A"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272C51EC" w14:textId="77777777" w:rsidR="004E51DE" w:rsidRPr="0062109A" w:rsidRDefault="00000000" w:rsidP="00211F8D">
      <w:pPr>
        <w:wordWrap w:val="0"/>
        <w:autoSpaceDE w:val="0"/>
        <w:autoSpaceDN w:val="0"/>
        <w:spacing w:before="51"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6A4F9C67" w14:textId="77777777" w:rsidR="004E51DE" w:rsidRPr="0062109A" w:rsidRDefault="00000000" w:rsidP="00211F8D">
      <w:pPr>
        <w:wordWrap w:val="0"/>
        <w:autoSpaceDE w:val="0"/>
        <w:autoSpaceDN w:val="0"/>
        <w:spacing w:before="168"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adásvételi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megkötésével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p>
    <w:p w14:paraId="0B301B2D"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4F8F3535" w14:textId="77777777" w:rsidR="004E51DE" w:rsidRPr="0062109A" w:rsidRDefault="00000000" w:rsidP="00211F8D">
      <w:pPr>
        <w:wordWrap w:val="0"/>
        <w:autoSpaceDE w:val="0"/>
        <w:autoSpaceDN w:val="0"/>
        <w:spacing w:before="230" w:after="36"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43F9245F" w14:textId="77777777" w:rsidR="004E51DE" w:rsidRPr="0062109A" w:rsidRDefault="00000000" w:rsidP="00211F8D">
      <w:pPr>
        <w:wordWrap w:val="0"/>
        <w:autoSpaceDE w:val="0"/>
        <w:autoSpaceDN w:val="0"/>
        <w:spacing w:before="72" w:after="3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47F51C7D" w14:textId="77777777" w:rsidR="004E51DE" w:rsidRPr="0062109A" w:rsidRDefault="00000000" w:rsidP="00211F8D">
      <w:pPr>
        <w:wordWrap w:val="0"/>
        <w:autoSpaceDE w:val="0"/>
        <w:autoSpaceDN w:val="0"/>
        <w:spacing w:before="69" w:after="3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2152C84B" w14:textId="77777777" w:rsidR="004E51DE" w:rsidRPr="0062109A" w:rsidRDefault="00000000" w:rsidP="00211F8D">
      <w:pPr>
        <w:wordWrap w:val="0"/>
        <w:autoSpaceDE w:val="0"/>
        <w:autoSpaceDN w:val="0"/>
        <w:spacing w:before="69" w:after="36"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r w:rsidRPr="0062109A">
        <w:rPr>
          <w:rFonts w:ascii="Times New Roman" w:eastAsia="MS Gothic" w:hAnsi="Times New Roman" w:cs="Times New Roman"/>
          <w:color w:val="000000"/>
        </w:rPr>
        <w:t>,</w:t>
      </w:r>
    </w:p>
    <w:p w14:paraId="7FDAB9C3" w14:textId="77777777" w:rsidR="004E51DE" w:rsidRPr="0062109A" w:rsidRDefault="00000000" w:rsidP="00211F8D">
      <w:pPr>
        <w:wordWrap w:val="0"/>
        <w:autoSpaceDE w:val="0"/>
        <w:autoSpaceDN w:val="0"/>
        <w:spacing w:before="72" w:after="3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051569DA" w14:textId="77777777" w:rsidR="004E51DE" w:rsidRPr="0062109A" w:rsidRDefault="00000000" w:rsidP="00211F8D">
      <w:pPr>
        <w:wordWrap w:val="0"/>
        <w:autoSpaceDE w:val="0"/>
        <w:autoSpaceDN w:val="0"/>
        <w:spacing w:before="69" w:after="3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adathordozáshoz</w:t>
      </w:r>
      <w:proofErr w:type="spellEnd"/>
      <w:r w:rsidRPr="0062109A">
        <w:rPr>
          <w:rFonts w:ascii="Times New Roman" w:eastAsia="MS Gothic" w:hAnsi="Times New Roman" w:cs="Times New Roman"/>
          <w:color w:val="000000"/>
        </w:rPr>
        <w:t>,</w:t>
      </w:r>
    </w:p>
    <w:p w14:paraId="218A74FD" w14:textId="77777777" w:rsidR="004E51DE" w:rsidRPr="0062109A" w:rsidRDefault="00000000" w:rsidP="00211F8D">
      <w:pPr>
        <w:wordWrap w:val="0"/>
        <w:autoSpaceDE w:val="0"/>
        <w:autoSpaceDN w:val="0"/>
        <w:spacing w:before="69" w:after="11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57B6C881" w14:textId="77777777" w:rsidR="004E51DE" w:rsidRPr="0062109A" w:rsidRDefault="00000000" w:rsidP="00211F8D">
      <w:pPr>
        <w:wordWrap w:val="0"/>
        <w:autoSpaceDE w:val="0"/>
        <w:autoSpaceDN w:val="0"/>
        <w:spacing w:before="231"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1A36D85A" w14:textId="77777777" w:rsidR="004E51DE" w:rsidRPr="0062109A" w:rsidRDefault="00000000" w:rsidP="00211F8D">
      <w:pPr>
        <w:pStyle w:val="Cmsor2"/>
      </w:pPr>
      <w:bookmarkStart w:id="22" w:name="_Toc219475601"/>
      <w:proofErr w:type="spellStart"/>
      <w:r w:rsidRPr="0062109A">
        <w:t>Számviteli</w:t>
      </w:r>
      <w:proofErr w:type="spellEnd"/>
      <w:r w:rsidRPr="0062109A">
        <w:rPr>
          <w:rFonts w:eastAsia="Times New Roman"/>
        </w:rPr>
        <w:t xml:space="preserve"> </w:t>
      </w:r>
      <w:proofErr w:type="spellStart"/>
      <w:r w:rsidRPr="0062109A">
        <w:t>kötelezettségek</w:t>
      </w:r>
      <w:proofErr w:type="spellEnd"/>
      <w:r w:rsidRPr="0062109A">
        <w:rPr>
          <w:rFonts w:eastAsia="Times New Roman"/>
        </w:rPr>
        <w:t xml:space="preserve"> </w:t>
      </w:r>
      <w:proofErr w:type="spellStart"/>
      <w:r w:rsidRPr="0062109A">
        <w:t>teljesítése</w:t>
      </w:r>
      <w:bookmarkEnd w:id="22"/>
      <w:proofErr w:type="spellEnd"/>
    </w:p>
    <w:p w14:paraId="4516C638"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számvitelről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szóló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2000.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169.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w:t>
      </w:r>
    </w:p>
    <w:p w14:paraId="15BF1DCD"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bekezdése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olvasható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formában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visszakereshető</w:t>
      </w:r>
      <w:proofErr w:type="spellEnd"/>
    </w:p>
    <w:p w14:paraId="5FE6F193"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megőrizni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könyvviteli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elszámolást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alátámasztó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bizonylatokat</w:t>
      </w:r>
      <w:proofErr w:type="spellEnd"/>
      <w:r w:rsidRPr="0062109A">
        <w:rPr>
          <w:rFonts w:ascii="Times New Roman" w:eastAsia="MS Gothic" w:hAnsi="Times New Roman" w:cs="Times New Roman"/>
          <w:color w:val="000000"/>
        </w:rPr>
        <w:t>.</w:t>
      </w:r>
    </w:p>
    <w:p w14:paraId="39CE85C5"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igénybe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p>
    <w:p w14:paraId="42EEA996"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vezeték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lakcím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vállalkozó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nyilvántartási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adószám</w:t>
      </w:r>
      <w:proofErr w:type="spellEnd"/>
      <w:r w:rsidRPr="0062109A">
        <w:rPr>
          <w:rFonts w:ascii="Times New Roman" w:eastAsia="MS Gothic" w:hAnsi="Times New Roman" w:cs="Times New Roman"/>
          <w:color w:val="000000"/>
        </w:rPr>
        <w:t>,</w:t>
      </w:r>
    </w:p>
    <w:p w14:paraId="58ECC338" w14:textId="77777777" w:rsidR="004E51DE" w:rsidRPr="0062109A" w:rsidRDefault="00000000" w:rsidP="00211F8D">
      <w:pPr>
        <w:wordWrap w:val="0"/>
        <w:autoSpaceDE w:val="0"/>
        <w:autoSpaceDN w:val="0"/>
        <w:spacing w:before="50" w:after="6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megrendelés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w:t>
      </w:r>
      <w:proofErr w:type="spellEnd"/>
      <w:r w:rsidRPr="0062109A">
        <w:rPr>
          <w:rFonts w:ascii="Times New Roman" w:eastAsia="MS Gothic" w:hAnsi="Times New Roman" w:cs="Times New Roman"/>
          <w:color w:val="000000"/>
        </w:rPr>
        <w:t>.</w:t>
      </w:r>
    </w:p>
    <w:p w14:paraId="0E0A327C" w14:textId="77777777" w:rsidR="004E51DE" w:rsidRPr="0062109A" w:rsidRDefault="004E51DE" w:rsidP="00211F8D">
      <w:pPr>
        <w:wordWrap w:val="0"/>
        <w:autoSpaceDE w:val="0"/>
        <w:autoSpaceDN w:val="0"/>
        <w:spacing w:before="114"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520"/>
        <w:gridCol w:w="5257"/>
      </w:tblGrid>
      <w:tr w:rsidR="004E51DE" w:rsidRPr="0062109A" w14:paraId="3037DCCD"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3F6B2E" w14:textId="77777777" w:rsidR="004E51DE" w:rsidRPr="0062109A" w:rsidRDefault="00000000" w:rsidP="00211F8D">
            <w:pPr>
              <w:wordWrap w:val="0"/>
              <w:autoSpaceDE w:val="0"/>
              <w:autoSpaceDN w:val="0"/>
              <w:spacing w:before="39" w:after="0" w:line="221" w:lineRule="exact"/>
              <w:ind w:left="704"/>
              <w:rPr>
                <w:rFonts w:ascii="Times New Roman" w:hAnsi="Times New Roman" w:cs="Times New Roman"/>
              </w:rPr>
            </w:pP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5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F9D06" w14:textId="77777777" w:rsidR="004E51DE" w:rsidRPr="0062109A" w:rsidRDefault="00000000" w:rsidP="00211F8D">
            <w:pPr>
              <w:wordWrap w:val="0"/>
              <w:autoSpaceDE w:val="0"/>
              <w:autoSpaceDN w:val="0"/>
              <w:spacing w:before="39" w:after="0" w:line="221" w:lineRule="exact"/>
              <w:ind w:left="1664"/>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1C68301F" w14:textId="77777777">
        <w:trPr>
          <w:trHeight w:hRule="exact" w:val="398"/>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1E746B"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vezeték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p>
        </w:tc>
        <w:tc>
          <w:tcPr>
            <w:tcW w:w="5257"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525CF"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55FF256A"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0AD865"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lakcím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tc>
        <w:tc>
          <w:tcPr>
            <w:tcW w:w="525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F1C914E"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számla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adattartalma</w:t>
            </w:r>
            <w:proofErr w:type="spellEnd"/>
          </w:p>
        </w:tc>
      </w:tr>
      <w:tr w:rsidR="004E51DE" w:rsidRPr="0062109A" w14:paraId="6FB5376C" w14:textId="77777777">
        <w:trPr>
          <w:trHeight w:hRule="exact" w:val="398"/>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4B49AC"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vállalkozói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nyilvántartási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w:t>
            </w:r>
            <w:proofErr w:type="spellEnd"/>
          </w:p>
        </w:tc>
        <w:tc>
          <w:tcPr>
            <w:tcW w:w="4959"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3B56101F" w14:textId="77777777" w:rsidR="004E51DE" w:rsidRPr="0062109A" w:rsidRDefault="004E51DE" w:rsidP="00211F8D">
            <w:pPr>
              <w:rPr>
                <w:rFonts w:ascii="Times New Roman" w:hAnsi="Times New Roman" w:cs="Times New Roman"/>
              </w:rPr>
            </w:pPr>
          </w:p>
        </w:tc>
      </w:tr>
      <w:tr w:rsidR="004E51DE" w:rsidRPr="0062109A" w14:paraId="02C4D6C7"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C12FD"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adószám</w:t>
            </w:r>
            <w:proofErr w:type="spellEnd"/>
          </w:p>
        </w:tc>
        <w:tc>
          <w:tcPr>
            <w:tcW w:w="4959"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4E1124FD" w14:textId="77777777" w:rsidR="004E51DE" w:rsidRPr="0062109A" w:rsidRDefault="004E51DE" w:rsidP="00211F8D">
            <w:pPr>
              <w:rPr>
                <w:rFonts w:ascii="Times New Roman" w:hAnsi="Times New Roman" w:cs="Times New Roman"/>
              </w:rPr>
            </w:pPr>
          </w:p>
        </w:tc>
      </w:tr>
      <w:tr w:rsidR="004E51DE" w:rsidRPr="0062109A" w14:paraId="1B1E3B1A" w14:textId="77777777">
        <w:trPr>
          <w:trHeight w:hRule="exact" w:val="67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70541A"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megrendelés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w:t>
            </w:r>
            <w:proofErr w:type="spellEnd"/>
            <w:r w:rsidRPr="0062109A">
              <w:rPr>
                <w:rFonts w:ascii="Times New Roman" w:eastAsia="MS Gothic" w:hAnsi="Times New Roman" w:cs="Times New Roman"/>
                <w:color w:val="000000"/>
              </w:rPr>
              <w:t>,</w:t>
            </w:r>
          </w:p>
          <w:p w14:paraId="7457520B"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szolgáltatás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p>
        </w:tc>
        <w:tc>
          <w:tcPr>
            <w:tcW w:w="4959"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54F376B7" w14:textId="77777777" w:rsidR="004E51DE" w:rsidRPr="0062109A" w:rsidRDefault="004E51DE" w:rsidP="00211F8D">
            <w:pPr>
              <w:rPr>
                <w:rFonts w:ascii="Times New Roman" w:hAnsi="Times New Roman" w:cs="Times New Roman"/>
              </w:rPr>
            </w:pPr>
          </w:p>
        </w:tc>
      </w:tr>
      <w:tr w:rsidR="004E51DE" w:rsidRPr="0062109A" w14:paraId="1C593EEC"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CE0825"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számla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tc>
        <w:tc>
          <w:tcPr>
            <w:tcW w:w="4959"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081B5A06" w14:textId="77777777" w:rsidR="004E51DE" w:rsidRPr="0062109A" w:rsidRDefault="004E51DE" w:rsidP="00211F8D">
            <w:pPr>
              <w:rPr>
                <w:rFonts w:ascii="Times New Roman" w:hAnsi="Times New Roman" w:cs="Times New Roman"/>
              </w:rPr>
            </w:pPr>
          </w:p>
        </w:tc>
      </w:tr>
    </w:tbl>
    <w:p w14:paraId="26CF93B1" w14:textId="77777777" w:rsidR="004E51DE" w:rsidRPr="0062109A" w:rsidRDefault="00000000" w:rsidP="00211F8D">
      <w:pPr>
        <w:wordWrap w:val="0"/>
        <w:autoSpaceDE w:val="0"/>
        <w:autoSpaceDN w:val="0"/>
        <w:spacing w:before="429"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0461AA5F"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proofErr w:type="gramStart"/>
      <w:r w:rsidRPr="0062109A">
        <w:rPr>
          <w:rFonts w:ascii="Times New Roman" w:eastAsia="MS Gothic" w:hAnsi="Times New Roman" w:cs="Times New Roman"/>
          <w:color w:val="000000"/>
        </w:rPr>
        <w:t>6.cikk</w:t>
      </w:r>
      <w:proofErr w:type="gram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proofErr w:type="gramStart"/>
      <w:r w:rsidRPr="0062109A">
        <w:rPr>
          <w:rFonts w:ascii="Times New Roman" w:eastAsia="MS Gothic" w:hAnsi="Times New Roman" w:cs="Times New Roman"/>
          <w:color w:val="000000"/>
        </w:rPr>
        <w:t>bekezdésc</w:t>
      </w:r>
      <w:proofErr w:type="spellEnd"/>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pontjánalapul</w:t>
      </w:r>
      <w:proofErr w:type="spellEnd"/>
      <w:proofErr w:type="gramEnd"/>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Adatkezelőrevonatkozó</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jogi</w:t>
      </w:r>
      <w:proofErr w:type="spellEnd"/>
    </w:p>
    <w:p w14:paraId="31D1B36A"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kötelezettség</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teljesítése</w:t>
      </w:r>
      <w:proofErr w:type="spellEnd"/>
      <w:r w:rsidRPr="0062109A">
        <w:rPr>
          <w:rFonts w:ascii="Times New Roman" w:eastAsia="MS Gothic" w:hAnsi="Times New Roman" w:cs="Times New Roman"/>
          <w:b/>
          <w:color w:val="000000"/>
        </w:rPr>
        <w:t>.</w:t>
      </w:r>
    </w:p>
    <w:p w14:paraId="54DCA620"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2FDDF171"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70845164"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1F336543" w14:textId="77777777" w:rsidR="004E51DE" w:rsidRPr="0062109A" w:rsidRDefault="00000000" w:rsidP="00211F8D">
      <w:pPr>
        <w:wordWrap w:val="0"/>
        <w:autoSpaceDE w:val="0"/>
        <w:autoSpaceDN w:val="0"/>
        <w:spacing w:before="168" w:after="8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p w14:paraId="11C07F9A"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szerződéskötés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számlázás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fizetés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20EBFCA1"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könyvelő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társaságnak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számlavezető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bankjának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online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számlát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szolgáltató</w:t>
      </w:r>
      <w:proofErr w:type="spellEnd"/>
    </w:p>
    <w:p w14:paraId="1847837C" w14:textId="77777777" w:rsidR="004E51DE" w:rsidRPr="0062109A" w:rsidRDefault="00000000" w:rsidP="00211F8D">
      <w:pPr>
        <w:wordWrap w:val="0"/>
        <w:autoSpaceDE w:val="0"/>
        <w:autoSpaceDN w:val="0"/>
        <w:spacing w:before="48" w:after="4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társaságnak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online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szolgáltatónak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NAV-nak.</w:t>
      </w:r>
    </w:p>
    <w:p w14:paraId="326150FC" w14:textId="77777777" w:rsidR="004E51DE" w:rsidRPr="0062109A" w:rsidRDefault="004E51DE" w:rsidP="00211F8D">
      <w:pPr>
        <w:spacing w:after="0"/>
        <w:rPr>
          <w:rFonts w:ascii="Times New Roman" w:hAnsi="Times New Roman" w:cs="Times New Roman"/>
        </w:rPr>
        <w:sectPr w:rsidR="004E51DE" w:rsidRPr="0062109A">
          <w:pgSz w:w="11906" w:h="16838"/>
          <w:pgMar w:top="484" w:right="976" w:bottom="653" w:left="1011" w:header="720" w:footer="720" w:gutter="0"/>
          <w:cols w:space="720" w:equalWidth="0">
            <w:col w:w="9919" w:space="0"/>
          </w:cols>
          <w:docGrid w:linePitch="360"/>
        </w:sectPr>
      </w:pPr>
    </w:p>
    <w:p w14:paraId="5A6C9389" w14:textId="48B1B995" w:rsidR="004E51DE" w:rsidRPr="0062109A" w:rsidRDefault="004E51DE" w:rsidP="00211F8D">
      <w:pPr>
        <w:wordWrap w:val="0"/>
        <w:autoSpaceDE w:val="0"/>
        <w:autoSpaceDN w:val="0"/>
        <w:spacing w:after="251" w:line="14" w:lineRule="exact"/>
        <w:rPr>
          <w:rFonts w:ascii="Times New Roman" w:hAnsi="Times New Roman" w:cs="Times New Roman"/>
        </w:rPr>
      </w:pPr>
    </w:p>
    <w:p w14:paraId="1264CD42" w14:textId="77777777" w:rsidR="004E51DE" w:rsidRPr="0062109A" w:rsidRDefault="00000000" w:rsidP="00211F8D">
      <w:pPr>
        <w:wordWrap w:val="0"/>
        <w:autoSpaceDE w:val="0"/>
        <w:autoSpaceDN w:val="0"/>
        <w:spacing w:before="530" w:after="24"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számviteli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bizonylatok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megőrzésére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p>
    <w:p w14:paraId="40231253"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számvitelről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szóló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2000.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169.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p>
    <w:p w14:paraId="1C82E095" w14:textId="77777777" w:rsidR="004E51DE" w:rsidRPr="0062109A" w:rsidRDefault="00000000" w:rsidP="00211F8D">
      <w:pPr>
        <w:wordWrap w:val="0"/>
        <w:autoSpaceDE w:val="0"/>
        <w:autoSpaceDN w:val="0"/>
        <w:spacing w:before="51" w:after="84" w:line="221" w:lineRule="exact"/>
        <w:ind w:left="69"/>
        <w:rPr>
          <w:rFonts w:ascii="Times New Roman" w:hAnsi="Times New Roman" w:cs="Times New Roman"/>
        </w:rPr>
      </w:pPr>
      <w:r w:rsidRPr="0062109A">
        <w:rPr>
          <w:rFonts w:ascii="Times New Roman" w:eastAsia="MS Gothic" w:hAnsi="Times New Roman" w:cs="Times New Roman"/>
          <w:color w:val="000000"/>
        </w:rPr>
        <w:t>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w:t>
      </w:r>
      <w:proofErr w:type="spellEnd"/>
      <w:r w:rsidRPr="0062109A">
        <w:rPr>
          <w:rFonts w:ascii="Times New Roman" w:eastAsia="MS Gothic" w:hAnsi="Times New Roman" w:cs="Times New Roman"/>
          <w:color w:val="000000"/>
        </w:rPr>
        <w:t>.</w:t>
      </w:r>
    </w:p>
    <w:p w14:paraId="63EE7337"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101"/>
        </w:rPr>
        <w:t>adattárolás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módja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helyiségeiben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irattárában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papír</w:t>
      </w:r>
      <w:proofErr w:type="spellEnd"/>
    </w:p>
    <w:p w14:paraId="4DC702EF"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66C871A0"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32BBE90F"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számviteli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kötelezettségünkhöz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p>
    <w:p w14:paraId="6DE8A76F"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116C3601" w14:textId="77777777" w:rsidR="004E51DE" w:rsidRPr="0062109A" w:rsidRDefault="00000000" w:rsidP="00211F8D">
      <w:pPr>
        <w:wordWrap w:val="0"/>
        <w:autoSpaceDE w:val="0"/>
        <w:autoSpaceDN w:val="0"/>
        <w:spacing w:before="16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7F606E65" w14:textId="77777777" w:rsidR="004E51DE" w:rsidRPr="0062109A" w:rsidRDefault="00000000" w:rsidP="00211F8D">
      <w:pPr>
        <w:wordWrap w:val="0"/>
        <w:autoSpaceDE w:val="0"/>
        <w:autoSpaceDN w:val="0"/>
        <w:spacing w:before="50"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31781513" w14:textId="77777777" w:rsidR="004E51DE" w:rsidRPr="0062109A" w:rsidRDefault="00000000" w:rsidP="00211F8D">
      <w:pPr>
        <w:wordWrap w:val="0"/>
        <w:autoSpaceDE w:val="0"/>
        <w:autoSpaceDN w:val="0"/>
        <w:spacing w:before="48"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66CD4175"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6B551140" w14:textId="77777777" w:rsidR="004E51DE" w:rsidRPr="0062109A" w:rsidRDefault="00000000" w:rsidP="00211F8D">
      <w:pPr>
        <w:wordWrap w:val="0"/>
        <w:autoSpaceDE w:val="0"/>
        <w:autoSpaceDN w:val="0"/>
        <w:spacing w:before="50" w:after="8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3983A5BC"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0A79DCEA" w14:textId="77777777" w:rsidR="004E51DE" w:rsidRPr="0062109A" w:rsidRDefault="00000000" w:rsidP="00211F8D">
      <w:pPr>
        <w:pStyle w:val="Cmsor2"/>
      </w:pPr>
      <w:bookmarkStart w:id="23" w:name="_Toc219475602"/>
      <w:proofErr w:type="spellStart"/>
      <w:r w:rsidRPr="0062109A">
        <w:t>Panaszügyintézés</w:t>
      </w:r>
      <w:bookmarkEnd w:id="23"/>
      <w:proofErr w:type="spellEnd"/>
    </w:p>
    <w:p w14:paraId="001CB8A8" w14:textId="77777777" w:rsidR="004E51DE" w:rsidRPr="0062109A" w:rsidRDefault="00000000" w:rsidP="00211F8D">
      <w:pPr>
        <w:wordWrap w:val="0"/>
        <w:autoSpaceDE w:val="0"/>
        <w:autoSpaceDN w:val="0"/>
        <w:spacing w:before="192" w:after="3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valamelyikével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p>
    <w:p w14:paraId="68E4A89F"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panaszkezelés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jótállási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szavatossági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jegyzőkönyv</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felvétele</w:t>
      </w:r>
      <w:proofErr w:type="spellEnd"/>
      <w:r w:rsidRPr="0062109A">
        <w:rPr>
          <w:rFonts w:ascii="Times New Roman" w:eastAsia="MS Gothic" w:hAnsi="Times New Roman" w:cs="Times New Roman"/>
          <w:color w:val="000000"/>
        </w:rPr>
        <w:t>,</w:t>
      </w:r>
    </w:p>
    <w:p w14:paraId="2725C052"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megőrzése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kijavításra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szavatossági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jótállási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teljesíthetőségének</w:t>
      </w:r>
      <w:proofErr w:type="spellEnd"/>
    </w:p>
    <w:p w14:paraId="6E4FC282"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vizsgálata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átvett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termékről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átvételi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elismervény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kiállítása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megőrzése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javításra</w:t>
      </w:r>
      <w:proofErr w:type="spellEnd"/>
      <w:r w:rsidRPr="0062109A">
        <w:rPr>
          <w:rFonts w:ascii="Times New Roman" w:eastAsia="MS Gothic" w:hAnsi="Times New Roman" w:cs="Times New Roman"/>
          <w:color w:val="000000"/>
        </w:rPr>
        <w:t>,</w:t>
      </w:r>
    </w:p>
    <w:p w14:paraId="04E5E253"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cserére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visszaszállítása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vásárlótól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raktárába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majd</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cserélt</w:t>
      </w:r>
      <w:proofErr w:type="spellEnd"/>
      <w:r w:rsidRPr="0062109A">
        <w:rPr>
          <w:rFonts w:ascii="Times New Roman" w:eastAsia="MS Gothic" w:hAnsi="Times New Roman" w:cs="Times New Roman"/>
          <w:color w:val="000000"/>
        </w:rPr>
        <w:t>/</w:t>
      </w:r>
    </w:p>
    <w:p w14:paraId="02284F9D"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javított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ismételt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kiszállítása</w:t>
      </w:r>
      <w:proofErr w:type="spellEnd"/>
      <w:r w:rsidRPr="0062109A">
        <w:rPr>
          <w:rFonts w:ascii="Times New Roman" w:eastAsia="MS Gothic" w:hAnsi="Times New Roman" w:cs="Times New Roman"/>
          <w:color w:val="000000"/>
        </w:rPr>
        <w:t>.</w:t>
      </w:r>
    </w:p>
    <w:p w14:paraId="5F82FC1F"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Azon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telefonon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w:t>
      </w:r>
      <w:proofErr w:type="spellStart"/>
      <w:r w:rsidRPr="0062109A">
        <w:rPr>
          <w:rFonts w:ascii="Times New Roman" w:eastAsia="MS Gothic" w:hAnsi="Times New Roman" w:cs="Times New Roman"/>
          <w:color w:val="000000"/>
        </w:rPr>
        <w:t>mailben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3F0F130C" w14:textId="77777777" w:rsidR="004E51DE" w:rsidRPr="0062109A" w:rsidRDefault="00000000" w:rsidP="00211F8D">
      <w:pPr>
        <w:wordWrap w:val="0"/>
        <w:autoSpaceDE w:val="0"/>
        <w:autoSpaceDN w:val="0"/>
        <w:spacing w:before="70"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kapcsolatfelvételi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űrlapon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termékek</w:t>
      </w:r>
      <w:proofErr w:type="spellEnd"/>
    </w:p>
    <w:p w14:paraId="405A7F69"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valamelyikével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jótállási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szavatossági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jelentenek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be</w:t>
      </w:r>
    </w:p>
    <w:p w14:paraId="6AD6C6FE"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Adatkezelőnek</w:t>
      </w:r>
      <w:proofErr w:type="spellEnd"/>
      <w:r w:rsidRPr="0062109A">
        <w:rPr>
          <w:rFonts w:ascii="Times New Roman" w:eastAsia="MS Gothic" w:hAnsi="Times New Roman" w:cs="Times New Roman"/>
          <w:color w:val="000000"/>
        </w:rPr>
        <w:t>.</w:t>
      </w:r>
    </w:p>
    <w:p w14:paraId="4C9CF509"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rendelésszám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vásárló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w:t>
      </w:r>
      <w:proofErr w:type="spellEnd"/>
    </w:p>
    <w:p w14:paraId="3C71305D"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megnevezése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vételára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vásárlás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bejelentés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időpontja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leírásában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5D592E4F"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kivizsgálásához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vásárló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önkéntesen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41527453"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panaszjegyzőkönyvet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benyújtó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p>
    <w:p w14:paraId="13457603"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kivizsgálása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válaszban</w:t>
      </w:r>
      <w:proofErr w:type="spellEnd"/>
    </w:p>
    <w:p w14:paraId="6ACD0D1B" w14:textId="77777777" w:rsidR="004E51DE" w:rsidRPr="0062109A" w:rsidRDefault="00000000" w:rsidP="00211F8D">
      <w:pPr>
        <w:wordWrap w:val="0"/>
        <w:autoSpaceDE w:val="0"/>
        <w:autoSpaceDN w:val="0"/>
        <w:spacing w:before="69" w:after="9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szereplő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p>
    <w:p w14:paraId="577CB19A" w14:textId="77777777" w:rsidR="004E51DE" w:rsidRPr="0062109A" w:rsidRDefault="004E51DE" w:rsidP="00211F8D">
      <w:pPr>
        <w:wordWrap w:val="0"/>
        <w:autoSpaceDE w:val="0"/>
        <w:autoSpaceDN w:val="0"/>
        <w:spacing w:before="177"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520"/>
        <w:gridCol w:w="5115"/>
      </w:tblGrid>
      <w:tr w:rsidR="004E51DE" w:rsidRPr="0062109A" w14:paraId="34CB4825" w14:textId="77777777">
        <w:trPr>
          <w:trHeight w:hRule="exact" w:val="40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65741" w14:textId="77777777" w:rsidR="004E51DE" w:rsidRPr="0062109A" w:rsidRDefault="00000000" w:rsidP="00211F8D">
            <w:pPr>
              <w:wordWrap w:val="0"/>
              <w:autoSpaceDE w:val="0"/>
              <w:autoSpaceDN w:val="0"/>
              <w:spacing w:before="42" w:after="0" w:line="221" w:lineRule="exact"/>
              <w:ind w:left="704"/>
              <w:rPr>
                <w:rFonts w:ascii="Times New Roman" w:hAnsi="Times New Roman" w:cs="Times New Roman"/>
              </w:rPr>
            </w:pP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E518D" w14:textId="77777777" w:rsidR="004E51DE" w:rsidRPr="0062109A" w:rsidRDefault="00000000" w:rsidP="00211F8D">
            <w:pPr>
              <w:wordWrap w:val="0"/>
              <w:autoSpaceDE w:val="0"/>
              <w:autoSpaceDN w:val="0"/>
              <w:spacing w:before="42" w:after="0" w:line="221" w:lineRule="exact"/>
              <w:ind w:left="1594"/>
              <w:rPr>
                <w:rFonts w:ascii="Times New Roman" w:hAnsi="Times New Roman" w:cs="Times New Roman"/>
              </w:rPr>
            </w:pP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p>
        </w:tc>
      </w:tr>
      <w:tr w:rsidR="004E51DE" w:rsidRPr="0062109A" w14:paraId="4FA54D9C" w14:textId="77777777">
        <w:trPr>
          <w:trHeight w:hRule="exact" w:val="398"/>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9B7693"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vezeték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keresztnév</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6820DC03"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miatt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2A47BCD9" w14:textId="77777777">
        <w:trPr>
          <w:trHeight w:hRule="exact" w:val="67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9F3071"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5D121F90" w14:textId="77777777" w:rsidR="004E51DE" w:rsidRPr="0062109A" w:rsidRDefault="00000000" w:rsidP="00211F8D">
            <w:pPr>
              <w:wordWrap w:val="0"/>
              <w:autoSpaceDE w:val="0"/>
              <w:autoSpaceDN w:val="0"/>
              <w:spacing w:before="42"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1B51C037"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4DE2224E" w14:textId="77777777">
        <w:trPr>
          <w:trHeight w:hRule="exact" w:val="67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249385"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postacím</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C221F" w14:textId="77777777" w:rsidR="004E51DE" w:rsidRPr="0062109A" w:rsidRDefault="00000000" w:rsidP="00211F8D">
            <w:pPr>
              <w:wordWrap w:val="0"/>
              <w:autoSpaceDE w:val="0"/>
              <w:autoSpaceDN w:val="0"/>
              <w:spacing w:before="42"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küldendő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címzéséhez</w:t>
            </w:r>
            <w:proofErr w:type="spellEnd"/>
          </w:p>
          <w:p w14:paraId="60F5B9B4"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p>
        </w:tc>
      </w:tr>
      <w:tr w:rsidR="004E51DE" w:rsidRPr="0062109A" w14:paraId="56B46825" w14:textId="77777777">
        <w:trPr>
          <w:trHeight w:hRule="exact" w:val="670"/>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4AE419" w14:textId="77777777" w:rsidR="004E51DE" w:rsidRPr="0062109A" w:rsidRDefault="00000000" w:rsidP="00211F8D">
            <w:pPr>
              <w:wordWrap w:val="0"/>
              <w:autoSpaceDE w:val="0"/>
              <w:autoSpaceDN w:val="0"/>
              <w:spacing w:before="42" w:after="0" w:line="221" w:lineRule="exact"/>
              <w:ind w:left="103"/>
              <w:rPr>
                <w:rFonts w:ascii="Times New Roman" w:hAnsi="Times New Roman" w:cs="Times New Roman"/>
              </w:rPr>
            </w:pPr>
            <w:proofErr w:type="spellStart"/>
            <w:r w:rsidRPr="0062109A">
              <w:rPr>
                <w:rFonts w:ascii="Times New Roman" w:eastAsia="MS Gothic" w:hAnsi="Times New Roman" w:cs="Times New Roman"/>
                <w:color w:val="000000"/>
              </w:rPr>
              <w:t>telefonszám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mobilszám</w:t>
            </w:r>
            <w:proofErr w:type="spellEnd"/>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D8427" w14:textId="77777777" w:rsidR="004E51DE" w:rsidRPr="0062109A" w:rsidRDefault="00000000" w:rsidP="00211F8D">
            <w:pPr>
              <w:wordWrap w:val="0"/>
              <w:autoSpaceDE w:val="0"/>
              <w:autoSpaceDN w:val="0"/>
              <w:spacing w:before="42"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szóbeli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kommunikáció</w:t>
            </w:r>
            <w:proofErr w:type="spellEnd"/>
          </w:p>
          <w:p w14:paraId="7A638363" w14:textId="77777777" w:rsidR="004E51DE" w:rsidRPr="0062109A" w:rsidRDefault="00000000" w:rsidP="00211F8D">
            <w:pPr>
              <w:wordWrap w:val="0"/>
              <w:autoSpaceDE w:val="0"/>
              <w:autoSpaceDN w:val="0"/>
              <w:spacing w:before="48"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tc>
      </w:tr>
      <w:tr w:rsidR="004E51DE" w:rsidRPr="0062109A" w14:paraId="010D571A" w14:textId="77777777">
        <w:trPr>
          <w:trHeight w:hRule="exact" w:val="821"/>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0C44F5" w14:textId="77777777" w:rsidR="004E51DE" w:rsidRPr="0062109A" w:rsidRDefault="00000000" w:rsidP="00211F8D">
            <w:pPr>
              <w:wordWrap w:val="0"/>
              <w:autoSpaceDE w:val="0"/>
              <w:autoSpaceDN w:val="0"/>
              <w:spacing w:before="39" w:after="0" w:line="221" w:lineRule="exact"/>
              <w:ind w:left="103"/>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megnevezése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vételára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0BBE4BF7" w14:textId="77777777" w:rsidR="004E51DE" w:rsidRPr="0062109A" w:rsidRDefault="00000000" w:rsidP="00211F8D">
            <w:pPr>
              <w:wordWrap w:val="0"/>
              <w:autoSpaceDE w:val="0"/>
              <w:autoSpaceDN w:val="0"/>
              <w:spacing w:before="50"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vásárlás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bejelentés</w:t>
            </w:r>
            <w:proofErr w:type="spellEnd"/>
          </w:p>
          <w:p w14:paraId="1E74F7DB"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időpontja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leírásában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08555E16" w14:textId="77777777" w:rsidR="004E51DE" w:rsidRPr="0062109A" w:rsidRDefault="00000000" w:rsidP="00211F8D">
            <w:pPr>
              <w:wordWrap w:val="0"/>
              <w:autoSpaceDE w:val="0"/>
              <w:autoSpaceDN w:val="0"/>
              <w:spacing w:before="39" w:after="0" w:line="221" w:lineRule="exact"/>
              <w:ind w:left="178"/>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kivizsgálásához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4E071715" w14:textId="77777777" w:rsidR="004E51DE" w:rsidRPr="0062109A" w:rsidRDefault="00000000" w:rsidP="00211F8D">
            <w:pPr>
              <w:wordWrap w:val="0"/>
              <w:autoSpaceDE w:val="0"/>
              <w:autoSpaceDN w:val="0"/>
              <w:spacing w:before="50" w:after="0" w:line="221" w:lineRule="exact"/>
              <w:ind w:left="178"/>
              <w:rPr>
                <w:rFonts w:ascii="Times New Roman" w:hAnsi="Times New Roman" w:cs="Times New Roman"/>
              </w:rPr>
            </w:pPr>
            <w:proofErr w:type="spellStart"/>
            <w:r w:rsidRPr="0062109A">
              <w:rPr>
                <w:rFonts w:ascii="Times New Roman" w:eastAsia="MS Gothic" w:hAnsi="Times New Roman" w:cs="Times New Roman"/>
                <w:color w:val="000000"/>
                <w:w w:val="99"/>
              </w:rPr>
              <w:t>elintézéséhez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tc>
      </w:tr>
    </w:tbl>
    <w:p w14:paraId="7A429003" w14:textId="2C16A79A" w:rsidR="004E51DE" w:rsidRPr="0062109A" w:rsidRDefault="004E51DE" w:rsidP="00211F8D">
      <w:pPr>
        <w:wordWrap w:val="0"/>
        <w:autoSpaceDE w:val="0"/>
        <w:autoSpaceDN w:val="0"/>
        <w:spacing w:before="567" w:after="0" w:line="221" w:lineRule="exact"/>
        <w:ind w:left="4819"/>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669BB25B" w14:textId="48001D01" w:rsidR="004E51DE" w:rsidRPr="0062109A" w:rsidRDefault="004E51DE" w:rsidP="00211F8D">
      <w:pPr>
        <w:wordWrap w:val="0"/>
        <w:autoSpaceDE w:val="0"/>
        <w:autoSpaceDN w:val="0"/>
        <w:spacing w:after="241" w:line="14" w:lineRule="exact"/>
        <w:rPr>
          <w:rFonts w:ascii="Times New Roman" w:hAnsi="Times New Roman" w:cs="Times New Roman"/>
        </w:rPr>
      </w:pPr>
    </w:p>
    <w:p w14:paraId="7E164338" w14:textId="77777777" w:rsidR="004E51DE" w:rsidRPr="0062109A" w:rsidRDefault="004E51DE" w:rsidP="00211F8D">
      <w:pPr>
        <w:wordWrap w:val="0"/>
        <w:autoSpaceDE w:val="0"/>
        <w:autoSpaceDN w:val="0"/>
        <w:spacing w:before="496" w:after="0" w:line="14" w:lineRule="exact"/>
        <w:rPr>
          <w:rFonts w:ascii="Times New Roman" w:hAnsi="Times New Roman" w:cs="Times New Roman"/>
        </w:rPr>
      </w:pPr>
    </w:p>
    <w:tbl>
      <w:tblPr>
        <w:tblW w:w="0" w:type="auto"/>
        <w:tblInd w:w="83" w:type="dxa"/>
        <w:tblLayout w:type="fixed"/>
        <w:tblLook w:val="04A0" w:firstRow="1" w:lastRow="0" w:firstColumn="1" w:lastColumn="0" w:noHBand="0" w:noVBand="1"/>
      </w:tblPr>
      <w:tblGrid>
        <w:gridCol w:w="4520"/>
        <w:gridCol w:w="5115"/>
      </w:tblGrid>
      <w:tr w:rsidR="004E51DE" w:rsidRPr="0062109A" w14:paraId="7F06FD7E" w14:textId="77777777">
        <w:trPr>
          <w:trHeight w:hRule="exact" w:val="2288"/>
        </w:trPr>
        <w:tc>
          <w:tcPr>
            <w:tcW w:w="45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1DA658" w14:textId="77777777" w:rsidR="004E51DE" w:rsidRPr="0062109A" w:rsidRDefault="00000000" w:rsidP="00211F8D">
            <w:pPr>
              <w:wordWrap w:val="0"/>
              <w:autoSpaceDE w:val="0"/>
              <w:autoSpaceDN w:val="0"/>
              <w:spacing w:before="39"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panasz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kivizsgálásához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p w14:paraId="07834022" w14:textId="77777777" w:rsidR="004E51DE" w:rsidRPr="0062109A" w:rsidRDefault="00000000" w:rsidP="00211F8D">
            <w:pPr>
              <w:wordWrap w:val="0"/>
              <w:autoSpaceDE w:val="0"/>
              <w:autoSpaceDN w:val="0"/>
              <w:spacing w:before="50"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vásárló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önkéntesen</w:t>
            </w:r>
            <w:proofErr w:type="spellEnd"/>
          </w:p>
          <w:p w14:paraId="51401ABD"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234E9BF4"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panaszjegyzőkönyvet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19C1AA92" w14:textId="77777777" w:rsidR="004E51DE" w:rsidRPr="0062109A" w:rsidRDefault="00000000" w:rsidP="00211F8D">
            <w:pPr>
              <w:wordWrap w:val="0"/>
              <w:autoSpaceDE w:val="0"/>
              <w:autoSpaceDN w:val="0"/>
              <w:spacing w:before="50"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panaszt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benyújtó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w:t>
            </w:r>
            <w:proofErr w:type="spellEnd"/>
          </w:p>
          <w:p w14:paraId="35B96F18"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kivizsgálása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25E7AD35" w14:textId="77777777" w:rsidR="004E51DE" w:rsidRPr="0062109A" w:rsidRDefault="00000000" w:rsidP="00211F8D">
            <w:pPr>
              <w:wordWrap w:val="0"/>
              <w:autoSpaceDE w:val="0"/>
              <w:autoSpaceDN w:val="0"/>
              <w:spacing w:before="50"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adott</w:t>
            </w:r>
            <w:proofErr w:type="spellEnd"/>
          </w:p>
          <w:p w14:paraId="43EC9AA7" w14:textId="77777777" w:rsidR="004E51DE" w:rsidRPr="0062109A" w:rsidRDefault="00000000" w:rsidP="00211F8D">
            <w:pPr>
              <w:wordWrap w:val="0"/>
              <w:autoSpaceDE w:val="0"/>
              <w:autoSpaceDN w:val="0"/>
              <w:spacing w:before="48" w:after="0" w:line="221" w:lineRule="exact"/>
              <w:ind w:left="125"/>
              <w:rPr>
                <w:rFonts w:ascii="Times New Roman" w:hAnsi="Times New Roman" w:cs="Times New Roman"/>
              </w:rPr>
            </w:pPr>
            <w:proofErr w:type="spellStart"/>
            <w:r w:rsidRPr="0062109A">
              <w:rPr>
                <w:rFonts w:ascii="Times New Roman" w:eastAsia="MS Gothic" w:hAnsi="Times New Roman" w:cs="Times New Roman"/>
                <w:color w:val="000000"/>
              </w:rPr>
              <w:t>válaszban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szereplő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p>
        </w:tc>
        <w:tc>
          <w:tcPr>
            <w:tcW w:w="5115"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5CEAF" w14:textId="77777777" w:rsidR="004E51DE" w:rsidRPr="0062109A" w:rsidRDefault="004E51DE" w:rsidP="00211F8D">
            <w:pPr>
              <w:rPr>
                <w:rFonts w:ascii="Times New Roman" w:hAnsi="Times New Roman" w:cs="Times New Roman"/>
              </w:rPr>
            </w:pPr>
          </w:p>
        </w:tc>
      </w:tr>
    </w:tbl>
    <w:p w14:paraId="4A37B685" w14:textId="77777777" w:rsidR="004E51DE" w:rsidRPr="0062109A" w:rsidRDefault="00000000" w:rsidP="00211F8D">
      <w:pPr>
        <w:wordWrap w:val="0"/>
        <w:autoSpaceDE w:val="0"/>
        <w:autoSpaceDN w:val="0"/>
        <w:spacing w:before="491" w:after="36"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összhangban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Fgytv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17/A.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
    <w:p w14:paraId="5661EDF2"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r w:rsidRPr="0062109A">
        <w:rPr>
          <w:rFonts w:ascii="Times New Roman" w:eastAsia="MS Gothic" w:hAnsi="Times New Roman" w:cs="Times New Roman"/>
          <w:color w:val="000000"/>
        </w:rPr>
        <w:t>(3)-(5)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bekezdéseivel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fogyasztó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vállalkozás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közötti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keretében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eladott</w:t>
      </w:r>
      <w:proofErr w:type="spellEnd"/>
    </w:p>
    <w:p w14:paraId="05F250C2"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dolgokra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szavatossági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jótállási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intézésének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szabályairól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szóló</w:t>
      </w:r>
      <w:proofErr w:type="spellEnd"/>
    </w:p>
    <w:p w14:paraId="3C10CEE9" w14:textId="77777777" w:rsidR="004E51DE" w:rsidRPr="0062109A" w:rsidRDefault="00000000" w:rsidP="00211F8D">
      <w:pPr>
        <w:wordWrap w:val="0"/>
        <w:autoSpaceDE w:val="0"/>
        <w:autoSpaceDN w:val="0"/>
        <w:spacing w:before="70" w:after="36" w:line="221" w:lineRule="exact"/>
        <w:ind w:left="69"/>
        <w:rPr>
          <w:rFonts w:ascii="Times New Roman" w:hAnsi="Times New Roman" w:cs="Times New Roman"/>
        </w:rPr>
      </w:pPr>
      <w:r w:rsidRPr="0062109A">
        <w:rPr>
          <w:rFonts w:ascii="Times New Roman" w:eastAsia="MS Gothic" w:hAnsi="Times New Roman" w:cs="Times New Roman"/>
          <w:color w:val="000000"/>
        </w:rPr>
        <w:t>19/2014.</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NGM</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4.</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bekezdésével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p>
    <w:p w14:paraId="6BDE8F77"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pontjával</w:t>
      </w:r>
      <w:proofErr w:type="spellEnd"/>
      <w:r w:rsidRPr="0062109A">
        <w:rPr>
          <w:rFonts w:ascii="Times New Roman" w:eastAsia="MS Gothic" w:hAnsi="Times New Roman" w:cs="Times New Roman"/>
          <w:color w:val="000000"/>
        </w:rPr>
        <w:t>.</w:t>
      </w:r>
    </w:p>
    <w:p w14:paraId="5432CBBB"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3BBE9662"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199BF217"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0EA31095"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területileg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illetékes</w:t>
      </w:r>
      <w:proofErr w:type="spellEnd"/>
    </w:p>
    <w:p w14:paraId="20BFEEC2"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kormányhivatal</w:t>
      </w:r>
      <w:proofErr w:type="spellEnd"/>
      <w:r w:rsidRPr="0062109A">
        <w:rPr>
          <w:rFonts w:ascii="Times New Roman" w:eastAsia="MS Gothic" w:hAnsi="Times New Roman" w:cs="Times New Roman"/>
          <w:color w:val="000000"/>
        </w:rPr>
        <w:t>.</w:t>
      </w:r>
    </w:p>
    <w:p w14:paraId="7E375F04"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p>
    <w:p w14:paraId="2D4514CA"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Fgytv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17/A.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(7)</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jegyzőkönyv</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felvételétől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számítottan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4E3B586E" w14:textId="77777777" w:rsidR="004E51DE" w:rsidRPr="0062109A" w:rsidRDefault="00000000" w:rsidP="00211F8D">
      <w:pPr>
        <w:wordWrap w:val="0"/>
        <w:autoSpaceDE w:val="0"/>
        <w:autoSpaceDN w:val="0"/>
        <w:spacing w:before="70" w:after="35" w:line="221" w:lineRule="exact"/>
        <w:ind w:left="69"/>
        <w:rPr>
          <w:rFonts w:ascii="Times New Roman" w:hAnsi="Times New Roman" w:cs="Times New Roman"/>
        </w:rPr>
      </w:pPr>
      <w:r w:rsidRPr="0062109A">
        <w:rPr>
          <w:rFonts w:ascii="Times New Roman" w:eastAsia="MS Gothic" w:hAnsi="Times New Roman" w:cs="Times New Roman"/>
          <w:color w:val="000000"/>
        </w:rPr>
        <w:t>19/2014.</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NGM</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4.</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fogyasztóvédelmi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panaszról</w:t>
      </w:r>
      <w:proofErr w:type="spellEnd"/>
    </w:p>
    <w:p w14:paraId="55BC6600"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felvett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jegyzőkönyvek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vonatkozásában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jegyzőkönyv</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felvételétől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számított</w:t>
      </w:r>
      <w:proofErr w:type="spellEnd"/>
    </w:p>
    <w:p w14:paraId="37A1F960"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hároméves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megőrzési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w:t>
      </w:r>
      <w:proofErr w:type="spellEnd"/>
      <w:r w:rsidRPr="0062109A">
        <w:rPr>
          <w:rFonts w:ascii="Times New Roman" w:eastAsia="MS Gothic" w:hAnsi="Times New Roman" w:cs="Times New Roman"/>
          <w:color w:val="000000"/>
        </w:rPr>
        <w:t>.</w:t>
      </w:r>
    </w:p>
    <w:p w14:paraId="5BE89684" w14:textId="77777777" w:rsidR="004E51DE" w:rsidRPr="0062109A" w:rsidRDefault="00000000" w:rsidP="00211F8D">
      <w:pPr>
        <w:wordWrap w:val="0"/>
        <w:autoSpaceDE w:val="0"/>
        <w:autoSpaceDN w:val="0"/>
        <w:spacing w:before="230" w:after="24"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w w:val="101"/>
        </w:rPr>
        <w:t>adattárolás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módja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irodai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helyiségeiben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irattárában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papír</w:t>
      </w:r>
      <w:proofErr w:type="spellEnd"/>
    </w:p>
    <w:p w14:paraId="04E31A1A"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belső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szabályozók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176D0A40"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jogosultsággal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MS Gothic" w:hAnsi="Times New Roman" w:cs="Times New Roman"/>
          <w:color w:val="000000"/>
        </w:rPr>
        <w:t>.</w:t>
      </w:r>
    </w:p>
    <w:p w14:paraId="4D2EF292" w14:textId="77777777" w:rsidR="004E51DE" w:rsidRPr="0062109A" w:rsidRDefault="00000000" w:rsidP="00211F8D">
      <w:pPr>
        <w:wordWrap w:val="0"/>
        <w:autoSpaceDE w:val="0"/>
        <w:autoSpaceDN w:val="0"/>
        <w:spacing w:before="17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panaszkezeléshez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1D1CA328"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6EAC0062" w14:textId="77777777" w:rsidR="004E51DE" w:rsidRPr="0062109A" w:rsidRDefault="00000000" w:rsidP="00211F8D">
      <w:pPr>
        <w:wordWrap w:val="0"/>
        <w:autoSpaceDE w:val="0"/>
        <w:autoSpaceDN w:val="0"/>
        <w:spacing w:before="230" w:after="3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57979B0C" w14:textId="77777777" w:rsidR="004E51DE" w:rsidRPr="0062109A" w:rsidRDefault="00000000" w:rsidP="00211F8D">
      <w:pPr>
        <w:wordWrap w:val="0"/>
        <w:autoSpaceDE w:val="0"/>
        <w:autoSpaceDN w:val="0"/>
        <w:spacing w:before="69" w:after="36"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6E24077A" w14:textId="77777777" w:rsidR="004E51DE" w:rsidRPr="0062109A" w:rsidRDefault="00000000" w:rsidP="00211F8D">
      <w:pPr>
        <w:wordWrap w:val="0"/>
        <w:autoSpaceDE w:val="0"/>
        <w:autoSpaceDN w:val="0"/>
        <w:spacing w:before="72" w:after="3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773FD7A4" w14:textId="77777777" w:rsidR="004E51DE" w:rsidRPr="0062109A" w:rsidRDefault="00000000" w:rsidP="00211F8D">
      <w:pPr>
        <w:wordWrap w:val="0"/>
        <w:autoSpaceDE w:val="0"/>
        <w:autoSpaceDN w:val="0"/>
        <w:spacing w:before="69" w:after="3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6740A663" w14:textId="77777777" w:rsidR="004E51DE" w:rsidRPr="0062109A" w:rsidRDefault="00000000" w:rsidP="00211F8D">
      <w:pPr>
        <w:wordWrap w:val="0"/>
        <w:autoSpaceDE w:val="0"/>
        <w:autoSpaceDN w:val="0"/>
        <w:spacing w:before="69" w:after="11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363C0EE3" w14:textId="77777777" w:rsidR="004E51DE" w:rsidRPr="0062109A" w:rsidRDefault="00000000" w:rsidP="00211F8D">
      <w:pPr>
        <w:wordWrap w:val="0"/>
        <w:autoSpaceDE w:val="0"/>
        <w:autoSpaceDN w:val="0"/>
        <w:spacing w:before="230" w:after="8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4EB838B0"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személygépjármű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biztosítása</w:t>
      </w:r>
      <w:proofErr w:type="spellEnd"/>
      <w:r w:rsidRPr="0062109A">
        <w:rPr>
          <w:rFonts w:ascii="Times New Roman" w:eastAsia="MS Gothic" w:hAnsi="Times New Roman" w:cs="Times New Roman"/>
          <w:color w:val="000000"/>
        </w:rPr>
        <w:t>.</w:t>
      </w:r>
    </w:p>
    <w:p w14:paraId="0C638EDC"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gépjármű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oktatásban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részesülő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MS Gothic" w:hAnsi="Times New Roman" w:cs="Times New Roman"/>
          <w:color w:val="000000"/>
        </w:rPr>
        <w:t>.</w:t>
      </w:r>
    </w:p>
    <w:p w14:paraId="626C3602"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anyja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hely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állampolgárság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lakcím</w:t>
      </w:r>
      <w:proofErr w:type="spellEnd"/>
      <w:r w:rsidRPr="0062109A">
        <w:rPr>
          <w:rFonts w:ascii="Times New Roman" w:eastAsia="MS Gothic" w:hAnsi="Times New Roman" w:cs="Times New Roman"/>
          <w:color w:val="000000"/>
        </w:rPr>
        <w:t>,</w:t>
      </w:r>
    </w:p>
    <w:p w14:paraId="6C60CB62" w14:textId="77777777" w:rsidR="004E51DE" w:rsidRPr="0062109A" w:rsidRDefault="00000000" w:rsidP="00211F8D">
      <w:pPr>
        <w:wordWrap w:val="0"/>
        <w:autoSpaceDE w:val="0"/>
        <w:autoSpaceDN w:val="0"/>
        <w:spacing w:before="69" w:after="317"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értesítési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tanfolyam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megnevezése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p>
    <w:p w14:paraId="0F2493DA" w14:textId="272EC31E" w:rsidR="004E51DE" w:rsidRPr="0062109A" w:rsidRDefault="004E51DE" w:rsidP="00211F8D">
      <w:pPr>
        <w:wordWrap w:val="0"/>
        <w:autoSpaceDE w:val="0"/>
        <w:autoSpaceDN w:val="0"/>
        <w:spacing w:before="634" w:after="0" w:line="221" w:lineRule="exact"/>
        <w:ind w:left="4819"/>
        <w:rPr>
          <w:rFonts w:ascii="Times New Roman" w:hAnsi="Times New Roman" w:cs="Times New Roman"/>
        </w:rPr>
        <w:sectPr w:rsidR="004E51DE" w:rsidRPr="0062109A">
          <w:pgSz w:w="11906" w:h="16838"/>
          <w:pgMar w:top="484" w:right="978" w:bottom="653" w:left="1011" w:header="720" w:footer="720" w:gutter="0"/>
          <w:cols w:space="720" w:equalWidth="0">
            <w:col w:w="9917" w:space="0"/>
          </w:cols>
          <w:docGrid w:linePitch="360"/>
        </w:sectPr>
      </w:pPr>
    </w:p>
    <w:p w14:paraId="0948BCC2" w14:textId="476597AA" w:rsidR="004E51DE" w:rsidRPr="0062109A" w:rsidRDefault="004E51DE" w:rsidP="00211F8D">
      <w:pPr>
        <w:wordWrap w:val="0"/>
        <w:autoSpaceDE w:val="0"/>
        <w:autoSpaceDN w:val="0"/>
        <w:spacing w:after="251" w:line="14" w:lineRule="exact"/>
        <w:rPr>
          <w:rFonts w:ascii="Times New Roman" w:hAnsi="Times New Roman" w:cs="Times New Roman"/>
        </w:rPr>
      </w:pPr>
    </w:p>
    <w:p w14:paraId="467E188C" w14:textId="77777777" w:rsidR="004E51DE" w:rsidRPr="0062109A" w:rsidRDefault="00000000" w:rsidP="00211F8D">
      <w:pPr>
        <w:wordWrap w:val="0"/>
        <w:autoSpaceDE w:val="0"/>
        <w:autoSpaceDN w:val="0"/>
        <w:spacing w:before="53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időpontja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személyazonosító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okmány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járművezetői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igazolvány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vezetői</w:t>
      </w:r>
      <w:proofErr w:type="spellEnd"/>
    </w:p>
    <w:p w14:paraId="6E8083EE"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engedély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nyilatkozat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alapfokú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iskolai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végzettségről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felmentést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okmány</w:t>
      </w:r>
      <w:proofErr w:type="spellEnd"/>
    </w:p>
    <w:p w14:paraId="53522FD4"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egészségügyi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alkalmasságának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járművezetéstől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eltiltásának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p>
    <w:p w14:paraId="1301C74A"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okmányai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vezetés</w:t>
      </w:r>
      <w:proofErr w:type="spellEnd"/>
    </w:p>
    <w:p w14:paraId="46470B3E"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jártasság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igazolására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tanfolyammentes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kötelezettségének</w:t>
      </w:r>
      <w:proofErr w:type="spellEnd"/>
    </w:p>
    <w:p w14:paraId="2E872D8E"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kényszergyógyítás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kényszergyógykezelés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kívüli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pályaalkalmassági</w:t>
      </w:r>
      <w:proofErr w:type="spellEnd"/>
    </w:p>
    <w:p w14:paraId="12EB66DF"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vizsgálatának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gépjármű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típusa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p>
    <w:p w14:paraId="6BD63B05"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16.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életévét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töltött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gyermek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felügyeletet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p>
    <w:p w14:paraId="14A32FFF"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lakcíme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p>
    <w:p w14:paraId="537502CE"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4AF98961"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62182155"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tekintettel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24/2005.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(IV.21.)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GKM</w:t>
      </w:r>
    </w:p>
    <w:p w14:paraId="52C3A493"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előírásaira</w:t>
      </w:r>
      <w:proofErr w:type="spellEnd"/>
      <w:r w:rsidRPr="0062109A">
        <w:rPr>
          <w:rFonts w:ascii="Times New Roman" w:eastAsia="MS Gothic" w:hAnsi="Times New Roman" w:cs="Times New Roman"/>
          <w:color w:val="000000"/>
        </w:rPr>
        <w:t>.</w:t>
      </w:r>
    </w:p>
    <w:p w14:paraId="368D8E6B"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6F9D71BD"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06215BD2"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48CC3A04"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p w14:paraId="5DDA842B"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engedélyhez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felnőttképzése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w:t>
      </w:r>
      <w:proofErr w:type="spellEnd"/>
      <w:r w:rsidRPr="0062109A">
        <w:rPr>
          <w:rFonts w:ascii="Times New Roman" w:eastAsia="MS Gothic" w:hAnsi="Times New Roman" w:cs="Times New Roman"/>
          <w:color w:val="000000"/>
        </w:rPr>
        <w:t>.</w:t>
      </w:r>
    </w:p>
    <w:p w14:paraId="230D41DC"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Közlekedési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Alkalmassági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Vizsgaközpont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1119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Petzvál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J.u.39.</w:t>
      </w:r>
    </w:p>
    <w:p w14:paraId="4EA45F66"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E-</w:t>
      </w:r>
      <w:proofErr w:type="spellStart"/>
      <w:r w:rsidRPr="0062109A">
        <w:rPr>
          <w:rFonts w:ascii="Times New Roman" w:eastAsia="MS Gothic" w:hAnsi="Times New Roman" w:cs="Times New Roman"/>
          <w:color w:val="000000"/>
        </w:rPr>
        <w:t>Educatio</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Információtechnológiai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Zrt.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1111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Budafoki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(e-Titán)</w:t>
      </w:r>
    </w:p>
    <w:p w14:paraId="12ECBB07" w14:textId="77777777" w:rsidR="004E51DE" w:rsidRPr="0062109A" w:rsidRDefault="00000000" w:rsidP="00211F8D">
      <w:pPr>
        <w:wordWrap w:val="0"/>
        <w:autoSpaceDE w:val="0"/>
        <w:autoSpaceDN w:val="0"/>
        <w:spacing w:before="231"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1ECFAF65" w14:textId="77777777" w:rsidR="004E51DE" w:rsidRPr="0062109A" w:rsidRDefault="00000000" w:rsidP="00211F8D">
      <w:pPr>
        <w:wordWrap w:val="0"/>
        <w:autoSpaceDE w:val="0"/>
        <w:autoSpaceDN w:val="0"/>
        <w:spacing w:before="69" w:after="11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208883D8" w14:textId="77777777" w:rsidR="004E51DE" w:rsidRPr="0062109A" w:rsidRDefault="00000000" w:rsidP="00211F8D">
      <w:pPr>
        <w:wordWrap w:val="0"/>
        <w:autoSpaceDE w:val="0"/>
        <w:autoSpaceDN w:val="0"/>
        <w:spacing w:before="233"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3036BA41" w14:textId="77777777" w:rsidR="004E51DE" w:rsidRPr="0062109A" w:rsidRDefault="00000000" w:rsidP="00211F8D">
      <w:pPr>
        <w:wordWrap w:val="0"/>
        <w:autoSpaceDE w:val="0"/>
        <w:autoSpaceDN w:val="0"/>
        <w:spacing w:before="67"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3E941FB6" w14:textId="77777777" w:rsidR="004E51DE" w:rsidRPr="0062109A" w:rsidRDefault="00000000" w:rsidP="00211F8D">
      <w:pPr>
        <w:wordWrap w:val="0"/>
        <w:autoSpaceDE w:val="0"/>
        <w:autoSpaceDN w:val="0"/>
        <w:spacing w:before="67"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539169A0" w14:textId="77777777" w:rsidR="004E51DE" w:rsidRPr="0062109A" w:rsidRDefault="00000000" w:rsidP="00211F8D">
      <w:pPr>
        <w:wordWrap w:val="0"/>
        <w:autoSpaceDE w:val="0"/>
        <w:autoSpaceDN w:val="0"/>
        <w:spacing w:before="67"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0C8DF72B" w14:textId="77777777" w:rsidR="004E51DE" w:rsidRPr="0062109A" w:rsidRDefault="00000000" w:rsidP="00211F8D">
      <w:pPr>
        <w:wordWrap w:val="0"/>
        <w:autoSpaceDE w:val="0"/>
        <w:autoSpaceDN w:val="0"/>
        <w:spacing w:before="67" w:after="111"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3D4FF082" w14:textId="77777777" w:rsidR="004E51DE" w:rsidRPr="0062109A" w:rsidRDefault="00000000" w:rsidP="00211F8D">
      <w:pPr>
        <w:wordWrap w:val="0"/>
        <w:autoSpaceDE w:val="0"/>
        <w:autoSpaceDN w:val="0"/>
        <w:spacing w:before="223"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p>
    <w:p w14:paraId="3ECA746F" w14:textId="77777777" w:rsidR="004E51DE" w:rsidRPr="0062109A" w:rsidRDefault="00000000" w:rsidP="00211F8D">
      <w:pPr>
        <w:pStyle w:val="Cmsor2"/>
      </w:pPr>
      <w:bookmarkStart w:id="24" w:name="_Toc219475603"/>
      <w:proofErr w:type="spellStart"/>
      <w:r w:rsidRPr="0062109A">
        <w:t>Képzési</w:t>
      </w:r>
      <w:proofErr w:type="spellEnd"/>
      <w:r w:rsidRPr="0062109A">
        <w:rPr>
          <w:rFonts w:eastAsia="Times New Roman"/>
        </w:rPr>
        <w:t xml:space="preserve"> </w:t>
      </w:r>
      <w:proofErr w:type="spellStart"/>
      <w:r w:rsidRPr="0062109A">
        <w:t>igazolás</w:t>
      </w:r>
      <w:proofErr w:type="spellEnd"/>
      <w:r w:rsidRPr="0062109A">
        <w:rPr>
          <w:rFonts w:eastAsia="Times New Roman"/>
        </w:rPr>
        <w:t xml:space="preserve"> </w:t>
      </w:r>
      <w:proofErr w:type="spellStart"/>
      <w:r w:rsidRPr="0062109A">
        <w:t>kiállítása</w:t>
      </w:r>
      <w:bookmarkEnd w:id="24"/>
      <w:proofErr w:type="spellEnd"/>
    </w:p>
    <w:p w14:paraId="77E18B8E"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autósiskolai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oktatásban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tanfolyami</w:t>
      </w:r>
      <w:proofErr w:type="spellEnd"/>
    </w:p>
    <w:p w14:paraId="22B3C07F"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előrehaladásáról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kiállítását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kérheti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szervezetnél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kívánja</w:t>
      </w:r>
      <w:proofErr w:type="spellEnd"/>
    </w:p>
    <w:p w14:paraId="64EC8FFE"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tanfolyamot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folytatni</w:t>
      </w:r>
      <w:proofErr w:type="spellEnd"/>
      <w:r w:rsidRPr="0062109A">
        <w:rPr>
          <w:rFonts w:ascii="Times New Roman" w:eastAsia="MS Gothic" w:hAnsi="Times New Roman" w:cs="Times New Roman"/>
          <w:color w:val="000000"/>
        </w:rPr>
        <w:t>.</w:t>
      </w:r>
    </w:p>
    <w:p w14:paraId="625CE487"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autósiskolai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oktatásban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p>
    <w:p w14:paraId="20B80668"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anyja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hely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állampolgárság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lakcím</w:t>
      </w:r>
      <w:proofErr w:type="spellEnd"/>
      <w:r w:rsidRPr="0062109A">
        <w:rPr>
          <w:rFonts w:ascii="Times New Roman" w:eastAsia="MS Gothic" w:hAnsi="Times New Roman" w:cs="Times New Roman"/>
          <w:color w:val="000000"/>
        </w:rPr>
        <w:t>,</w:t>
      </w:r>
    </w:p>
    <w:p w14:paraId="4EDA84D2"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értesítési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tanfolyam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megnevezése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p>
    <w:p w14:paraId="3026393E"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időpontja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személyazonosító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okmány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járművezetői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igazolvány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vezetői</w:t>
      </w:r>
      <w:proofErr w:type="spellEnd"/>
    </w:p>
    <w:p w14:paraId="456EC7E7"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engedély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nyilatkozat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alapfokú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iskolai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végzettségről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felmentést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okmány</w:t>
      </w:r>
      <w:proofErr w:type="spellEnd"/>
    </w:p>
    <w:p w14:paraId="45F7D497"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egészségügyi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alkalmasságának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járművezetéstől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eltiltásának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p>
    <w:p w14:paraId="4FA37F5E" w14:textId="77777777" w:rsidR="004E51DE" w:rsidRPr="0062109A" w:rsidRDefault="00000000" w:rsidP="00211F8D">
      <w:pPr>
        <w:wordWrap w:val="0"/>
        <w:autoSpaceDE w:val="0"/>
        <w:autoSpaceDN w:val="0"/>
        <w:spacing w:before="70" w:after="293"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okmányai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vezetés</w:t>
      </w:r>
      <w:proofErr w:type="spellEnd"/>
    </w:p>
    <w:p w14:paraId="730429A5" w14:textId="64E47CFC" w:rsidR="004E51DE" w:rsidRPr="0062109A" w:rsidRDefault="004E51DE" w:rsidP="00211F8D">
      <w:pPr>
        <w:wordWrap w:val="0"/>
        <w:autoSpaceDE w:val="0"/>
        <w:autoSpaceDN w:val="0"/>
        <w:spacing w:before="585" w:after="0" w:line="221" w:lineRule="exact"/>
        <w:ind w:left="4819"/>
        <w:rPr>
          <w:rFonts w:ascii="Times New Roman" w:hAnsi="Times New Roman" w:cs="Times New Roman"/>
        </w:rPr>
        <w:sectPr w:rsidR="004E51DE" w:rsidRPr="0062109A">
          <w:pgSz w:w="11906" w:h="16838"/>
          <w:pgMar w:top="504" w:right="979" w:bottom="653" w:left="1011" w:header="720" w:footer="720" w:gutter="0"/>
          <w:cols w:space="720" w:equalWidth="0">
            <w:col w:w="9916" w:space="0"/>
          </w:cols>
          <w:docGrid w:linePitch="360"/>
        </w:sectPr>
      </w:pPr>
    </w:p>
    <w:p w14:paraId="01BE96E8" w14:textId="642F9C5D" w:rsidR="004E51DE" w:rsidRPr="0062109A" w:rsidRDefault="004E51DE" w:rsidP="00211F8D">
      <w:pPr>
        <w:wordWrap w:val="0"/>
        <w:autoSpaceDE w:val="0"/>
        <w:autoSpaceDN w:val="0"/>
        <w:spacing w:after="251" w:line="14" w:lineRule="exact"/>
        <w:rPr>
          <w:rFonts w:ascii="Times New Roman" w:hAnsi="Times New Roman" w:cs="Times New Roman"/>
        </w:rPr>
      </w:pPr>
    </w:p>
    <w:p w14:paraId="07AFEE6B" w14:textId="77777777" w:rsidR="004E51DE" w:rsidRPr="0062109A" w:rsidRDefault="00000000" w:rsidP="00211F8D">
      <w:pPr>
        <w:wordWrap w:val="0"/>
        <w:autoSpaceDE w:val="0"/>
        <w:autoSpaceDN w:val="0"/>
        <w:spacing w:before="53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jártasság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igazolására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tanfolyammentes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kötelezettségének</w:t>
      </w:r>
      <w:proofErr w:type="spellEnd"/>
    </w:p>
    <w:p w14:paraId="035A31D4"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kényszergyógyítás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kényszergyógykezelés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kívüli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pályaalkalmassági</w:t>
      </w:r>
      <w:proofErr w:type="spellEnd"/>
    </w:p>
    <w:p w14:paraId="363649E7"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vizsgálatának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gépjármű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típusa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5BBE00D4"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elvégzett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tanegységek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megnevezése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mennyisége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p>
    <w:p w14:paraId="2332BD21"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16.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életévét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töltött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gyermek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felügyeletet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p>
    <w:p w14:paraId="6C8E54FB"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lakcíme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p>
    <w:p w14:paraId="2B5F11A7"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7934FFDE"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0148DD71"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tekintettel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24/2005.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(IV.21.)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GKM</w:t>
      </w:r>
    </w:p>
    <w:p w14:paraId="6363D9D7"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előírásaira</w:t>
      </w:r>
      <w:proofErr w:type="spellEnd"/>
      <w:r w:rsidRPr="0062109A">
        <w:rPr>
          <w:rFonts w:ascii="Times New Roman" w:eastAsia="MS Gothic" w:hAnsi="Times New Roman" w:cs="Times New Roman"/>
          <w:color w:val="000000"/>
        </w:rPr>
        <w:t>.</w:t>
      </w:r>
    </w:p>
    <w:p w14:paraId="08A90A3E"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57FA9223" w14:textId="77777777" w:rsidR="004E51DE" w:rsidRPr="0062109A" w:rsidRDefault="00000000" w:rsidP="00211F8D">
      <w:pPr>
        <w:wordWrap w:val="0"/>
        <w:autoSpaceDE w:val="0"/>
        <w:autoSpaceDN w:val="0"/>
        <w:spacing w:before="70"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42C52999"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20D9A71A"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p>
    <w:p w14:paraId="58EC6616"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megszűnése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után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évig</w:t>
      </w:r>
      <w:proofErr w:type="spellEnd"/>
      <w:r w:rsidRPr="0062109A">
        <w:rPr>
          <w:rFonts w:ascii="Times New Roman" w:eastAsia="MS Gothic" w:hAnsi="Times New Roman" w:cs="Times New Roman"/>
          <w:color w:val="000000"/>
        </w:rPr>
        <w:t>.</w:t>
      </w:r>
    </w:p>
    <w:p w14:paraId="00154B70"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4BFBBB50" w14:textId="77777777" w:rsidR="004E51DE" w:rsidRPr="0062109A" w:rsidRDefault="00000000" w:rsidP="00211F8D">
      <w:pPr>
        <w:wordWrap w:val="0"/>
        <w:autoSpaceDE w:val="0"/>
        <w:autoSpaceDN w:val="0"/>
        <w:spacing w:before="69" w:after="11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134DCBAD" w14:textId="77777777" w:rsidR="004E51DE" w:rsidRPr="0062109A" w:rsidRDefault="00000000" w:rsidP="00211F8D">
      <w:pPr>
        <w:wordWrap w:val="0"/>
        <w:autoSpaceDE w:val="0"/>
        <w:autoSpaceDN w:val="0"/>
        <w:spacing w:before="233"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2A8B6445" w14:textId="77777777" w:rsidR="004E51DE" w:rsidRPr="0062109A" w:rsidRDefault="00000000" w:rsidP="00211F8D">
      <w:pPr>
        <w:wordWrap w:val="0"/>
        <w:autoSpaceDE w:val="0"/>
        <w:autoSpaceDN w:val="0"/>
        <w:spacing w:before="67"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40927C4A" w14:textId="77777777" w:rsidR="004E51DE" w:rsidRPr="0062109A" w:rsidRDefault="00000000" w:rsidP="00211F8D">
      <w:pPr>
        <w:wordWrap w:val="0"/>
        <w:autoSpaceDE w:val="0"/>
        <w:autoSpaceDN w:val="0"/>
        <w:spacing w:before="67"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4EB6F8D3" w14:textId="77777777" w:rsidR="004E51DE" w:rsidRPr="0062109A" w:rsidRDefault="00000000" w:rsidP="00211F8D">
      <w:pPr>
        <w:wordWrap w:val="0"/>
        <w:autoSpaceDE w:val="0"/>
        <w:autoSpaceDN w:val="0"/>
        <w:spacing w:before="65"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5C749D9A" w14:textId="77777777" w:rsidR="004E51DE" w:rsidRPr="0062109A" w:rsidRDefault="00000000" w:rsidP="00211F8D">
      <w:pPr>
        <w:wordWrap w:val="0"/>
        <w:autoSpaceDE w:val="0"/>
        <w:autoSpaceDN w:val="0"/>
        <w:spacing w:before="48" w:after="8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00CF0CD1"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222B68AC" w14:textId="77777777" w:rsidR="004E51DE" w:rsidRPr="0062109A" w:rsidRDefault="00000000" w:rsidP="00211F8D">
      <w:pPr>
        <w:pStyle w:val="Cmsor2"/>
      </w:pPr>
      <w:bookmarkStart w:id="25" w:name="_Toc219475604"/>
      <w:proofErr w:type="spellStart"/>
      <w:r w:rsidRPr="0062109A">
        <w:t>Nyilvántartási</w:t>
      </w:r>
      <w:proofErr w:type="spellEnd"/>
      <w:r w:rsidRPr="0062109A">
        <w:rPr>
          <w:rFonts w:eastAsia="Times New Roman"/>
        </w:rPr>
        <w:t xml:space="preserve"> </w:t>
      </w:r>
      <w:proofErr w:type="spellStart"/>
      <w:r w:rsidRPr="0062109A">
        <w:t>célú</w:t>
      </w:r>
      <w:proofErr w:type="spellEnd"/>
      <w:r w:rsidRPr="0062109A">
        <w:rPr>
          <w:rFonts w:eastAsia="Times New Roman"/>
        </w:rPr>
        <w:t xml:space="preserve"> </w:t>
      </w:r>
      <w:proofErr w:type="spellStart"/>
      <w:r w:rsidRPr="0062109A">
        <w:t>adatmegőrzés</w:t>
      </w:r>
      <w:proofErr w:type="spellEnd"/>
      <w:r w:rsidRPr="0062109A">
        <w:rPr>
          <w:rFonts w:eastAsia="Times New Roman"/>
        </w:rPr>
        <w:t xml:space="preserve"> </w:t>
      </w:r>
      <w:proofErr w:type="spellStart"/>
      <w:r w:rsidRPr="0062109A">
        <w:t>felnőttképzési</w:t>
      </w:r>
      <w:proofErr w:type="spellEnd"/>
      <w:r w:rsidRPr="0062109A">
        <w:rPr>
          <w:rFonts w:eastAsia="Times New Roman"/>
        </w:rPr>
        <w:t xml:space="preserve"> </w:t>
      </w:r>
      <w:proofErr w:type="spellStart"/>
      <w:r w:rsidRPr="0062109A">
        <w:t>államigazgatási</w:t>
      </w:r>
      <w:proofErr w:type="spellEnd"/>
      <w:r w:rsidRPr="0062109A">
        <w:rPr>
          <w:rFonts w:eastAsia="Times New Roman"/>
        </w:rPr>
        <w:t xml:space="preserve"> </w:t>
      </w:r>
      <w:proofErr w:type="spellStart"/>
      <w:r w:rsidRPr="0062109A">
        <w:t>szerv</w:t>
      </w:r>
      <w:proofErr w:type="spellEnd"/>
      <w:r w:rsidRPr="0062109A">
        <w:rPr>
          <w:rFonts w:eastAsia="Times New Roman"/>
        </w:rPr>
        <w:t xml:space="preserve"> </w:t>
      </w:r>
      <w:proofErr w:type="spellStart"/>
      <w:r w:rsidRPr="0062109A">
        <w:t>ellenőrzéséhez</w:t>
      </w:r>
      <w:bookmarkEnd w:id="25"/>
      <w:proofErr w:type="spellEnd"/>
    </w:p>
    <w:p w14:paraId="765B518B"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FAR</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rögzített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ellenőrzésének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lehetővé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tétele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28543CA4"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Kormányhivatal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MS Gothic" w:hAnsi="Times New Roman" w:cs="Times New Roman"/>
          <w:color w:val="000000"/>
        </w:rPr>
        <w:t>.</w:t>
      </w:r>
    </w:p>
    <w:p w14:paraId="42A73A77"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proofErr w:type="spellStart"/>
      <w:r w:rsidRPr="0062109A">
        <w:rPr>
          <w:rFonts w:ascii="Times New Roman" w:eastAsia="MS Gothic" w:hAnsi="Times New Roman" w:cs="Times New Roman"/>
          <w:color w:val="000000"/>
        </w:rPr>
        <w:t>nél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autósiskolai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oktatásban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p>
    <w:p w14:paraId="247ACDBC"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kontaktórákon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vezetett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jelenléti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ívek</w:t>
      </w:r>
      <w:proofErr w:type="spellEnd"/>
      <w:r w:rsidRPr="0062109A">
        <w:rPr>
          <w:rFonts w:ascii="Times New Roman" w:eastAsia="MS Gothic" w:hAnsi="Times New Roman" w:cs="Times New Roman"/>
          <w:color w:val="000000"/>
        </w:rPr>
        <w:t>,</w:t>
      </w:r>
    </w:p>
    <w:p w14:paraId="16336B5C"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részvételt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dokumentumok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jegyzőkönyv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résztvevőkkel</w:t>
      </w:r>
      <w:proofErr w:type="spellEnd"/>
    </w:p>
    <w:p w14:paraId="4DAA5587" w14:textId="77777777" w:rsidR="004E51DE" w:rsidRPr="0062109A" w:rsidRDefault="00000000" w:rsidP="00211F8D">
      <w:pPr>
        <w:wordWrap w:val="0"/>
        <w:autoSpaceDE w:val="0"/>
        <w:autoSpaceDN w:val="0"/>
        <w:spacing w:before="7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elektronikus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folytatott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felkészítés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ellenőrzést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dokumentumok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w:t>
      </w:r>
      <w:proofErr w:type="spellEnd"/>
    </w:p>
    <w:p w14:paraId="1AA00339"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lebonyolítása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felnőttképzési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jogszabály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kezelt</w:t>
      </w:r>
      <w:proofErr w:type="spellEnd"/>
    </w:p>
    <w:p w14:paraId="07A859C2"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családi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utóneve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felnőttképzési</w:t>
      </w:r>
      <w:proofErr w:type="spellEnd"/>
    </w:p>
    <w:p w14:paraId="608815DB"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szerződés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foglalkoztatásával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összefüggő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dokumentumok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oktatóinak</w:t>
      </w:r>
      <w:proofErr w:type="spellEnd"/>
    </w:p>
    <w:p w14:paraId="5FBB5D1B"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bekövetkezett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változás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időpontja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31EFB9E3" w14:textId="77777777" w:rsidR="004E51DE" w:rsidRPr="0062109A" w:rsidRDefault="00000000" w:rsidP="00211F8D">
      <w:pPr>
        <w:wordWrap w:val="0"/>
        <w:autoSpaceDE w:val="0"/>
        <w:autoSpaceDN w:val="0"/>
        <w:spacing w:before="72" w:after="11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ellenőrzéshez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dokumentumon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p>
    <w:p w14:paraId="54BB1494" w14:textId="77777777" w:rsidR="004E51DE" w:rsidRPr="0062109A" w:rsidRDefault="00000000" w:rsidP="00211F8D">
      <w:pPr>
        <w:wordWrap w:val="0"/>
        <w:autoSpaceDE w:val="0"/>
        <w:autoSpaceDN w:val="0"/>
        <w:spacing w:before="228" w:after="36"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281146D0"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39D65342"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tekintettel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24/2005.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(IV.21.)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GKM</w:t>
      </w:r>
    </w:p>
    <w:p w14:paraId="6E44DF91" w14:textId="77777777" w:rsidR="004E51DE" w:rsidRPr="0062109A" w:rsidRDefault="00000000" w:rsidP="00211F8D">
      <w:pPr>
        <w:wordWrap w:val="0"/>
        <w:autoSpaceDE w:val="0"/>
        <w:autoSpaceDN w:val="0"/>
        <w:spacing w:before="69" w:after="442"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előírásaira</w:t>
      </w:r>
      <w:proofErr w:type="spellEnd"/>
      <w:r w:rsidRPr="0062109A">
        <w:rPr>
          <w:rFonts w:ascii="Times New Roman" w:eastAsia="MS Gothic" w:hAnsi="Times New Roman" w:cs="Times New Roman"/>
          <w:color w:val="000000"/>
        </w:rPr>
        <w:t>.</w:t>
      </w:r>
    </w:p>
    <w:p w14:paraId="6C888D9F" w14:textId="10BE00C1" w:rsidR="004E51DE" w:rsidRPr="0062109A" w:rsidRDefault="004E51DE" w:rsidP="00211F8D">
      <w:pPr>
        <w:wordWrap w:val="0"/>
        <w:autoSpaceDE w:val="0"/>
        <w:autoSpaceDN w:val="0"/>
        <w:spacing w:before="883" w:after="0" w:line="221" w:lineRule="exact"/>
        <w:ind w:left="4819"/>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4DAE0D7D" w14:textId="118E9B17" w:rsidR="004E51DE" w:rsidRPr="0062109A" w:rsidRDefault="004E51DE" w:rsidP="00211F8D">
      <w:pPr>
        <w:wordWrap w:val="0"/>
        <w:autoSpaceDE w:val="0"/>
        <w:autoSpaceDN w:val="0"/>
        <w:spacing w:after="251" w:line="14" w:lineRule="exact"/>
        <w:rPr>
          <w:rFonts w:ascii="Times New Roman" w:hAnsi="Times New Roman" w:cs="Times New Roman"/>
        </w:rPr>
      </w:pPr>
    </w:p>
    <w:p w14:paraId="294850A6" w14:textId="77777777" w:rsidR="004E51DE" w:rsidRPr="0062109A" w:rsidRDefault="00000000" w:rsidP="00211F8D">
      <w:pPr>
        <w:wordWrap w:val="0"/>
        <w:autoSpaceDE w:val="0"/>
        <w:autoSpaceDN w:val="0"/>
        <w:spacing w:before="530" w:after="3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564ABAC8"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0BEC79A1" w14:textId="77777777" w:rsidR="004E51DE" w:rsidRPr="0062109A" w:rsidRDefault="00000000" w:rsidP="00211F8D">
      <w:pPr>
        <w:wordWrap w:val="0"/>
        <w:autoSpaceDE w:val="0"/>
        <w:autoSpaceDN w:val="0"/>
        <w:spacing w:before="231" w:after="11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0A02C958"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p>
    <w:p w14:paraId="27F2DCC2"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megszűnése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után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évig</w:t>
      </w:r>
      <w:proofErr w:type="spellEnd"/>
      <w:r w:rsidRPr="0062109A">
        <w:rPr>
          <w:rFonts w:ascii="Times New Roman" w:eastAsia="MS Gothic" w:hAnsi="Times New Roman" w:cs="Times New Roman"/>
          <w:color w:val="000000"/>
        </w:rPr>
        <w:t>.</w:t>
      </w:r>
    </w:p>
    <w:p w14:paraId="2B0BC343"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7D4EB16F" w14:textId="77777777" w:rsidR="004E51DE" w:rsidRPr="0062109A" w:rsidRDefault="00000000" w:rsidP="00211F8D">
      <w:pPr>
        <w:wordWrap w:val="0"/>
        <w:autoSpaceDE w:val="0"/>
        <w:autoSpaceDN w:val="0"/>
        <w:spacing w:before="69" w:after="11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4EF9F632" w14:textId="77777777" w:rsidR="004E51DE" w:rsidRPr="0062109A" w:rsidRDefault="00000000" w:rsidP="00211F8D">
      <w:pPr>
        <w:wordWrap w:val="0"/>
        <w:autoSpaceDE w:val="0"/>
        <w:autoSpaceDN w:val="0"/>
        <w:spacing w:before="233"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6666B434" w14:textId="77777777" w:rsidR="004E51DE" w:rsidRPr="0062109A" w:rsidRDefault="00000000" w:rsidP="00211F8D">
      <w:pPr>
        <w:wordWrap w:val="0"/>
        <w:autoSpaceDE w:val="0"/>
        <w:autoSpaceDN w:val="0"/>
        <w:spacing w:before="67"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0D1C1924" w14:textId="77777777" w:rsidR="004E51DE" w:rsidRPr="0062109A" w:rsidRDefault="00000000" w:rsidP="00211F8D">
      <w:pPr>
        <w:wordWrap w:val="0"/>
        <w:autoSpaceDE w:val="0"/>
        <w:autoSpaceDN w:val="0"/>
        <w:spacing w:before="67"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09FD4349" w14:textId="77777777" w:rsidR="004E51DE" w:rsidRPr="0062109A" w:rsidRDefault="00000000" w:rsidP="00211F8D">
      <w:pPr>
        <w:wordWrap w:val="0"/>
        <w:autoSpaceDE w:val="0"/>
        <w:autoSpaceDN w:val="0"/>
        <w:spacing w:before="65"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540B0CC1" w14:textId="77777777" w:rsidR="004E51DE" w:rsidRPr="0062109A" w:rsidRDefault="00000000" w:rsidP="00211F8D">
      <w:pPr>
        <w:wordWrap w:val="0"/>
        <w:autoSpaceDE w:val="0"/>
        <w:autoSpaceDN w:val="0"/>
        <w:spacing w:before="48" w:after="85"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46F51BA9" w14:textId="77777777" w:rsidR="004E51DE" w:rsidRPr="0062109A" w:rsidRDefault="00000000" w:rsidP="00211F8D">
      <w:pPr>
        <w:wordWrap w:val="0"/>
        <w:autoSpaceDE w:val="0"/>
        <w:autoSpaceDN w:val="0"/>
        <w:spacing w:before="170"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4432EA2D" w14:textId="77777777" w:rsidR="004E51DE" w:rsidRPr="0062109A" w:rsidRDefault="00000000" w:rsidP="00211F8D">
      <w:pPr>
        <w:wordWrap w:val="0"/>
        <w:autoSpaceDE w:val="0"/>
        <w:autoSpaceDN w:val="0"/>
        <w:spacing w:before="168"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818181"/>
        </w:rPr>
        <w:t>Jelentkezés</w:t>
      </w:r>
      <w:proofErr w:type="spellEnd"/>
      <w:r w:rsidRPr="0062109A">
        <w:rPr>
          <w:rFonts w:ascii="Times New Roman" w:eastAsia="Times New Roman" w:hAnsi="Times New Roman" w:cs="Times New Roman"/>
          <w:color w:val="818181"/>
        </w:rPr>
        <w:t xml:space="preserve"> </w:t>
      </w:r>
      <w:proofErr w:type="spellStart"/>
      <w:r w:rsidRPr="0062109A">
        <w:rPr>
          <w:rFonts w:ascii="Times New Roman" w:eastAsia="MS Gothic" w:hAnsi="Times New Roman" w:cs="Times New Roman"/>
          <w:color w:val="818181"/>
        </w:rPr>
        <w:t>képzésre</w:t>
      </w:r>
      <w:proofErr w:type="spellEnd"/>
    </w:p>
    <w:p w14:paraId="704E9AA2"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képzéseire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feltételek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iratának</w:t>
      </w:r>
      <w:proofErr w:type="spellEnd"/>
    </w:p>
    <w:p w14:paraId="128F3456"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tanulóknak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szóló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adatkezelési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megismerése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után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jelentkezési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űrlap</w:t>
      </w:r>
      <w:proofErr w:type="spellEnd"/>
    </w:p>
    <w:p w14:paraId="1AD787E8"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kitöltésével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tud</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jelentkezni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elfogadja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jelentkezési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lapot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w:t>
      </w:r>
    </w:p>
    <w:p w14:paraId="59859FC1"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r w:rsidRPr="0062109A">
        <w:rPr>
          <w:rFonts w:ascii="Times New Roman" w:eastAsia="MS Gothic" w:hAnsi="Times New Roman" w:cs="Times New Roman"/>
          <w:color w:val="000000"/>
        </w:rPr>
        <w:t>mail-ben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visszaküldve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de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esetben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eredeti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példány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leadása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764E8C19"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ügyfélszolgálatán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p w14:paraId="3E6184E2"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99"/>
        </w:rPr>
        <w:t>rögzítéséhez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MS Gothic" w:hAnsi="Times New Roman" w:cs="Times New Roman"/>
          <w:color w:val="000000"/>
        </w:rPr>
        <w:t>.</w:t>
      </w:r>
    </w:p>
    <w:p w14:paraId="3E3397DC" w14:textId="77777777" w:rsidR="004E51DE" w:rsidRPr="0062109A" w:rsidRDefault="00000000" w:rsidP="00211F8D">
      <w:pPr>
        <w:wordWrap w:val="0"/>
        <w:autoSpaceDE w:val="0"/>
        <w:autoSpaceDN w:val="0"/>
        <w:spacing w:before="231" w:after="11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képzéseire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jelentkező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MS Gothic" w:hAnsi="Times New Roman" w:cs="Times New Roman"/>
          <w:color w:val="000000"/>
        </w:rPr>
        <w:t>.</w:t>
      </w:r>
    </w:p>
    <w:p w14:paraId="5C55B0E1"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anyja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hely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állampolgárság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lakcím</w:t>
      </w:r>
      <w:proofErr w:type="spellEnd"/>
      <w:r w:rsidRPr="0062109A">
        <w:rPr>
          <w:rFonts w:ascii="Times New Roman" w:eastAsia="MS Gothic" w:hAnsi="Times New Roman" w:cs="Times New Roman"/>
          <w:color w:val="000000"/>
        </w:rPr>
        <w:t>,</w:t>
      </w:r>
    </w:p>
    <w:p w14:paraId="5E6F9F66"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értesítési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tanfolyam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megnevezése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p>
    <w:p w14:paraId="7B42E8F6"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időpontja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személyazonosító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okmány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járművezetői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igazolvány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vezetői</w:t>
      </w:r>
      <w:proofErr w:type="spellEnd"/>
    </w:p>
    <w:p w14:paraId="50F02E8F"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engedély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nyilatkozat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alapfokú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iskolai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végzettségről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felmentést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okmány</w:t>
      </w:r>
      <w:proofErr w:type="spellEnd"/>
    </w:p>
    <w:p w14:paraId="29371445"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egészségügyi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alkalmasságának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járművezetéstől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eltiltásának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p>
    <w:p w14:paraId="41115942"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okmányai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vezetés</w:t>
      </w:r>
      <w:proofErr w:type="spellEnd"/>
    </w:p>
    <w:p w14:paraId="519A09AC"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jártasság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igazolására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tanfolyammentes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kötelezettségének</w:t>
      </w:r>
      <w:proofErr w:type="spellEnd"/>
    </w:p>
    <w:p w14:paraId="1D71FD61"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kényszergyógyítás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kényszergyógykezelés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kívüli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pályaalkalmassági</w:t>
      </w:r>
      <w:proofErr w:type="spellEnd"/>
    </w:p>
    <w:p w14:paraId="39122950"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vizsgálatának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gépjármű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típusa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p>
    <w:p w14:paraId="08C7A8F3" w14:textId="77777777" w:rsidR="004E51DE" w:rsidRPr="0062109A" w:rsidRDefault="00000000" w:rsidP="00211F8D">
      <w:pPr>
        <w:wordWrap w:val="0"/>
        <w:autoSpaceDE w:val="0"/>
        <w:autoSpaceDN w:val="0"/>
        <w:spacing w:before="231" w:after="35" w:line="221" w:lineRule="exact"/>
        <w:ind w:left="69"/>
        <w:rPr>
          <w:rFonts w:ascii="Times New Roman" w:hAnsi="Times New Roman" w:cs="Times New Roman"/>
        </w:rPr>
      </w:pPr>
      <w:r w:rsidRPr="0062109A">
        <w:rPr>
          <w:rFonts w:ascii="Times New Roman" w:eastAsia="MS Gothic" w:hAnsi="Times New Roman" w:cs="Times New Roman"/>
          <w:color w:val="000000"/>
        </w:rPr>
        <w:t>16.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életévét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töltött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gyermek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felügyeletet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p>
    <w:p w14:paraId="6EA91F4F"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lakcíme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aláírása</w:t>
      </w:r>
      <w:proofErr w:type="spellEnd"/>
      <w:r w:rsidRPr="0062109A">
        <w:rPr>
          <w:rFonts w:ascii="Times New Roman" w:eastAsia="MS Gothic" w:hAnsi="Times New Roman" w:cs="Times New Roman"/>
          <w:color w:val="000000"/>
        </w:rPr>
        <w:t>.</w:t>
      </w:r>
    </w:p>
    <w:p w14:paraId="6922F9E8" w14:textId="77777777" w:rsidR="004E51DE" w:rsidRPr="0062109A" w:rsidRDefault="00000000" w:rsidP="00211F8D">
      <w:pPr>
        <w:wordWrap w:val="0"/>
        <w:autoSpaceDE w:val="0"/>
        <w:autoSpaceDN w:val="0"/>
        <w:spacing w:before="230" w:after="36"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7DDA1BCF"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p>
    <w:p w14:paraId="3369CEEF"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figyelemmel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Ektv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13/A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bekezdéseire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p>
    <w:p w14:paraId="7D346EAD"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előkészítéséhez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megkötéséhez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melyben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fél</w:t>
      </w:r>
      <w:proofErr w:type="spellEnd"/>
    </w:p>
    <w:p w14:paraId="5F86EA77"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magánszemély</w:t>
      </w:r>
      <w:proofErr w:type="spellEnd"/>
      <w:r w:rsidRPr="0062109A">
        <w:rPr>
          <w:rFonts w:ascii="Times New Roman" w:eastAsia="MS Gothic" w:hAnsi="Times New Roman" w:cs="Times New Roman"/>
          <w:color w:val="000000"/>
        </w:rPr>
        <w:t>.</w:t>
      </w:r>
    </w:p>
    <w:p w14:paraId="55DDCEBD" w14:textId="77777777" w:rsidR="004E51DE" w:rsidRPr="0062109A" w:rsidRDefault="00000000" w:rsidP="00211F8D">
      <w:pPr>
        <w:wordWrap w:val="0"/>
        <w:autoSpaceDE w:val="0"/>
        <w:autoSpaceDN w:val="0"/>
        <w:spacing w:before="230" w:after="36"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39511E00"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77F8AAB5" w14:textId="77777777" w:rsidR="004E51DE" w:rsidRPr="0062109A" w:rsidRDefault="00000000" w:rsidP="00211F8D">
      <w:pPr>
        <w:wordWrap w:val="0"/>
        <w:autoSpaceDE w:val="0"/>
        <w:autoSpaceDN w:val="0"/>
        <w:spacing w:before="231" w:after="29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089D4285" w14:textId="5DC72D1B" w:rsidR="004E51DE" w:rsidRPr="0062109A" w:rsidRDefault="004E51DE" w:rsidP="00211F8D">
      <w:pPr>
        <w:wordWrap w:val="0"/>
        <w:autoSpaceDE w:val="0"/>
        <w:autoSpaceDN w:val="0"/>
        <w:spacing w:before="590" w:after="0" w:line="221" w:lineRule="exact"/>
        <w:ind w:left="4819"/>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140D999F" w14:textId="4FE03F3E" w:rsidR="004E51DE" w:rsidRPr="0062109A" w:rsidRDefault="004E51DE" w:rsidP="00211F8D">
      <w:pPr>
        <w:wordWrap w:val="0"/>
        <w:autoSpaceDE w:val="0"/>
        <w:autoSpaceDN w:val="0"/>
        <w:spacing w:after="251" w:line="14" w:lineRule="exact"/>
        <w:rPr>
          <w:rFonts w:ascii="Times New Roman" w:hAnsi="Times New Roman" w:cs="Times New Roman"/>
        </w:rPr>
      </w:pPr>
    </w:p>
    <w:p w14:paraId="68CB302B" w14:textId="77777777" w:rsidR="004E51DE" w:rsidRPr="0062109A" w:rsidRDefault="00000000" w:rsidP="00211F8D">
      <w:pPr>
        <w:wordWrap w:val="0"/>
        <w:autoSpaceDE w:val="0"/>
        <w:autoSpaceDN w:val="0"/>
        <w:spacing w:before="530"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p w14:paraId="5603BF6E" w14:textId="77777777" w:rsidR="004E51DE" w:rsidRPr="0062109A" w:rsidRDefault="00000000" w:rsidP="00211F8D">
      <w:pPr>
        <w:wordWrap w:val="0"/>
        <w:autoSpaceDE w:val="0"/>
        <w:autoSpaceDN w:val="0"/>
        <w:spacing w:before="231" w:after="24"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KAV</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Közlekedési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Alkalmassági</w:t>
      </w:r>
      <w:proofErr w:type="spellEnd"/>
      <w:r w:rsidRPr="0062109A">
        <w:rPr>
          <w:rFonts w:ascii="Times New Roman" w:eastAsia="Times New Roman" w:hAnsi="Times New Roman" w:cs="Times New Roman"/>
          <w:b/>
          <w:color w:val="2D2D2D"/>
        </w:rPr>
        <w:t xml:space="preserve"> </w:t>
      </w:r>
      <w:proofErr w:type="spellStart"/>
      <w:r w:rsidRPr="0062109A">
        <w:rPr>
          <w:rFonts w:ascii="Times New Roman" w:eastAsia="MS Gothic" w:hAnsi="Times New Roman" w:cs="Times New Roman"/>
          <w:b/>
          <w:color w:val="2D2D2D"/>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Vizsgaközpont</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Nonprofit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Kft.</w:t>
      </w:r>
    </w:p>
    <w:p w14:paraId="68D3C8AF" w14:textId="77777777" w:rsidR="004E51DE" w:rsidRPr="0062109A" w:rsidRDefault="00000000" w:rsidP="00211F8D">
      <w:pPr>
        <w:wordWrap w:val="0"/>
        <w:autoSpaceDE w:val="0"/>
        <w:autoSpaceDN w:val="0"/>
        <w:spacing w:before="48" w:after="115"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Székhely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1033</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Polgár</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utca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8-10.</w:t>
      </w:r>
    </w:p>
    <w:p w14:paraId="1FC6C6BB" w14:textId="77777777" w:rsidR="004E51DE" w:rsidRPr="0062109A" w:rsidRDefault="00000000" w:rsidP="00211F8D">
      <w:pPr>
        <w:wordWrap w:val="0"/>
        <w:autoSpaceDE w:val="0"/>
        <w:autoSpaceDN w:val="0"/>
        <w:spacing w:before="230" w:after="115"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Ügyfélszolgálat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Petzvál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József</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39.</w:t>
      </w:r>
    </w:p>
    <w:p w14:paraId="27C2AFA7" w14:textId="77777777" w:rsidR="004E51DE" w:rsidRPr="0062109A" w:rsidRDefault="00000000" w:rsidP="00211F8D">
      <w:pPr>
        <w:wordWrap w:val="0"/>
        <w:autoSpaceDE w:val="0"/>
        <w:autoSpaceDN w:val="0"/>
        <w:spacing w:before="230" w:after="116" w:line="221" w:lineRule="exact"/>
        <w:ind w:left="777"/>
        <w:rPr>
          <w:rFonts w:ascii="Times New Roman" w:hAnsi="Times New Roman" w:cs="Times New Roman"/>
        </w:rPr>
      </w:pPr>
      <w:r w:rsidRPr="0062109A">
        <w:rPr>
          <w:rFonts w:ascii="Times New Roman" w:eastAsia="MS Gothic" w:hAnsi="Times New Roman" w:cs="Times New Roman"/>
          <w:color w:val="000000"/>
        </w:rPr>
        <w:t>Nem</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magyar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állampolgárok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1141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Komócsy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17-19.</w:t>
      </w:r>
    </w:p>
    <w:p w14:paraId="72D96A96" w14:textId="77777777" w:rsidR="004E51DE" w:rsidRPr="0062109A" w:rsidRDefault="00000000" w:rsidP="00211F8D">
      <w:pPr>
        <w:wordWrap w:val="0"/>
        <w:autoSpaceDE w:val="0"/>
        <w:autoSpaceDN w:val="0"/>
        <w:spacing w:before="233" w:after="111" w:line="221" w:lineRule="exact"/>
        <w:ind w:left="69"/>
        <w:rPr>
          <w:rFonts w:ascii="Times New Roman" w:hAnsi="Times New Roman" w:cs="Times New Roman"/>
        </w:rPr>
      </w:pPr>
      <w:r w:rsidRPr="0062109A">
        <w:rPr>
          <w:rFonts w:ascii="Times New Roman" w:eastAsia="MS Gothic" w:hAnsi="Times New Roman" w:cs="Times New Roman"/>
          <w:b/>
          <w:color w:val="000000"/>
        </w:rPr>
        <w:t>E-</w:t>
      </w:r>
      <w:proofErr w:type="spellStart"/>
      <w:r w:rsidRPr="0062109A">
        <w:rPr>
          <w:rFonts w:ascii="Times New Roman" w:eastAsia="MS Gothic" w:hAnsi="Times New Roman" w:cs="Times New Roman"/>
          <w:b/>
          <w:color w:val="000000"/>
        </w:rPr>
        <w:t>Educatio</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Információtechnológiai</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Zrt.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1111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Budafoki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(e-Titán).</w:t>
      </w:r>
    </w:p>
    <w:p w14:paraId="19DB034A" w14:textId="77777777" w:rsidR="004E51DE" w:rsidRPr="0062109A" w:rsidRDefault="00000000" w:rsidP="00211F8D">
      <w:pPr>
        <w:wordWrap w:val="0"/>
        <w:autoSpaceDE w:val="0"/>
        <w:autoSpaceDN w:val="0"/>
        <w:spacing w:before="223" w:after="2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Felnőttképzési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Adatszolgáltatási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Rendszer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továbbított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p>
    <w:p w14:paraId="0219FF09" w14:textId="77777777" w:rsidR="004E51DE" w:rsidRPr="0062109A" w:rsidRDefault="00000000" w:rsidP="00211F8D">
      <w:pPr>
        <w:wordWrap w:val="0"/>
        <w:autoSpaceDE w:val="0"/>
        <w:autoSpaceDN w:val="0"/>
        <w:spacing w:before="51" w:after="27"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természetes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személyazonosító</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adatai</w:t>
      </w:r>
      <w:proofErr w:type="spellEnd"/>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w:t>
      </w:r>
      <w:proofErr w:type="spellStart"/>
      <w:r w:rsidRPr="0062109A">
        <w:rPr>
          <w:rFonts w:ascii="Times New Roman" w:eastAsia="Calibri" w:hAnsi="Times New Roman" w:cs="Times New Roman"/>
          <w:color w:val="000000"/>
          <w:sz w:val="24"/>
        </w:rPr>
        <w:t>családi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utónév</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születési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családi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utónév</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születési</w:t>
      </w:r>
      <w:proofErr w:type="spellEnd"/>
    </w:p>
    <w:p w14:paraId="3A59A4E2" w14:textId="77777777" w:rsidR="004E51DE" w:rsidRPr="0062109A" w:rsidRDefault="00000000" w:rsidP="00211F8D">
      <w:pPr>
        <w:wordWrap w:val="0"/>
        <w:autoSpaceDE w:val="0"/>
        <w:autoSpaceDN w:val="0"/>
        <w:spacing w:before="55" w:after="24" w:line="240" w:lineRule="exact"/>
        <w:ind w:left="712"/>
        <w:rPr>
          <w:rFonts w:ascii="Times New Roman" w:hAnsi="Times New Roman" w:cs="Times New Roman"/>
        </w:rPr>
      </w:pPr>
      <w:proofErr w:type="spellStart"/>
      <w:r w:rsidRPr="0062109A">
        <w:rPr>
          <w:rFonts w:ascii="Times New Roman" w:eastAsia="Calibri" w:hAnsi="Times New Roman" w:cs="Times New Roman"/>
          <w:color w:val="000000"/>
          <w:sz w:val="24"/>
        </w:rPr>
        <w:t>hely</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idő</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anyja</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születési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családi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utóneve</w:t>
      </w:r>
      <w:proofErr w:type="spellEnd"/>
      <w:r w:rsidRPr="0062109A">
        <w:rPr>
          <w:rFonts w:ascii="Times New Roman" w:eastAsia="Calibri" w:hAnsi="Times New Roman" w:cs="Times New Roman"/>
          <w:color w:val="000000"/>
          <w:w w:val="99"/>
          <w:sz w:val="24"/>
        </w:rPr>
        <w:t>),</w:t>
      </w:r>
    </w:p>
    <w:p w14:paraId="1C1736D1" w14:textId="77777777" w:rsidR="004E51DE" w:rsidRPr="0062109A" w:rsidRDefault="00000000" w:rsidP="00211F8D">
      <w:pPr>
        <w:wordWrap w:val="0"/>
        <w:autoSpaceDE w:val="0"/>
        <w:autoSpaceDN w:val="0"/>
        <w:spacing w:before="48" w:after="24"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lakcíme</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levelezési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címe</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elektronikus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levelezési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címe</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telefonszáma</w:t>
      </w:r>
      <w:proofErr w:type="spellEnd"/>
      <w:r w:rsidRPr="0062109A">
        <w:rPr>
          <w:rFonts w:ascii="Times New Roman" w:eastAsia="Calibri" w:hAnsi="Times New Roman" w:cs="Times New Roman"/>
          <w:color w:val="000000"/>
          <w:sz w:val="24"/>
        </w:rPr>
        <w:t>,</w:t>
      </w:r>
    </w:p>
    <w:p w14:paraId="419EA9B2" w14:textId="77777777" w:rsidR="004E51DE" w:rsidRPr="0062109A" w:rsidRDefault="00000000" w:rsidP="00211F8D">
      <w:pPr>
        <w:wordWrap w:val="0"/>
        <w:autoSpaceDE w:val="0"/>
        <w:autoSpaceDN w:val="0"/>
        <w:spacing w:before="48" w:after="24"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végzettségével</w:t>
      </w:r>
      <w:proofErr w:type="spellEnd"/>
      <w:r w:rsidRPr="0062109A">
        <w:rPr>
          <w:rFonts w:ascii="Times New Roman" w:eastAsia="Calibri" w:hAnsi="Times New Roman" w:cs="Times New Roman"/>
          <w:color w:val="000000"/>
          <w:w w:val="99"/>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szakképesítésével</w:t>
      </w:r>
      <w:proofErr w:type="spellEnd"/>
      <w:r w:rsidRPr="0062109A">
        <w:rPr>
          <w:rFonts w:ascii="Times New Roman" w:eastAsia="Calibri" w:hAnsi="Times New Roman" w:cs="Times New Roman"/>
          <w:color w:val="000000"/>
          <w:w w:val="99"/>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szakképzettségével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idegennyelv</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ismeretével</w:t>
      </w:r>
      <w:proofErr w:type="spellEnd"/>
      <w:r w:rsidRPr="0062109A">
        <w:rPr>
          <w:rFonts w:ascii="Times New Roman" w:eastAsia="Calibri" w:hAnsi="Times New Roman" w:cs="Times New Roman"/>
          <w:color w:val="000000"/>
          <w:sz w:val="24"/>
        </w:rPr>
        <w:t>,</w:t>
      </w:r>
    </w:p>
    <w:p w14:paraId="7EE0ED39" w14:textId="77777777" w:rsidR="004E51DE" w:rsidRPr="0062109A" w:rsidRDefault="00000000" w:rsidP="00211F8D">
      <w:pPr>
        <w:wordWrap w:val="0"/>
        <w:autoSpaceDE w:val="0"/>
        <w:autoSpaceDN w:val="0"/>
        <w:spacing w:before="48" w:after="27"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képzésbe</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történő</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belépésével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elvégzésével</w:t>
      </w:r>
      <w:proofErr w:type="spellEnd"/>
      <w:r w:rsidRPr="0062109A">
        <w:rPr>
          <w:rFonts w:ascii="Times New Roman" w:eastAsia="Calibri" w:hAnsi="Times New Roman" w:cs="Times New Roman"/>
          <w:color w:val="000000"/>
          <w:w w:val="99"/>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illetve</w:t>
      </w:r>
      <w:proofErr w:type="spellEnd"/>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elvégzése</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hiányában</w:t>
      </w:r>
      <w:proofErr w:type="spellEnd"/>
    </w:p>
    <w:p w14:paraId="15F9A290" w14:textId="77777777" w:rsidR="004E51DE" w:rsidRPr="0062109A" w:rsidRDefault="00000000" w:rsidP="00211F8D">
      <w:pPr>
        <w:wordWrap w:val="0"/>
        <w:autoSpaceDE w:val="0"/>
        <w:autoSpaceDN w:val="0"/>
        <w:spacing w:before="55" w:after="24" w:line="240" w:lineRule="exact"/>
        <w:ind w:left="712"/>
        <w:rPr>
          <w:rFonts w:ascii="Times New Roman" w:hAnsi="Times New Roman" w:cs="Times New Roman"/>
        </w:rPr>
      </w:pP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képzésből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történő</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kilépésével</w:t>
      </w:r>
      <w:proofErr w:type="spellEnd"/>
      <w:r w:rsidRPr="0062109A">
        <w:rPr>
          <w:rFonts w:ascii="Times New Roman" w:eastAsia="Calibri" w:hAnsi="Times New Roman" w:cs="Times New Roman"/>
          <w:color w:val="000000"/>
          <w:sz w:val="24"/>
        </w:rPr>
        <w:t>,</w:t>
      </w:r>
    </w:p>
    <w:p w14:paraId="24DE35B9" w14:textId="77777777" w:rsidR="004E51DE" w:rsidRPr="0062109A" w:rsidRDefault="00000000" w:rsidP="00211F8D">
      <w:pPr>
        <w:wordWrap w:val="0"/>
        <w:autoSpaceDE w:val="0"/>
        <w:autoSpaceDN w:val="0"/>
        <w:spacing w:before="48" w:after="24"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során</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történő</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értékelésével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minősítésével</w:t>
      </w:r>
      <w:proofErr w:type="spellEnd"/>
      <w:r w:rsidRPr="0062109A">
        <w:rPr>
          <w:rFonts w:ascii="Times New Roman" w:eastAsia="Calibri" w:hAnsi="Times New Roman" w:cs="Times New Roman"/>
          <w:color w:val="000000"/>
          <w:sz w:val="24"/>
        </w:rPr>
        <w:t>,</w:t>
      </w:r>
    </w:p>
    <w:p w14:paraId="7BBFB1A7" w14:textId="77777777" w:rsidR="004E51DE" w:rsidRPr="0062109A" w:rsidRDefault="00000000" w:rsidP="00211F8D">
      <w:pPr>
        <w:wordWrap w:val="0"/>
        <w:autoSpaceDE w:val="0"/>
        <w:autoSpaceDN w:val="0"/>
        <w:spacing w:before="48" w:after="27"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képzéssel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összefüggő</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fizetési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kötelezettségeivel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az</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igénybe</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vett</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hitellel</w:t>
      </w:r>
      <w:proofErr w:type="spellEnd"/>
    </w:p>
    <w:p w14:paraId="040F3D65" w14:textId="77777777" w:rsidR="004E51DE" w:rsidRPr="0062109A" w:rsidRDefault="00000000" w:rsidP="00211F8D">
      <w:pPr>
        <w:wordWrap w:val="0"/>
        <w:autoSpaceDE w:val="0"/>
        <w:autoSpaceDN w:val="0"/>
        <w:spacing w:before="55" w:after="22" w:line="240" w:lineRule="exact"/>
        <w:ind w:left="712"/>
        <w:rPr>
          <w:rFonts w:ascii="Times New Roman" w:hAnsi="Times New Roman" w:cs="Times New Roman"/>
        </w:rPr>
      </w:pPr>
      <w:proofErr w:type="spellStart"/>
      <w:r w:rsidRPr="0062109A">
        <w:rPr>
          <w:rFonts w:ascii="Times New Roman" w:eastAsia="Calibri" w:hAnsi="Times New Roman" w:cs="Times New Roman"/>
          <w:color w:val="000000"/>
          <w:sz w:val="24"/>
        </w:rPr>
        <w:t>kapcsolatosak</w:t>
      </w:r>
      <w:proofErr w:type="spellEnd"/>
      <w:r w:rsidRPr="0062109A">
        <w:rPr>
          <w:rFonts w:ascii="Times New Roman" w:eastAsia="Calibri" w:hAnsi="Times New Roman" w:cs="Times New Roman"/>
          <w:color w:val="000000"/>
          <w:sz w:val="24"/>
        </w:rPr>
        <w:t>.</w:t>
      </w:r>
    </w:p>
    <w:p w14:paraId="57B30A8E" w14:textId="77777777" w:rsidR="004E51DE" w:rsidRPr="0062109A" w:rsidRDefault="00000000" w:rsidP="00211F8D">
      <w:pPr>
        <w:wordWrap w:val="0"/>
        <w:autoSpaceDE w:val="0"/>
        <w:autoSpaceDN w:val="0"/>
        <w:spacing w:before="44"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0AA8D2A4"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p>
    <w:p w14:paraId="09A58405"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tekintettel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24/2005.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(IV.21.)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GKM</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előírásaira</w:t>
      </w:r>
      <w:proofErr w:type="spellEnd"/>
      <w:r w:rsidRPr="0062109A">
        <w:rPr>
          <w:rFonts w:ascii="Times New Roman" w:eastAsia="MS Gothic" w:hAnsi="Times New Roman" w:cs="Times New Roman"/>
          <w:color w:val="000000"/>
        </w:rPr>
        <w:t>.</w:t>
      </w:r>
    </w:p>
    <w:p w14:paraId="2DC66E43"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címzetteknél</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w:t>
      </w:r>
      <w:proofErr w:type="spellEnd"/>
      <w:r w:rsidRPr="0062109A">
        <w:rPr>
          <w:rFonts w:ascii="Times New Roman" w:eastAsia="MS Gothic" w:hAnsi="Times New Roman" w:cs="Times New Roman"/>
          <w:color w:val="000000"/>
        </w:rPr>
        <w:t>.</w:t>
      </w:r>
    </w:p>
    <w:p w14:paraId="3080CDE4" w14:textId="77777777" w:rsidR="004E51DE" w:rsidRPr="0062109A" w:rsidRDefault="00000000" w:rsidP="00211F8D">
      <w:pPr>
        <w:wordWrap w:val="0"/>
        <w:autoSpaceDE w:val="0"/>
        <w:autoSpaceDN w:val="0"/>
        <w:spacing w:before="231"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adatkezelőnél</w:t>
      </w:r>
      <w:proofErr w:type="spellEnd"/>
    </w:p>
    <w:p w14:paraId="58677D97"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beiratkozástól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számított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évig</w:t>
      </w:r>
      <w:proofErr w:type="spellEnd"/>
      <w:r w:rsidRPr="0062109A">
        <w:rPr>
          <w:rFonts w:ascii="Times New Roman" w:eastAsia="MS Gothic" w:hAnsi="Times New Roman" w:cs="Times New Roman"/>
          <w:color w:val="000000"/>
        </w:rPr>
        <w:t>.</w:t>
      </w:r>
    </w:p>
    <w:p w14:paraId="1549FAED"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jelentkezés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vanaszemélyes</w:t>
      </w:r>
      <w:proofErr w:type="spellEnd"/>
    </w:p>
    <w:p w14:paraId="522C0D3E"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7F04F7BC" w14:textId="77777777" w:rsidR="004E51DE" w:rsidRPr="0062109A" w:rsidRDefault="00000000" w:rsidP="00211F8D">
      <w:pPr>
        <w:wordWrap w:val="0"/>
        <w:autoSpaceDE w:val="0"/>
        <w:autoSpaceDN w:val="0"/>
        <w:spacing w:before="230"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7CA0DCEE" w14:textId="77777777" w:rsidR="004E51DE" w:rsidRPr="0062109A" w:rsidRDefault="00000000" w:rsidP="00211F8D">
      <w:pPr>
        <w:wordWrap w:val="0"/>
        <w:autoSpaceDE w:val="0"/>
        <w:autoSpaceDN w:val="0"/>
        <w:spacing w:before="65"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42489D8F" w14:textId="77777777" w:rsidR="004E51DE" w:rsidRPr="0062109A" w:rsidRDefault="00000000" w:rsidP="00211F8D">
      <w:pPr>
        <w:wordWrap w:val="0"/>
        <w:autoSpaceDE w:val="0"/>
        <w:autoSpaceDN w:val="0"/>
        <w:spacing w:before="65"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76D13D9B" w14:textId="77777777" w:rsidR="004E51DE" w:rsidRPr="0062109A" w:rsidRDefault="00000000" w:rsidP="00211F8D">
      <w:pPr>
        <w:wordWrap w:val="0"/>
        <w:autoSpaceDE w:val="0"/>
        <w:autoSpaceDN w:val="0"/>
        <w:spacing w:before="65"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r w:rsidRPr="0062109A">
        <w:rPr>
          <w:rFonts w:ascii="Times New Roman" w:eastAsia="MS Gothic" w:hAnsi="Times New Roman" w:cs="Times New Roman"/>
          <w:color w:val="000000"/>
        </w:rPr>
        <w:t>,</w:t>
      </w:r>
    </w:p>
    <w:p w14:paraId="54354829" w14:textId="77777777" w:rsidR="004E51DE" w:rsidRPr="0062109A" w:rsidRDefault="00000000" w:rsidP="00211F8D">
      <w:pPr>
        <w:wordWrap w:val="0"/>
        <w:autoSpaceDE w:val="0"/>
        <w:autoSpaceDN w:val="0"/>
        <w:spacing w:before="65"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1B1E399E" w14:textId="77777777" w:rsidR="004E51DE" w:rsidRPr="0062109A" w:rsidRDefault="00000000" w:rsidP="00211F8D">
      <w:pPr>
        <w:wordWrap w:val="0"/>
        <w:autoSpaceDE w:val="0"/>
        <w:autoSpaceDN w:val="0"/>
        <w:spacing w:before="65"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adathordozáshoz</w:t>
      </w:r>
      <w:proofErr w:type="spellEnd"/>
      <w:r w:rsidRPr="0062109A">
        <w:rPr>
          <w:rFonts w:ascii="Times New Roman" w:eastAsia="MS Gothic" w:hAnsi="Times New Roman" w:cs="Times New Roman"/>
          <w:color w:val="000000"/>
        </w:rPr>
        <w:t>,</w:t>
      </w:r>
    </w:p>
    <w:p w14:paraId="71952B60" w14:textId="77777777" w:rsidR="004E51DE" w:rsidRPr="0062109A" w:rsidRDefault="00000000" w:rsidP="00211F8D">
      <w:pPr>
        <w:wordWrap w:val="0"/>
        <w:autoSpaceDE w:val="0"/>
        <w:autoSpaceDN w:val="0"/>
        <w:spacing w:before="67" w:after="111"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02ADFEEF" w14:textId="77777777" w:rsidR="004E51DE" w:rsidRPr="0062109A" w:rsidRDefault="00000000" w:rsidP="00211F8D">
      <w:pPr>
        <w:pStyle w:val="Cmsor2"/>
      </w:pPr>
      <w:bookmarkStart w:id="26" w:name="_Toc219475605"/>
      <w:proofErr w:type="spellStart"/>
      <w:r w:rsidRPr="0062109A">
        <w:t>Regisztráció</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r w:rsidRPr="0062109A">
        <w:t>e-Titán</w:t>
      </w:r>
      <w:r w:rsidRPr="0062109A">
        <w:rPr>
          <w:rFonts w:eastAsia="Times New Roman"/>
        </w:rPr>
        <w:t xml:space="preserve"> </w:t>
      </w:r>
      <w:r w:rsidRPr="0062109A">
        <w:t>e-learning</w:t>
      </w:r>
      <w:r w:rsidRPr="0062109A">
        <w:rPr>
          <w:rFonts w:eastAsia="Times New Roman"/>
        </w:rPr>
        <w:t xml:space="preserve"> </w:t>
      </w:r>
      <w:proofErr w:type="spellStart"/>
      <w:r w:rsidRPr="0062109A">
        <w:t>képzési</w:t>
      </w:r>
      <w:proofErr w:type="spellEnd"/>
      <w:r w:rsidRPr="0062109A">
        <w:rPr>
          <w:rFonts w:eastAsia="Times New Roman"/>
        </w:rPr>
        <w:t xml:space="preserve"> </w:t>
      </w:r>
      <w:proofErr w:type="spellStart"/>
      <w:r w:rsidRPr="0062109A">
        <w:t>rendszerbe</w:t>
      </w:r>
      <w:bookmarkEnd w:id="26"/>
      <w:proofErr w:type="spellEnd"/>
    </w:p>
    <w:p w14:paraId="6819D071"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jogszabályi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előírásoknak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415E730B"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r w:rsidRPr="0062109A">
        <w:rPr>
          <w:rFonts w:ascii="Times New Roman" w:eastAsia="MS Gothic" w:hAnsi="Times New Roman" w:cs="Times New Roman"/>
          <w:color w:val="000000"/>
        </w:rPr>
        <w:t>E-</w:t>
      </w:r>
      <w:proofErr w:type="spellStart"/>
      <w:r w:rsidRPr="0062109A">
        <w:rPr>
          <w:rFonts w:ascii="Times New Roman" w:eastAsia="MS Gothic" w:hAnsi="Times New Roman" w:cs="Times New Roman"/>
          <w:color w:val="000000"/>
        </w:rPr>
        <w:t>Educatio</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Információtechnológiai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Zrt.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e-Titán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rögzíti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jelentkezési</w:t>
      </w:r>
      <w:proofErr w:type="spellEnd"/>
    </w:p>
    <w:p w14:paraId="5F703E5E"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gramStart"/>
      <w:r w:rsidRPr="0062109A">
        <w:rPr>
          <w:rFonts w:ascii="Times New Roman" w:eastAsia="MS Gothic" w:hAnsi="Times New Roman" w:cs="Times New Roman"/>
          <w:color w:val="000000"/>
        </w:rPr>
        <w:t>lapjánmegadottadatait,arésztvevőegészségügyialkalmasságáravonatkozóazonadatot</w:t>
      </w:r>
      <w:proofErr w:type="gramEnd"/>
      <w:r w:rsidRPr="0062109A">
        <w:rPr>
          <w:rFonts w:ascii="Times New Roman" w:eastAsia="MS Gothic" w:hAnsi="Times New Roman" w:cs="Times New Roman"/>
          <w:color w:val="000000"/>
        </w:rPr>
        <w:t>,</w:t>
      </w:r>
    </w:p>
    <w:p w14:paraId="70158006"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résztvevő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w:t>
      </w:r>
      <w:proofErr w:type="spellEnd"/>
      <w:r w:rsidRPr="0062109A">
        <w:rPr>
          <w:rFonts w:ascii="Times New Roman" w:eastAsia="MS Gothic" w:hAnsi="Times New Roman" w:cs="Times New Roman"/>
          <w:color w:val="000000"/>
        </w:rPr>
        <w:t>-e</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vizsgákra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alkalmasság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megállapításának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p>
    <w:p w14:paraId="03DD6B42"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résztvevő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regisztrálása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e-Titán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rendszerbe</w:t>
      </w:r>
      <w:proofErr w:type="spellEnd"/>
      <w:r w:rsidRPr="0062109A">
        <w:rPr>
          <w:rFonts w:ascii="Times New Roman" w:eastAsia="MS Gothic" w:hAnsi="Times New Roman" w:cs="Times New Roman"/>
          <w:color w:val="000000"/>
        </w:rPr>
        <w:t>.</w:t>
      </w:r>
    </w:p>
    <w:p w14:paraId="606866DE"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Érintett: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résztvevők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akik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közlekedési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szervezett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vizsgákon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kívánnak</w:t>
      </w:r>
      <w:proofErr w:type="spellEnd"/>
    </w:p>
    <w:p w14:paraId="32A328B2" w14:textId="4CC04C86" w:rsidR="004E51DE" w:rsidRPr="0062109A" w:rsidRDefault="00000000" w:rsidP="0028429E">
      <w:pPr>
        <w:wordWrap w:val="0"/>
        <w:autoSpaceDE w:val="0"/>
        <w:autoSpaceDN w:val="0"/>
        <w:spacing w:before="69" w:after="442"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részt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venni</w:t>
      </w:r>
      <w:proofErr w:type="spellEnd"/>
      <w:r w:rsidRPr="0062109A">
        <w:rPr>
          <w:rFonts w:ascii="Times New Roman" w:eastAsia="MS Gothic" w:hAnsi="Times New Roman" w:cs="Times New Roman"/>
          <w:color w:val="000000"/>
        </w:rPr>
        <w:t>.</w:t>
      </w:r>
    </w:p>
    <w:p w14:paraId="385D01B1" w14:textId="77777777" w:rsidR="004E51DE" w:rsidRPr="0062109A" w:rsidRDefault="004E51DE" w:rsidP="00211F8D">
      <w:pPr>
        <w:spacing w:after="0"/>
        <w:rPr>
          <w:rFonts w:ascii="Times New Roman" w:hAnsi="Times New Roman" w:cs="Times New Roman"/>
        </w:rPr>
        <w:sectPr w:rsidR="004E51DE" w:rsidRPr="0062109A">
          <w:pgSz w:w="11906" w:h="16838"/>
          <w:pgMar w:top="504" w:right="979" w:bottom="653" w:left="1011" w:header="720" w:footer="720" w:gutter="0"/>
          <w:cols w:space="720" w:equalWidth="0">
            <w:col w:w="9917" w:space="0"/>
          </w:cols>
          <w:docGrid w:linePitch="360"/>
        </w:sectPr>
      </w:pPr>
    </w:p>
    <w:p w14:paraId="6316B2A6" w14:textId="47E6A881" w:rsidR="004E51DE" w:rsidRPr="0062109A" w:rsidRDefault="004E51DE" w:rsidP="00211F8D">
      <w:pPr>
        <w:wordWrap w:val="0"/>
        <w:autoSpaceDE w:val="0"/>
        <w:autoSpaceDN w:val="0"/>
        <w:spacing w:after="251" w:line="14" w:lineRule="exact"/>
        <w:rPr>
          <w:rFonts w:ascii="Times New Roman" w:hAnsi="Times New Roman" w:cs="Times New Roman"/>
        </w:rPr>
      </w:pPr>
    </w:p>
    <w:p w14:paraId="78D071DA" w14:textId="77777777" w:rsidR="004E51DE" w:rsidRPr="0062109A" w:rsidRDefault="00000000" w:rsidP="00211F8D">
      <w:pPr>
        <w:wordWrap w:val="0"/>
        <w:autoSpaceDE w:val="0"/>
        <w:autoSpaceDN w:val="0"/>
        <w:spacing w:before="530"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Adatkör</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anyja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állampolgárság</w:t>
      </w:r>
      <w:proofErr w:type="spellEnd"/>
      <w:r w:rsidRPr="0062109A">
        <w:rPr>
          <w:rFonts w:ascii="Times New Roman" w:eastAsia="MS Gothic" w:hAnsi="Times New Roman" w:cs="Times New Roman"/>
          <w:color w:val="000000"/>
        </w:rPr>
        <w:t>,</w:t>
      </w:r>
    </w:p>
    <w:p w14:paraId="6FACB972"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lakcím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értesítési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személyazonosító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okmány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száma</w:t>
      </w:r>
      <w:proofErr w:type="spellEnd"/>
      <w:r w:rsidRPr="0062109A">
        <w:rPr>
          <w:rFonts w:ascii="Times New Roman" w:eastAsia="MS Gothic" w:hAnsi="Times New Roman" w:cs="Times New Roman"/>
          <w:color w:val="000000"/>
        </w:rPr>
        <w:t>,</w:t>
      </w:r>
    </w:p>
    <w:p w14:paraId="505330FD"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járművezetői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igazolvány</w:t>
      </w:r>
      <w:proofErr w:type="spellEnd"/>
      <w:r w:rsidRPr="0062109A">
        <w:rPr>
          <w:rFonts w:ascii="Times New Roman" w:eastAsia="Times New Roman" w:hAnsi="Times New Roman" w:cs="Times New Roman"/>
          <w:color w:val="000000"/>
        </w:rPr>
        <w:t xml:space="preserve"> </w:t>
      </w:r>
      <w:proofErr w:type="spellStart"/>
      <w:proofErr w:type="gramStart"/>
      <w:r w:rsidRPr="0062109A">
        <w:rPr>
          <w:rFonts w:ascii="Times New Roman" w:eastAsia="MS Gothic" w:hAnsi="Times New Roman" w:cs="Times New Roman"/>
          <w:color w:val="000000"/>
        </w:rPr>
        <w:t>adatai,</w:t>
      </w:r>
      <w:r w:rsidRPr="0062109A">
        <w:rPr>
          <w:rFonts w:ascii="Times New Roman" w:eastAsia="MS Gothic" w:hAnsi="Times New Roman" w:cs="Times New Roman"/>
          <w:color w:val="000000"/>
          <w:w w:val="99"/>
        </w:rPr>
        <w:t>vezetői</w:t>
      </w:r>
      <w:proofErr w:type="spellEnd"/>
      <w:proofErr w:type="gram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engedély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orvosi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alkalmasságcsoportja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PÁV</w:t>
      </w:r>
    </w:p>
    <w:p w14:paraId="228B4D60"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kategória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egészségügyi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alkalmasság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hiánya</w:t>
      </w:r>
      <w:proofErr w:type="spellEnd"/>
      <w:r w:rsidRPr="0062109A">
        <w:rPr>
          <w:rFonts w:ascii="Times New Roman" w:eastAsia="MS Gothic" w:hAnsi="Times New Roman" w:cs="Times New Roman"/>
          <w:color w:val="000000"/>
        </w:rPr>
        <w:t>.</w:t>
      </w:r>
    </w:p>
    <w:p w14:paraId="55243231"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Az</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68A6653A"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528663B2"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tekintettel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24/2005.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(IV.21.)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GKM</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w:t>
      </w:r>
    </w:p>
    <w:p w14:paraId="08AB86A6"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melléklet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előírásaira</w:t>
      </w:r>
      <w:proofErr w:type="spellEnd"/>
      <w:r w:rsidRPr="0062109A">
        <w:rPr>
          <w:rFonts w:ascii="Times New Roman" w:eastAsia="MS Gothic" w:hAnsi="Times New Roman" w:cs="Times New Roman"/>
          <w:color w:val="000000"/>
        </w:rPr>
        <w:t>.</w:t>
      </w:r>
    </w:p>
    <w:p w14:paraId="37593FC2"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forrása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kezelt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köre</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ha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azokat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nem</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p>
    <w:p w14:paraId="75EFCAD1"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bocsátotta</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rendelkezésére</w:t>
      </w:r>
      <w:proofErr w:type="spellEnd"/>
    </w:p>
    <w:p w14:paraId="0B44AFDC"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w:t>
      </w:r>
      <w:proofErr w:type="spellEnd"/>
      <w:r w:rsidRPr="0062109A">
        <w:rPr>
          <w:rFonts w:ascii="Times New Roman" w:eastAsia="MS Gothic" w:hAnsi="Times New Roman" w:cs="Times New Roman"/>
          <w:color w:val="000000"/>
        </w:rPr>
        <w:t>.</w:t>
      </w:r>
    </w:p>
    <w:p w14:paraId="651B4F2E" w14:textId="77777777" w:rsidR="004E51DE" w:rsidRPr="0062109A" w:rsidRDefault="00000000" w:rsidP="00211F8D">
      <w:pPr>
        <w:wordWrap w:val="0"/>
        <w:autoSpaceDE w:val="0"/>
        <w:autoSpaceDN w:val="0"/>
        <w:spacing w:before="231" w:after="116"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címzettjei</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illetve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kategóriái</w:t>
      </w:r>
      <w:proofErr w:type="spellEnd"/>
    </w:p>
    <w:p w14:paraId="63B983C1" w14:textId="77777777" w:rsidR="004E51DE" w:rsidRPr="0062109A" w:rsidRDefault="00000000" w:rsidP="00211F8D">
      <w:pPr>
        <w:wordWrap w:val="0"/>
        <w:autoSpaceDE w:val="0"/>
        <w:autoSpaceDN w:val="0"/>
        <w:spacing w:before="233" w:after="110" w:line="221" w:lineRule="exact"/>
        <w:ind w:left="429"/>
        <w:rPr>
          <w:rFonts w:ascii="Times New Roman" w:hAnsi="Times New Roman" w:cs="Times New Roman"/>
        </w:rPr>
      </w:pPr>
      <w:r w:rsidRPr="0062109A">
        <w:rPr>
          <w:rFonts w:ascii="Times New Roman" w:eastAsia="MS Gothic" w:hAnsi="Times New Roman" w:cs="Times New Roman"/>
          <w:b/>
          <w:color w:val="000000"/>
        </w:rPr>
        <w:t>1-</w:t>
      </w:r>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E-</w:t>
      </w:r>
      <w:proofErr w:type="spellStart"/>
      <w:r w:rsidRPr="0062109A">
        <w:rPr>
          <w:rFonts w:ascii="Times New Roman" w:eastAsia="MS Gothic" w:hAnsi="Times New Roman" w:cs="Times New Roman"/>
          <w:b/>
          <w:color w:val="000000"/>
        </w:rPr>
        <w:t>Educatio</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Információtechnológiai</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Zrt</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1111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Budafoki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(e-Titán)</w:t>
      </w:r>
    </w:p>
    <w:p w14:paraId="5F008077" w14:textId="77777777" w:rsidR="004E51DE" w:rsidRPr="0062109A" w:rsidRDefault="00000000" w:rsidP="00211F8D">
      <w:pPr>
        <w:wordWrap w:val="0"/>
        <w:autoSpaceDE w:val="0"/>
        <w:autoSpaceDN w:val="0"/>
        <w:spacing w:before="221"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Továbbított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kerület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anyja</w:t>
      </w:r>
      <w:proofErr w:type="spellEnd"/>
    </w:p>
    <w:p w14:paraId="314D5103"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születési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neve,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állandó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lakcím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értesítési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telefonszám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igazolvány</w:t>
      </w:r>
      <w:proofErr w:type="spellEnd"/>
    </w:p>
    <w:p w14:paraId="7E29BC9F"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száma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kiállításának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dátuma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érvényessége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vezetői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engedély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kiállítás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dátum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22362C7B"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érvényessége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kategóriái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VIB</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w:t>
      </w:r>
      <w:proofErr w:type="spellEnd"/>
      <w:r w:rsidRPr="0062109A">
        <w:rPr>
          <w:rFonts w:ascii="Times New Roman" w:eastAsia="MS Gothic" w:hAnsi="Times New Roman" w:cs="Times New Roman"/>
          <w:color w:val="000000"/>
        </w:rPr>
        <w:t>.</w:t>
      </w:r>
    </w:p>
    <w:p w14:paraId="135522F5" w14:textId="77777777" w:rsidR="004E51DE" w:rsidRPr="0062109A" w:rsidRDefault="00000000" w:rsidP="00211F8D">
      <w:pPr>
        <w:wordWrap w:val="0"/>
        <w:autoSpaceDE w:val="0"/>
        <w:autoSpaceDN w:val="0"/>
        <w:spacing w:before="230" w:after="27"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Felnőttképzési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Adatszolgáltatási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Rendszer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továbbított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p>
    <w:p w14:paraId="442AD44A" w14:textId="77777777" w:rsidR="004E51DE" w:rsidRPr="0062109A" w:rsidRDefault="00000000" w:rsidP="00211F8D">
      <w:pPr>
        <w:wordWrap w:val="0"/>
        <w:autoSpaceDE w:val="0"/>
        <w:autoSpaceDN w:val="0"/>
        <w:spacing w:before="54" w:after="26"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természetes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személyazonosító</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adatai</w:t>
      </w:r>
      <w:proofErr w:type="spellEnd"/>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w:t>
      </w:r>
      <w:proofErr w:type="spellStart"/>
      <w:r w:rsidRPr="0062109A">
        <w:rPr>
          <w:rFonts w:ascii="Times New Roman" w:eastAsia="Calibri" w:hAnsi="Times New Roman" w:cs="Times New Roman"/>
          <w:color w:val="000000"/>
          <w:sz w:val="24"/>
        </w:rPr>
        <w:t>családi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utónév</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születési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családi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utónév</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születési</w:t>
      </w:r>
      <w:proofErr w:type="spellEnd"/>
    </w:p>
    <w:p w14:paraId="3A1EF912" w14:textId="77777777" w:rsidR="004E51DE" w:rsidRPr="0062109A" w:rsidRDefault="00000000" w:rsidP="00211F8D">
      <w:pPr>
        <w:wordWrap w:val="0"/>
        <w:autoSpaceDE w:val="0"/>
        <w:autoSpaceDN w:val="0"/>
        <w:spacing w:before="53" w:after="24" w:line="240" w:lineRule="exact"/>
        <w:ind w:left="712"/>
        <w:rPr>
          <w:rFonts w:ascii="Times New Roman" w:hAnsi="Times New Roman" w:cs="Times New Roman"/>
        </w:rPr>
      </w:pPr>
      <w:proofErr w:type="spellStart"/>
      <w:r w:rsidRPr="0062109A">
        <w:rPr>
          <w:rFonts w:ascii="Times New Roman" w:eastAsia="Calibri" w:hAnsi="Times New Roman" w:cs="Times New Roman"/>
          <w:color w:val="000000"/>
          <w:sz w:val="24"/>
        </w:rPr>
        <w:t>hely</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idő</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anyja</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születési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családi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utóneve</w:t>
      </w:r>
      <w:proofErr w:type="spellEnd"/>
      <w:r w:rsidRPr="0062109A">
        <w:rPr>
          <w:rFonts w:ascii="Times New Roman" w:eastAsia="Calibri" w:hAnsi="Times New Roman" w:cs="Times New Roman"/>
          <w:color w:val="000000"/>
          <w:sz w:val="24"/>
        </w:rPr>
        <w:t>),</w:t>
      </w:r>
    </w:p>
    <w:p w14:paraId="5145E761" w14:textId="77777777" w:rsidR="004E51DE" w:rsidRPr="0062109A" w:rsidRDefault="00000000" w:rsidP="00211F8D">
      <w:pPr>
        <w:wordWrap w:val="0"/>
        <w:autoSpaceDE w:val="0"/>
        <w:autoSpaceDN w:val="0"/>
        <w:spacing w:before="48" w:after="24"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lakcíme</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levelezési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címe</w:t>
      </w:r>
      <w:proofErr w:type="spellEnd"/>
      <w:r w:rsidRPr="0062109A">
        <w:rPr>
          <w:rFonts w:ascii="Times New Roman" w:eastAsia="Calibri"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elektronikus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levelezési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címe</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telefonszáma</w:t>
      </w:r>
      <w:proofErr w:type="spellEnd"/>
      <w:r w:rsidRPr="0062109A">
        <w:rPr>
          <w:rFonts w:ascii="Times New Roman" w:eastAsia="Calibri" w:hAnsi="Times New Roman" w:cs="Times New Roman"/>
          <w:color w:val="000000"/>
          <w:sz w:val="24"/>
        </w:rPr>
        <w:t>,</w:t>
      </w:r>
    </w:p>
    <w:p w14:paraId="01CA44CA" w14:textId="77777777" w:rsidR="004E51DE" w:rsidRPr="0062109A" w:rsidRDefault="00000000" w:rsidP="00211F8D">
      <w:pPr>
        <w:wordWrap w:val="0"/>
        <w:autoSpaceDE w:val="0"/>
        <w:autoSpaceDN w:val="0"/>
        <w:spacing w:before="48" w:after="25"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végzettségével</w:t>
      </w:r>
      <w:proofErr w:type="spellEnd"/>
      <w:r w:rsidRPr="0062109A">
        <w:rPr>
          <w:rFonts w:ascii="Times New Roman" w:eastAsia="Calibri" w:hAnsi="Times New Roman" w:cs="Times New Roman"/>
          <w:color w:val="000000"/>
          <w:w w:val="99"/>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szakképesítésével</w:t>
      </w:r>
      <w:proofErr w:type="spellEnd"/>
      <w:r w:rsidRPr="0062109A">
        <w:rPr>
          <w:rFonts w:ascii="Times New Roman" w:eastAsia="Calibri" w:hAnsi="Times New Roman" w:cs="Times New Roman"/>
          <w:color w:val="000000"/>
          <w:w w:val="99"/>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szakképzettségével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idegennyelv</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ismeretével</w:t>
      </w:r>
      <w:proofErr w:type="spellEnd"/>
      <w:r w:rsidRPr="0062109A">
        <w:rPr>
          <w:rFonts w:ascii="Times New Roman" w:eastAsia="Calibri" w:hAnsi="Times New Roman" w:cs="Times New Roman"/>
          <w:color w:val="000000"/>
          <w:sz w:val="24"/>
        </w:rPr>
        <w:t>,</w:t>
      </w:r>
    </w:p>
    <w:p w14:paraId="47BDB6F9" w14:textId="77777777" w:rsidR="004E51DE" w:rsidRPr="0062109A" w:rsidRDefault="00000000" w:rsidP="00211F8D">
      <w:pPr>
        <w:wordWrap w:val="0"/>
        <w:autoSpaceDE w:val="0"/>
        <w:autoSpaceDN w:val="0"/>
        <w:spacing w:before="50" w:after="26"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képzésbe</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történő</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belépésével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elvégzésével</w:t>
      </w:r>
      <w:proofErr w:type="spellEnd"/>
      <w:r w:rsidRPr="0062109A">
        <w:rPr>
          <w:rFonts w:ascii="Times New Roman" w:eastAsia="Calibri" w:hAnsi="Times New Roman" w:cs="Times New Roman"/>
          <w:color w:val="000000"/>
          <w:w w:val="99"/>
          <w:sz w:val="24"/>
        </w:rPr>
        <w:t>,</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illetve</w:t>
      </w:r>
      <w:proofErr w:type="spellEnd"/>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elvégzése</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hiányában</w:t>
      </w:r>
      <w:proofErr w:type="spellEnd"/>
    </w:p>
    <w:p w14:paraId="54215423" w14:textId="77777777" w:rsidR="004E51DE" w:rsidRPr="0062109A" w:rsidRDefault="00000000" w:rsidP="00211F8D">
      <w:pPr>
        <w:wordWrap w:val="0"/>
        <w:autoSpaceDE w:val="0"/>
        <w:autoSpaceDN w:val="0"/>
        <w:spacing w:before="53" w:after="24" w:line="240" w:lineRule="exact"/>
        <w:ind w:left="712"/>
        <w:rPr>
          <w:rFonts w:ascii="Times New Roman" w:hAnsi="Times New Roman" w:cs="Times New Roman"/>
        </w:rPr>
      </w:pP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képzésből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történő</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kilépésével</w:t>
      </w:r>
      <w:proofErr w:type="spellEnd"/>
      <w:r w:rsidRPr="0062109A">
        <w:rPr>
          <w:rFonts w:ascii="Times New Roman" w:eastAsia="Calibri" w:hAnsi="Times New Roman" w:cs="Times New Roman"/>
          <w:color w:val="000000"/>
          <w:sz w:val="24"/>
        </w:rPr>
        <w:t>,</w:t>
      </w:r>
    </w:p>
    <w:p w14:paraId="1DA59FDA" w14:textId="77777777" w:rsidR="004E51DE" w:rsidRPr="0062109A" w:rsidRDefault="00000000" w:rsidP="00211F8D">
      <w:pPr>
        <w:wordWrap w:val="0"/>
        <w:autoSpaceDE w:val="0"/>
        <w:autoSpaceDN w:val="0"/>
        <w:spacing w:before="48" w:after="25"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során</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történő</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értékelésével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minősítésével</w:t>
      </w:r>
      <w:proofErr w:type="spellEnd"/>
      <w:r w:rsidRPr="0062109A">
        <w:rPr>
          <w:rFonts w:ascii="Times New Roman" w:eastAsia="Calibri" w:hAnsi="Times New Roman" w:cs="Times New Roman"/>
          <w:color w:val="000000"/>
          <w:sz w:val="24"/>
        </w:rPr>
        <w:t>,</w:t>
      </w:r>
    </w:p>
    <w:p w14:paraId="75F23F91" w14:textId="77777777" w:rsidR="004E51DE" w:rsidRPr="0062109A" w:rsidRDefault="00000000" w:rsidP="00211F8D">
      <w:pPr>
        <w:wordWrap w:val="0"/>
        <w:autoSpaceDE w:val="0"/>
        <w:autoSpaceDN w:val="0"/>
        <w:spacing w:before="50" w:after="26" w:line="257" w:lineRule="exact"/>
        <w:ind w:left="352"/>
        <w:rPr>
          <w:rFonts w:ascii="Times New Roman" w:hAnsi="Times New Roman" w:cs="Times New Roman"/>
        </w:rPr>
      </w:pPr>
      <w:r w:rsidRPr="0062109A">
        <w:rPr>
          <w:rFonts w:ascii="Times New Roman" w:eastAsia="Symbol" w:hAnsi="Times New Roman" w:cs="Times New Roman"/>
          <w:color w:val="000000"/>
          <w:sz w:val="24"/>
        </w:rPr>
        <w:t>•</w:t>
      </w:r>
      <w:r w:rsidRPr="0062109A">
        <w:rPr>
          <w:rFonts w:ascii="Times New Roman" w:eastAsia="Times New Roman" w:hAnsi="Times New Roman" w:cs="Times New Roman"/>
          <w:color w:val="000000"/>
          <w:sz w:val="24"/>
        </w:rPr>
        <w:t xml:space="preserve"> </w:t>
      </w:r>
      <w:r w:rsidRPr="0062109A">
        <w:rPr>
          <w:rFonts w:ascii="Times New Roman" w:eastAsia="Calibri" w:hAnsi="Times New Roman" w:cs="Times New Roman"/>
          <w:color w:val="000000"/>
          <w:sz w:val="24"/>
        </w:rPr>
        <w:t>a</w:t>
      </w:r>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képzéssel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összefüggő</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fizetési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kötelezettségeivel</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w w:val="99"/>
          <w:sz w:val="24"/>
        </w:rPr>
        <w:t>és</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az</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igénybe</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vett</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képzési</w:t>
      </w:r>
      <w:proofErr w:type="spellEnd"/>
      <w:r w:rsidRPr="0062109A">
        <w:rPr>
          <w:rFonts w:ascii="Times New Roman" w:eastAsia="Times New Roman" w:hAnsi="Times New Roman" w:cs="Times New Roman"/>
          <w:color w:val="000000"/>
          <w:sz w:val="24"/>
        </w:rPr>
        <w:t xml:space="preserve"> </w:t>
      </w:r>
      <w:proofErr w:type="spellStart"/>
      <w:r w:rsidRPr="0062109A">
        <w:rPr>
          <w:rFonts w:ascii="Times New Roman" w:eastAsia="Calibri" w:hAnsi="Times New Roman" w:cs="Times New Roman"/>
          <w:color w:val="000000"/>
          <w:sz w:val="24"/>
        </w:rPr>
        <w:t>hitellel</w:t>
      </w:r>
      <w:proofErr w:type="spellEnd"/>
    </w:p>
    <w:p w14:paraId="697D818E" w14:textId="77777777" w:rsidR="004E51DE" w:rsidRPr="0062109A" w:rsidRDefault="00000000" w:rsidP="00211F8D">
      <w:pPr>
        <w:wordWrap w:val="0"/>
        <w:autoSpaceDE w:val="0"/>
        <w:autoSpaceDN w:val="0"/>
        <w:spacing w:before="53" w:after="22" w:line="240" w:lineRule="exact"/>
        <w:ind w:left="712"/>
        <w:rPr>
          <w:rFonts w:ascii="Times New Roman" w:hAnsi="Times New Roman" w:cs="Times New Roman"/>
        </w:rPr>
      </w:pPr>
      <w:proofErr w:type="spellStart"/>
      <w:r w:rsidRPr="0062109A">
        <w:rPr>
          <w:rFonts w:ascii="Times New Roman" w:eastAsia="Calibri" w:hAnsi="Times New Roman" w:cs="Times New Roman"/>
          <w:color w:val="000000"/>
          <w:sz w:val="24"/>
        </w:rPr>
        <w:t>kapcsolatosak</w:t>
      </w:r>
      <w:proofErr w:type="spellEnd"/>
      <w:r w:rsidRPr="0062109A">
        <w:rPr>
          <w:rFonts w:ascii="Times New Roman" w:eastAsia="Calibri" w:hAnsi="Times New Roman" w:cs="Times New Roman"/>
          <w:color w:val="000000"/>
          <w:sz w:val="24"/>
        </w:rPr>
        <w:t>.</w:t>
      </w:r>
    </w:p>
    <w:p w14:paraId="0EE00360" w14:textId="77777777" w:rsidR="004E51DE" w:rsidRPr="0062109A" w:rsidRDefault="00000000" w:rsidP="00211F8D">
      <w:pPr>
        <w:wordWrap w:val="0"/>
        <w:autoSpaceDE w:val="0"/>
        <w:autoSpaceDN w:val="0"/>
        <w:spacing w:before="44" w:after="3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jogalapja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európai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parlamenti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tanácsi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42EE24BC"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bekezdés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p>
    <w:p w14:paraId="4504163D"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tekintettel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24/2005.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(IV.21.)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GKM</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előírásaira</w:t>
      </w:r>
      <w:proofErr w:type="spellEnd"/>
      <w:r w:rsidRPr="0062109A">
        <w:rPr>
          <w:rFonts w:ascii="Times New Roman" w:eastAsia="MS Gothic" w:hAnsi="Times New Roman" w:cs="Times New Roman"/>
          <w:color w:val="000000"/>
        </w:rPr>
        <w:t>.</w:t>
      </w:r>
    </w:p>
    <w:p w14:paraId="48D6091D" w14:textId="77777777" w:rsidR="004E51DE" w:rsidRPr="0062109A" w:rsidRDefault="00000000" w:rsidP="00211F8D">
      <w:pPr>
        <w:wordWrap w:val="0"/>
        <w:autoSpaceDE w:val="0"/>
        <w:autoSpaceDN w:val="0"/>
        <w:spacing w:before="231"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Adattovábbítás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r w:rsidRPr="0062109A">
        <w:rPr>
          <w:rFonts w:ascii="Times New Roman" w:eastAsia="Times New Roman" w:hAnsi="Times New Roman" w:cs="Times New Roman"/>
          <w:b/>
          <w:color w:val="000000"/>
        </w:rPr>
        <w:t xml:space="preserve"> </w:t>
      </w: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címzetteknél</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w:t>
      </w:r>
      <w:proofErr w:type="spellEnd"/>
      <w:r w:rsidRPr="0062109A">
        <w:rPr>
          <w:rFonts w:ascii="Times New Roman" w:eastAsia="MS Gothic" w:hAnsi="Times New Roman" w:cs="Times New Roman"/>
          <w:color w:val="000000"/>
        </w:rPr>
        <w:t>.</w:t>
      </w:r>
    </w:p>
    <w:p w14:paraId="5628670A"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b/>
          <w:color w:val="000000"/>
        </w:rPr>
        <w:t>A</w:t>
      </w:r>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adatok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tárolásának</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ideje</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az</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adatkezelőnél</w:t>
      </w:r>
      <w:proofErr w:type="spellEnd"/>
    </w:p>
    <w:p w14:paraId="6705CBBD"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beiratkozástól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számított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w:t>
      </w:r>
      <w:proofErr w:type="spellEnd"/>
      <w:r w:rsidRPr="0062109A">
        <w:rPr>
          <w:rFonts w:ascii="Times New Roman" w:eastAsia="MS Gothic" w:hAnsi="Times New Roman" w:cs="Times New Roman"/>
          <w:color w:val="000000"/>
        </w:rPr>
        <w:t>.</w:t>
      </w:r>
    </w:p>
    <w:p w14:paraId="6465FB15"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proofErr w:type="spellStart"/>
      <w:r w:rsidRPr="0062109A">
        <w:rPr>
          <w:rFonts w:ascii="Times New Roman" w:eastAsia="MS Gothic" w:hAnsi="Times New Roman" w:cs="Times New Roman"/>
          <w:b/>
          <w:color w:val="000000"/>
        </w:rPr>
        <w:t>Adatbiztonsági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intézkedések</w:t>
      </w:r>
      <w:proofErr w:type="spellEnd"/>
    </w:p>
    <w:p w14:paraId="375E4446"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tényleges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e-Titán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adatkezeléséről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366DFDA2"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tájékoztató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elérhető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linken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hyperlink r:id="rId53" w:history="1">
        <w:r w:rsidR="004E51DE" w:rsidRPr="0062109A">
          <w:rPr>
            <w:rFonts w:ascii="Times New Roman" w:eastAsia="MS Gothic" w:hAnsi="Times New Roman" w:cs="Times New Roman"/>
            <w:color w:val="001F5F"/>
            <w:u w:val="single"/>
          </w:rPr>
          <w:t>http</w:t>
        </w:r>
      </w:hyperlink>
      <w:hyperlink r:id="rId54" w:history="1">
        <w:r w:rsidR="004E51DE" w:rsidRPr="0062109A">
          <w:rPr>
            <w:rFonts w:ascii="Times New Roman" w:eastAsia="MS Gothic" w:hAnsi="Times New Roman" w:cs="Times New Roman"/>
            <w:color w:val="001F5F"/>
            <w:u w:val="single"/>
          </w:rPr>
          <w:t>://</w:t>
        </w:r>
      </w:hyperlink>
      <w:hyperlink r:id="rId55" w:history="1">
        <w:r w:rsidR="004E51DE" w:rsidRPr="0062109A">
          <w:rPr>
            <w:rFonts w:ascii="Times New Roman" w:eastAsia="MS Gothic" w:hAnsi="Times New Roman" w:cs="Times New Roman"/>
            <w:color w:val="001F5F"/>
            <w:u w:val="single"/>
          </w:rPr>
          <w:t>www</w:t>
        </w:r>
      </w:hyperlink>
      <w:hyperlink r:id="rId56" w:history="1">
        <w:r w:rsidR="004E51DE" w:rsidRPr="0062109A">
          <w:rPr>
            <w:rFonts w:ascii="Times New Roman" w:eastAsia="MS Gothic" w:hAnsi="Times New Roman" w:cs="Times New Roman"/>
            <w:color w:val="001F5F"/>
            <w:u w:val="single"/>
          </w:rPr>
          <w:t>.</w:t>
        </w:r>
      </w:hyperlink>
      <w:hyperlink r:id="rId57" w:history="1">
        <w:r w:rsidR="004E51DE" w:rsidRPr="0062109A">
          <w:rPr>
            <w:rFonts w:ascii="Times New Roman" w:eastAsia="MS Gothic" w:hAnsi="Times New Roman" w:cs="Times New Roman"/>
            <w:color w:val="001F5F"/>
            <w:u w:val="single"/>
          </w:rPr>
          <w:t>e</w:t>
        </w:r>
      </w:hyperlink>
      <w:hyperlink r:id="rId58" w:history="1">
        <w:r w:rsidR="004E51DE" w:rsidRPr="0062109A">
          <w:rPr>
            <w:rFonts w:ascii="Times New Roman" w:eastAsia="MS Gothic" w:hAnsi="Times New Roman" w:cs="Times New Roman"/>
            <w:color w:val="001F5F"/>
            <w:u w:val="single"/>
          </w:rPr>
          <w:t>-</w:t>
        </w:r>
      </w:hyperlink>
      <w:hyperlink r:id="rId59" w:history="1">
        <w:r w:rsidR="004E51DE" w:rsidRPr="0062109A">
          <w:rPr>
            <w:rFonts w:ascii="Times New Roman" w:eastAsia="MS Gothic" w:hAnsi="Times New Roman" w:cs="Times New Roman"/>
            <w:color w:val="001F5F"/>
            <w:u w:val="single"/>
          </w:rPr>
          <w:t>educatio</w:t>
        </w:r>
      </w:hyperlink>
      <w:hyperlink r:id="rId60" w:history="1">
        <w:r w:rsidR="004E51DE" w:rsidRPr="0062109A">
          <w:rPr>
            <w:rFonts w:ascii="Times New Roman" w:eastAsia="MS Gothic" w:hAnsi="Times New Roman" w:cs="Times New Roman"/>
            <w:color w:val="001F5F"/>
            <w:u w:val="single"/>
          </w:rPr>
          <w:t>.</w:t>
        </w:r>
      </w:hyperlink>
      <w:hyperlink r:id="rId61" w:history="1">
        <w:r w:rsidR="004E51DE" w:rsidRPr="0062109A">
          <w:rPr>
            <w:rFonts w:ascii="Times New Roman" w:eastAsia="MS Gothic" w:hAnsi="Times New Roman" w:cs="Times New Roman"/>
            <w:color w:val="001F5F"/>
            <w:u w:val="single"/>
          </w:rPr>
          <w:t>hu</w:t>
        </w:r>
      </w:hyperlink>
      <w:hyperlink r:id="rId62" w:history="1">
        <w:r w:rsidR="004E51DE" w:rsidRPr="0062109A">
          <w:rPr>
            <w:rFonts w:ascii="Times New Roman" w:eastAsia="MS Gothic" w:hAnsi="Times New Roman" w:cs="Times New Roman"/>
            <w:color w:val="001F5F"/>
            <w:u w:val="single"/>
          </w:rPr>
          <w:t>/</w:t>
        </w:r>
      </w:hyperlink>
      <w:hyperlink r:id="rId63" w:history="1">
        <w:r w:rsidR="004E51DE" w:rsidRPr="0062109A">
          <w:rPr>
            <w:rFonts w:ascii="Times New Roman" w:eastAsia="MS Gothic" w:hAnsi="Times New Roman" w:cs="Times New Roman"/>
            <w:color w:val="001F5F"/>
            <w:u w:val="single"/>
          </w:rPr>
          <w:t>wp</w:t>
        </w:r>
      </w:hyperlink>
      <w:hyperlink r:id="rId64" w:history="1">
        <w:r w:rsidR="004E51DE" w:rsidRPr="0062109A">
          <w:rPr>
            <w:rFonts w:ascii="Times New Roman" w:eastAsia="MS Gothic" w:hAnsi="Times New Roman" w:cs="Times New Roman"/>
            <w:color w:val="001F5F"/>
            <w:u w:val="single"/>
          </w:rPr>
          <w:t>-</w:t>
        </w:r>
      </w:hyperlink>
    </w:p>
    <w:p w14:paraId="34A7FF47" w14:textId="710E968A" w:rsidR="004E51DE" w:rsidRPr="0062109A" w:rsidRDefault="004E51DE" w:rsidP="00211F8D">
      <w:pPr>
        <w:wordWrap w:val="0"/>
        <w:autoSpaceDE w:val="0"/>
        <w:autoSpaceDN w:val="0"/>
        <w:spacing w:before="69" w:after="115" w:line="221" w:lineRule="exact"/>
        <w:ind w:left="69"/>
        <w:rPr>
          <w:rFonts w:ascii="Times New Roman" w:hAnsi="Times New Roman" w:cs="Times New Roman"/>
        </w:rPr>
      </w:pPr>
      <w:hyperlink r:id="rId65" w:history="1">
        <w:r w:rsidRPr="0062109A">
          <w:rPr>
            <w:rFonts w:ascii="Times New Roman" w:eastAsia="MS Gothic" w:hAnsi="Times New Roman" w:cs="Times New Roman"/>
            <w:color w:val="001F5F"/>
            <w:u w:val="single"/>
          </w:rPr>
          <w:t>content</w:t>
        </w:r>
      </w:hyperlink>
      <w:hyperlink r:id="rId66" w:history="1">
        <w:r w:rsidRPr="0062109A">
          <w:rPr>
            <w:rFonts w:ascii="Times New Roman" w:eastAsia="MS Gothic" w:hAnsi="Times New Roman" w:cs="Times New Roman"/>
            <w:color w:val="001F5F"/>
            <w:u w:val="single"/>
          </w:rPr>
          <w:t>/</w:t>
        </w:r>
      </w:hyperlink>
      <w:hyperlink r:id="rId67" w:history="1">
        <w:r w:rsidRPr="0062109A">
          <w:rPr>
            <w:rFonts w:ascii="Times New Roman" w:eastAsia="MS Gothic" w:hAnsi="Times New Roman" w:cs="Times New Roman"/>
            <w:color w:val="001F5F"/>
            <w:u w:val="single"/>
          </w:rPr>
          <w:t>uploads</w:t>
        </w:r>
      </w:hyperlink>
      <w:hyperlink r:id="rId68" w:history="1">
        <w:r w:rsidRPr="0062109A">
          <w:rPr>
            <w:rFonts w:ascii="Times New Roman" w:eastAsia="MS Gothic" w:hAnsi="Times New Roman" w:cs="Times New Roman"/>
            <w:color w:val="001F5F"/>
            <w:u w:val="single"/>
          </w:rPr>
          <w:t>/</w:t>
        </w:r>
      </w:hyperlink>
      <w:hyperlink r:id="rId69" w:history="1">
        <w:r w:rsidRPr="0062109A">
          <w:rPr>
            <w:rFonts w:ascii="Times New Roman" w:eastAsia="MS Gothic" w:hAnsi="Times New Roman" w:cs="Times New Roman"/>
            <w:color w:val="001F5F"/>
            <w:u w:val="single"/>
          </w:rPr>
          <w:t>Adatv</w:t>
        </w:r>
      </w:hyperlink>
      <w:hyperlink r:id="rId70" w:history="1">
        <w:r w:rsidRPr="0062109A">
          <w:rPr>
            <w:rFonts w:ascii="Times New Roman" w:eastAsia="MS Gothic" w:hAnsi="Times New Roman" w:cs="Times New Roman"/>
            <w:color w:val="001F5F"/>
            <w:u w:val="single"/>
          </w:rPr>
          <w:t>%</w:t>
        </w:r>
      </w:hyperlink>
      <w:hyperlink r:id="rId71" w:history="1">
        <w:r w:rsidRPr="0062109A">
          <w:rPr>
            <w:rFonts w:ascii="Times New Roman" w:eastAsia="MS Gothic" w:hAnsi="Times New Roman" w:cs="Times New Roman"/>
            <w:color w:val="001F5F"/>
            <w:u w:val="single"/>
          </w:rPr>
          <w:t>C3</w:t>
        </w:r>
      </w:hyperlink>
      <w:hyperlink r:id="rId72" w:history="1">
        <w:r w:rsidRPr="0062109A">
          <w:rPr>
            <w:rFonts w:ascii="Times New Roman" w:eastAsia="MS Gothic" w:hAnsi="Times New Roman" w:cs="Times New Roman"/>
            <w:color w:val="001F5F"/>
            <w:u w:val="single"/>
          </w:rPr>
          <w:t>%</w:t>
        </w:r>
      </w:hyperlink>
      <w:hyperlink r:id="rId73" w:history="1">
        <w:r w:rsidRPr="0062109A">
          <w:rPr>
            <w:rFonts w:ascii="Times New Roman" w:eastAsia="MS Gothic" w:hAnsi="Times New Roman" w:cs="Times New Roman"/>
            <w:color w:val="001F5F"/>
            <w:u w:val="single"/>
          </w:rPr>
          <w:t>A9delmi</w:t>
        </w:r>
      </w:hyperlink>
      <w:hyperlink r:id="rId74" w:history="1">
        <w:r w:rsidRPr="0062109A">
          <w:rPr>
            <w:rFonts w:ascii="Times New Roman" w:eastAsia="MS Gothic" w:hAnsi="Times New Roman" w:cs="Times New Roman"/>
            <w:color w:val="001F5F"/>
            <w:u w:val="single"/>
          </w:rPr>
          <w:t>-</w:t>
        </w:r>
      </w:hyperlink>
      <w:hyperlink r:id="rId75" w:history="1">
        <w:r w:rsidRPr="0062109A">
          <w:rPr>
            <w:rFonts w:ascii="Times New Roman" w:eastAsia="MS Gothic" w:hAnsi="Times New Roman" w:cs="Times New Roman"/>
            <w:color w:val="001F5F"/>
            <w:u w:val="single"/>
          </w:rPr>
          <w:t>nyilatkozat</w:t>
        </w:r>
      </w:hyperlink>
      <w:hyperlink r:id="rId76" w:history="1">
        <w:r w:rsidRPr="0062109A">
          <w:rPr>
            <w:rFonts w:ascii="Times New Roman" w:eastAsia="MS Gothic" w:hAnsi="Times New Roman" w:cs="Times New Roman"/>
            <w:color w:val="001F5F"/>
            <w:u w:val="single"/>
          </w:rPr>
          <w:t>_</w:t>
        </w:r>
      </w:hyperlink>
      <w:hyperlink r:id="rId77" w:history="1">
        <w:r w:rsidRPr="0062109A">
          <w:rPr>
            <w:rFonts w:ascii="Times New Roman" w:eastAsia="MS Gothic" w:hAnsi="Times New Roman" w:cs="Times New Roman"/>
            <w:color w:val="001F5F"/>
            <w:u w:val="single"/>
          </w:rPr>
          <w:t>EDU</w:t>
        </w:r>
      </w:hyperlink>
      <w:hyperlink r:id="rId78" w:history="1">
        <w:r w:rsidRPr="0062109A">
          <w:rPr>
            <w:rFonts w:ascii="Times New Roman" w:eastAsia="MS Gothic" w:hAnsi="Times New Roman" w:cs="Times New Roman"/>
            <w:color w:val="001F5F"/>
            <w:u w:val="single"/>
          </w:rPr>
          <w:t>_</w:t>
        </w:r>
      </w:hyperlink>
      <w:hyperlink r:id="rId79" w:history="1">
        <w:r w:rsidRPr="0062109A">
          <w:rPr>
            <w:rFonts w:ascii="Times New Roman" w:eastAsia="MS Gothic" w:hAnsi="Times New Roman" w:cs="Times New Roman"/>
            <w:color w:val="001F5F"/>
            <w:u w:val="single"/>
          </w:rPr>
          <w:t>v4</w:t>
        </w:r>
      </w:hyperlink>
      <w:hyperlink r:id="rId80" w:history="1">
        <w:r w:rsidRPr="0062109A">
          <w:rPr>
            <w:rFonts w:ascii="Times New Roman" w:eastAsia="MS Gothic" w:hAnsi="Times New Roman" w:cs="Times New Roman"/>
            <w:color w:val="001F5F"/>
            <w:u w:val="single"/>
          </w:rPr>
          <w:t>.</w:t>
        </w:r>
      </w:hyperlink>
      <w:hyperlink r:id="rId81" w:history="1">
        <w:r w:rsidRPr="0062109A">
          <w:rPr>
            <w:rFonts w:ascii="Times New Roman" w:eastAsia="MS Gothic" w:hAnsi="Times New Roman" w:cs="Times New Roman"/>
            <w:color w:val="001F5F"/>
            <w:u w:val="single"/>
          </w:rPr>
          <w:t>1</w:t>
        </w:r>
      </w:hyperlink>
      <w:hyperlink r:id="rId82" w:history="1">
        <w:r w:rsidRPr="0062109A">
          <w:rPr>
            <w:rFonts w:ascii="Times New Roman" w:eastAsia="MS Gothic" w:hAnsi="Times New Roman" w:cs="Times New Roman"/>
            <w:color w:val="001F5F"/>
            <w:u w:val="single"/>
          </w:rPr>
          <w:t>.</w:t>
        </w:r>
      </w:hyperlink>
      <w:hyperlink r:id="rId83" w:history="1">
        <w:r w:rsidRPr="0062109A">
          <w:rPr>
            <w:rFonts w:ascii="Times New Roman" w:eastAsia="MS Gothic" w:hAnsi="Times New Roman" w:cs="Times New Roman"/>
            <w:color w:val="001F5F"/>
            <w:u w:val="single"/>
          </w:rPr>
          <w:t>pdf</w:t>
        </w:r>
      </w:hyperlink>
    </w:p>
    <w:p w14:paraId="2BF90EF3"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képzési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adatkezelésünkkel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0CBF570C" w14:textId="77777777" w:rsidR="004E51DE" w:rsidRPr="0062109A" w:rsidRDefault="00000000" w:rsidP="00211F8D">
      <w:pPr>
        <w:wordWrap w:val="0"/>
        <w:autoSpaceDE w:val="0"/>
        <w:autoSpaceDN w:val="0"/>
        <w:spacing w:before="69" w:after="331"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p>
    <w:p w14:paraId="46B57EE9" w14:textId="5771E839" w:rsidR="004E51DE" w:rsidRPr="0062109A" w:rsidRDefault="004E51DE" w:rsidP="00211F8D">
      <w:pPr>
        <w:wordWrap w:val="0"/>
        <w:autoSpaceDE w:val="0"/>
        <w:autoSpaceDN w:val="0"/>
        <w:spacing w:before="663" w:after="0" w:line="221" w:lineRule="exact"/>
        <w:ind w:left="4819"/>
        <w:rPr>
          <w:rFonts w:ascii="Times New Roman" w:hAnsi="Times New Roman" w:cs="Times New Roman"/>
        </w:rPr>
        <w:sectPr w:rsidR="004E51DE" w:rsidRPr="0062109A">
          <w:pgSz w:w="11906" w:h="16838"/>
          <w:pgMar w:top="504" w:right="978" w:bottom="653" w:left="1011" w:header="720" w:footer="720" w:gutter="0"/>
          <w:cols w:space="720" w:equalWidth="0">
            <w:col w:w="9917" w:space="0"/>
          </w:cols>
          <w:docGrid w:linePitch="360"/>
        </w:sectPr>
      </w:pPr>
    </w:p>
    <w:p w14:paraId="3BD295E0" w14:textId="00213212" w:rsidR="004E51DE" w:rsidRPr="0062109A" w:rsidRDefault="004E51DE" w:rsidP="00211F8D">
      <w:pPr>
        <w:wordWrap w:val="0"/>
        <w:autoSpaceDE w:val="0"/>
        <w:autoSpaceDN w:val="0"/>
        <w:spacing w:after="251" w:line="14" w:lineRule="exact"/>
        <w:rPr>
          <w:rFonts w:ascii="Times New Roman" w:hAnsi="Times New Roman" w:cs="Times New Roman"/>
        </w:rPr>
      </w:pPr>
    </w:p>
    <w:p w14:paraId="18CC7510" w14:textId="77777777" w:rsidR="004E51DE" w:rsidRPr="0062109A" w:rsidRDefault="00000000" w:rsidP="00211F8D">
      <w:pPr>
        <w:wordWrap w:val="0"/>
        <w:autoSpaceDE w:val="0"/>
        <w:autoSpaceDN w:val="0"/>
        <w:spacing w:before="530"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tájékoztatáshoz</w:t>
      </w:r>
      <w:proofErr w:type="spellEnd"/>
      <w:r w:rsidRPr="0062109A">
        <w:rPr>
          <w:rFonts w:ascii="Times New Roman" w:eastAsia="MS Gothic" w:hAnsi="Times New Roman" w:cs="Times New Roman"/>
          <w:color w:val="000000"/>
        </w:rPr>
        <w:t>,</w:t>
      </w:r>
    </w:p>
    <w:p w14:paraId="76B3B39C" w14:textId="77777777" w:rsidR="004E51DE" w:rsidRPr="0062109A" w:rsidRDefault="00000000" w:rsidP="00211F8D">
      <w:pPr>
        <w:wordWrap w:val="0"/>
        <w:autoSpaceDE w:val="0"/>
        <w:autoSpaceDN w:val="0"/>
        <w:spacing w:before="65"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p>
    <w:p w14:paraId="66FE6ED7" w14:textId="77777777" w:rsidR="004E51DE" w:rsidRPr="0062109A" w:rsidRDefault="00000000" w:rsidP="00211F8D">
      <w:pPr>
        <w:wordWrap w:val="0"/>
        <w:autoSpaceDE w:val="0"/>
        <w:autoSpaceDN w:val="0"/>
        <w:spacing w:before="65" w:after="32"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p>
    <w:p w14:paraId="49EF2205" w14:textId="77777777" w:rsidR="004E51DE" w:rsidRPr="0062109A" w:rsidRDefault="00000000" w:rsidP="00211F8D">
      <w:pPr>
        <w:wordWrap w:val="0"/>
        <w:autoSpaceDE w:val="0"/>
        <w:autoSpaceDN w:val="0"/>
        <w:spacing w:before="65" w:after="33"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korlátozáshoz</w:t>
      </w:r>
      <w:proofErr w:type="spellEnd"/>
      <w:r w:rsidRPr="0062109A">
        <w:rPr>
          <w:rFonts w:ascii="Times New Roman" w:eastAsia="MS Gothic" w:hAnsi="Times New Roman" w:cs="Times New Roman"/>
          <w:color w:val="000000"/>
        </w:rPr>
        <w:t>,</w:t>
      </w:r>
    </w:p>
    <w:p w14:paraId="75F8F394" w14:textId="77777777" w:rsidR="004E51DE" w:rsidRPr="0062109A" w:rsidRDefault="00000000" w:rsidP="00211F8D">
      <w:pPr>
        <w:wordWrap w:val="0"/>
        <w:autoSpaceDE w:val="0"/>
        <w:autoSpaceDN w:val="0"/>
        <w:spacing w:before="67" w:after="110" w:line="221" w:lineRule="exact"/>
        <w:ind w:left="429"/>
        <w:rPr>
          <w:rFonts w:ascii="Times New Roman" w:hAnsi="Times New Roman" w:cs="Times New Roman"/>
        </w:rPr>
      </w:pP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jogorvoslati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élni</w:t>
      </w:r>
      <w:proofErr w:type="spellEnd"/>
      <w:r w:rsidRPr="0062109A">
        <w:rPr>
          <w:rFonts w:ascii="Times New Roman" w:eastAsia="MS Gothic" w:hAnsi="Times New Roman" w:cs="Times New Roman"/>
          <w:color w:val="000000"/>
        </w:rPr>
        <w:t>.</w:t>
      </w:r>
    </w:p>
    <w:p w14:paraId="6AA565D5" w14:textId="77777777" w:rsidR="004E51DE" w:rsidRPr="0062109A" w:rsidRDefault="00000000" w:rsidP="00211F8D">
      <w:pPr>
        <w:wordWrap w:val="0"/>
        <w:autoSpaceDE w:val="0"/>
        <w:autoSpaceDN w:val="0"/>
        <w:spacing w:before="221" w:after="14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tartalmának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bemutatását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megtalálja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tájékoztató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pontjában</w:t>
      </w:r>
      <w:proofErr w:type="spellEnd"/>
      <w:r w:rsidRPr="0062109A">
        <w:rPr>
          <w:rFonts w:ascii="Times New Roman" w:eastAsia="MS Gothic" w:hAnsi="Times New Roman" w:cs="Times New Roman"/>
          <w:color w:val="000000"/>
        </w:rPr>
        <w:t>.</w:t>
      </w:r>
    </w:p>
    <w:p w14:paraId="664079F6" w14:textId="77777777" w:rsidR="004E51DE" w:rsidRPr="0062109A" w:rsidRDefault="00000000" w:rsidP="00211F8D">
      <w:pPr>
        <w:pStyle w:val="Cmsor1"/>
      </w:pPr>
      <w:bookmarkStart w:id="27" w:name="_Toc219475606"/>
      <w:r w:rsidRPr="0062109A">
        <w:t>3.</w:t>
      </w:r>
      <w:r w:rsidRPr="0062109A">
        <w:rPr>
          <w:rFonts w:eastAsia="Times New Roman"/>
        </w:rPr>
        <w:t xml:space="preserve"> </w:t>
      </w:r>
      <w:r w:rsidRPr="0062109A">
        <w:t>Az</w:t>
      </w:r>
      <w:r w:rsidRPr="0062109A">
        <w:rPr>
          <w:rFonts w:eastAsia="Times New Roman"/>
        </w:rPr>
        <w:t xml:space="preserve"> </w:t>
      </w:r>
      <w:proofErr w:type="spellStart"/>
      <w:r w:rsidRPr="0062109A">
        <w:t>adatkezeléssel</w:t>
      </w:r>
      <w:proofErr w:type="spellEnd"/>
      <w:r w:rsidRPr="0062109A">
        <w:rPr>
          <w:rFonts w:eastAsia="Times New Roman"/>
        </w:rPr>
        <w:t xml:space="preserve"> </w:t>
      </w:r>
      <w:proofErr w:type="spellStart"/>
      <w:r w:rsidRPr="0062109A">
        <w:t>kapcsolatos</w:t>
      </w:r>
      <w:proofErr w:type="spellEnd"/>
      <w:r w:rsidRPr="0062109A">
        <w:rPr>
          <w:rFonts w:eastAsia="Times New Roman"/>
        </w:rPr>
        <w:t xml:space="preserve"> </w:t>
      </w:r>
      <w:proofErr w:type="spellStart"/>
      <w:r w:rsidRPr="0062109A">
        <w:t>érintetti</w:t>
      </w:r>
      <w:proofErr w:type="spellEnd"/>
      <w:r w:rsidRPr="0062109A">
        <w:rPr>
          <w:rFonts w:eastAsia="Times New Roman"/>
        </w:rPr>
        <w:t xml:space="preserve"> </w:t>
      </w:r>
      <w:proofErr w:type="spellStart"/>
      <w:r w:rsidRPr="0062109A">
        <w:t>jogok</w:t>
      </w:r>
      <w:proofErr w:type="spellEnd"/>
      <w:r w:rsidRPr="0062109A">
        <w:rPr>
          <w:rFonts w:eastAsia="Times New Roman"/>
        </w:rPr>
        <w:t xml:space="preserve"> </w:t>
      </w:r>
      <w:proofErr w:type="spellStart"/>
      <w:r w:rsidRPr="0062109A">
        <w:t>bemutatása</w:t>
      </w:r>
      <w:bookmarkEnd w:id="27"/>
      <w:proofErr w:type="spellEnd"/>
    </w:p>
    <w:p w14:paraId="5293CD8C" w14:textId="77777777" w:rsidR="004E51DE" w:rsidRPr="0062109A" w:rsidRDefault="00000000" w:rsidP="00211F8D">
      <w:pPr>
        <w:pStyle w:val="Cmsor2"/>
      </w:pPr>
      <w:bookmarkStart w:id="28" w:name="_Toc219475607"/>
      <w:r w:rsidRPr="0062109A">
        <w:t>3.1.</w:t>
      </w:r>
      <w:r w:rsidRPr="0062109A">
        <w:rPr>
          <w:rFonts w:eastAsia="Times New Roman"/>
        </w:rPr>
        <w:t xml:space="preserve"> </w:t>
      </w:r>
      <w:r w:rsidRPr="0062109A">
        <w:t>Az</w:t>
      </w:r>
      <w:r w:rsidRPr="0062109A">
        <w:rPr>
          <w:rFonts w:eastAsia="Times New Roman"/>
        </w:rPr>
        <w:t xml:space="preserve"> </w:t>
      </w:r>
      <w:proofErr w:type="spellStart"/>
      <w:r w:rsidRPr="0062109A">
        <w:rPr>
          <w:w w:val="101"/>
        </w:rPr>
        <w:t>átlátható</w:t>
      </w:r>
      <w:proofErr w:type="spellEnd"/>
      <w:r w:rsidRPr="0062109A">
        <w:rPr>
          <w:rFonts w:eastAsia="Times New Roman"/>
        </w:rPr>
        <w:t xml:space="preserve"> </w:t>
      </w:r>
      <w:proofErr w:type="spellStart"/>
      <w:r w:rsidRPr="0062109A">
        <w:t>tájékoztatáshoz</w:t>
      </w:r>
      <w:proofErr w:type="spellEnd"/>
      <w:r w:rsidRPr="0062109A">
        <w:rPr>
          <w:rFonts w:eastAsia="Times New Roman"/>
        </w:rPr>
        <w:t xml:space="preserve"> </w:t>
      </w:r>
      <w:proofErr w:type="spellStart"/>
      <w:r w:rsidRPr="0062109A">
        <w:t>való</w:t>
      </w:r>
      <w:proofErr w:type="spellEnd"/>
      <w:r w:rsidRPr="0062109A">
        <w:rPr>
          <w:rFonts w:eastAsia="Times New Roman"/>
        </w:rPr>
        <w:t xml:space="preserve"> </w:t>
      </w:r>
      <w:r w:rsidRPr="0062109A">
        <w:t>jog</w:t>
      </w:r>
      <w:bookmarkEnd w:id="28"/>
    </w:p>
    <w:p w14:paraId="0B416561" w14:textId="77777777" w:rsidR="004E51DE" w:rsidRPr="0062109A" w:rsidRDefault="00000000" w:rsidP="00211F8D">
      <w:pPr>
        <w:wordWrap w:val="0"/>
        <w:autoSpaceDE w:val="0"/>
        <w:autoSpaceDN w:val="0"/>
        <w:spacing w:before="189"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dokumentummal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eleget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Adatkezelőre,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p>
    <w:p w14:paraId="66DAF4D5"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tisztviselőre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jogalapjára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időtartamára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forrására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78EF6ADD"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jogorvoslatokra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kötelezettségének</w:t>
      </w:r>
      <w:proofErr w:type="spellEnd"/>
      <w:r w:rsidRPr="0062109A">
        <w:rPr>
          <w:rFonts w:ascii="Times New Roman" w:eastAsia="MS Gothic" w:hAnsi="Times New Roman" w:cs="Times New Roman"/>
          <w:color w:val="000000"/>
        </w:rPr>
        <w:t>.</w:t>
      </w:r>
    </w:p>
    <w:p w14:paraId="25A275AC" w14:textId="0EF0D241" w:rsidR="00D61189" w:rsidRPr="00D61189" w:rsidRDefault="00000000" w:rsidP="00D61189">
      <w:pPr>
        <w:pStyle w:val="Cmsor2"/>
      </w:pPr>
      <w:bookmarkStart w:id="29" w:name="_Toc219475608"/>
      <w:r w:rsidRPr="0062109A">
        <w:t>3.2.</w:t>
      </w:r>
      <w:r w:rsidRPr="0062109A">
        <w:rPr>
          <w:rFonts w:eastAsia="Times New Roman"/>
        </w:rPr>
        <w:t xml:space="preserve"> </w:t>
      </w:r>
      <w:r w:rsidRPr="0062109A">
        <w:t>A</w:t>
      </w:r>
      <w:r w:rsidRPr="0062109A">
        <w:rPr>
          <w:rFonts w:eastAsia="Times New Roman"/>
        </w:rPr>
        <w:t xml:space="preserve"> </w:t>
      </w:r>
      <w:proofErr w:type="spellStart"/>
      <w:r w:rsidRPr="0062109A">
        <w:t>hozzáféréshez</w:t>
      </w:r>
      <w:proofErr w:type="spellEnd"/>
      <w:r w:rsidRPr="0062109A">
        <w:rPr>
          <w:rFonts w:eastAsia="Times New Roman"/>
        </w:rPr>
        <w:t xml:space="preserve"> </w:t>
      </w:r>
      <w:proofErr w:type="spellStart"/>
      <w:r w:rsidRPr="0062109A">
        <w:t>való</w:t>
      </w:r>
      <w:proofErr w:type="spellEnd"/>
      <w:r w:rsidRPr="0062109A">
        <w:rPr>
          <w:rFonts w:eastAsia="Times New Roman"/>
        </w:rPr>
        <w:t xml:space="preserve"> </w:t>
      </w:r>
      <w:r w:rsidRPr="0062109A">
        <w:t>jog</w:t>
      </w:r>
      <w:bookmarkEnd w:id="29"/>
      <w:r w:rsidR="00D61189">
        <w:br/>
      </w:r>
    </w:p>
    <w:p w14:paraId="62421722" w14:textId="77777777" w:rsidR="00D61189" w:rsidRPr="00D61189" w:rsidRDefault="00D61189" w:rsidP="00D61189">
      <w:pPr>
        <w:rPr>
          <w:lang w:val="hu-HU"/>
        </w:rPr>
      </w:pPr>
      <w:bookmarkStart w:id="30" w:name="_Toc219475609"/>
      <w:r w:rsidRPr="00D61189">
        <w:rPr>
          <w:lang w:val="hu-HU"/>
        </w:rPr>
        <w:t xml:space="preserve">Az adatokhoz való hozzáférés és az adattovábbítás </w:t>
      </w:r>
    </w:p>
    <w:p w14:paraId="1C7E55F6" w14:textId="77777777" w:rsidR="00D61189" w:rsidRPr="00D61189" w:rsidRDefault="00D61189" w:rsidP="00D61189">
      <w:pPr>
        <w:rPr>
          <w:lang w:val="hu-HU"/>
        </w:rPr>
      </w:pPr>
      <w:r w:rsidRPr="00D61189">
        <w:rPr>
          <w:lang w:val="hu-HU"/>
        </w:rPr>
        <w:t xml:space="preserve">Az Ön által megadott személyes adatokhoz az Adatkezelő férhet hozzá annak érdekében, hogy az Adatkezelő teljesítse az Ön és az Adatkezelő között létrejött szerződést. </w:t>
      </w:r>
    </w:p>
    <w:p w14:paraId="72D2C625" w14:textId="77777777" w:rsidR="00D61189" w:rsidRPr="00D61189" w:rsidRDefault="00D61189" w:rsidP="00D61189">
      <w:pPr>
        <w:rPr>
          <w:lang w:val="hu-HU"/>
        </w:rPr>
      </w:pPr>
      <w:r w:rsidRPr="00D61189">
        <w:rPr>
          <w:lang w:val="hu-HU"/>
        </w:rPr>
        <w:t>Az Adatkezelő adatfeldolgozókat vesz igénybe egyes adatkezelési műveletek elvégzéséhez. Az E-</w:t>
      </w:r>
      <w:proofErr w:type="spellStart"/>
      <w:r w:rsidRPr="00D61189">
        <w:rPr>
          <w:lang w:val="hu-HU"/>
        </w:rPr>
        <w:t>Educatio</w:t>
      </w:r>
      <w:proofErr w:type="spellEnd"/>
      <w:r w:rsidRPr="00D61189">
        <w:rPr>
          <w:lang w:val="hu-HU"/>
        </w:rPr>
        <w:t xml:space="preserve"> Zártkörűen Működő Részvénytársaság (székhely: 1111 Budapest, Budafoki ú</w:t>
      </w:r>
      <w:r>
        <w:rPr>
          <w:lang w:val="hu-HU"/>
        </w:rPr>
        <w:t xml:space="preserve">t </w:t>
      </w:r>
      <w:r w:rsidRPr="00D61189">
        <w:rPr>
          <w:lang w:val="hu-HU"/>
        </w:rPr>
        <w:t xml:space="preserve">59.), mint adatfeldolgozó biztosítja az e-Titán Rendszert1, melyben az Ön személyes adatai rögzítésre kerülnek. Az Adatkezelővel megbízási jogviszonyban álló Ügynökök2, valamint Szakoktatók, mint adatfeldolgozók a személyes adatok gyűjtését és rögzítését végezhetik. </w:t>
      </w:r>
    </w:p>
    <w:p w14:paraId="1B085D79" w14:textId="77777777" w:rsidR="00D61189" w:rsidRPr="00D61189" w:rsidRDefault="00D61189" w:rsidP="00D61189">
      <w:pPr>
        <w:rPr>
          <w:lang w:val="hu-HU"/>
        </w:rPr>
      </w:pPr>
      <w:r w:rsidRPr="00D61189">
        <w:rPr>
          <w:lang w:val="hu-HU"/>
        </w:rPr>
        <w:t>Az e-Titán Rendszer az e-</w:t>
      </w:r>
      <w:proofErr w:type="spellStart"/>
      <w:r w:rsidRPr="00D61189">
        <w:rPr>
          <w:lang w:val="hu-HU"/>
        </w:rPr>
        <w:t>learning</w:t>
      </w:r>
      <w:proofErr w:type="spellEnd"/>
      <w:r w:rsidRPr="00D61189">
        <w:rPr>
          <w:lang w:val="hu-HU"/>
        </w:rPr>
        <w:t xml:space="preserve"> rendszerű elméleti képzés megkezdésekor, illetve a képzés befejezésekor továbbítja a vizsgaközpont részére a közúti járművezetők és közúti közlekedési szakemberek képzésének és vizsgáztatásának részletes szabályairól szóló 24/2005. (IV.21.) GKM rendeletben meghatározott adatokat3. Az Adatkezelő a Szakoktató kiválasztását követően továbbítja az Ön adatait a vele megbízási jogviszonyban álló Szakoktatónak a gyakorlati képzés megkezdése érdekében. </w:t>
      </w:r>
    </w:p>
    <w:p w14:paraId="2AF6B151" w14:textId="77777777" w:rsidR="00D61189" w:rsidRPr="00D61189" w:rsidRDefault="00D61189" w:rsidP="00D61189">
      <w:pPr>
        <w:rPr>
          <w:lang w:val="hu-HU"/>
        </w:rPr>
      </w:pPr>
      <w:r w:rsidRPr="00D61189">
        <w:rPr>
          <w:lang w:val="hu-HU"/>
        </w:rPr>
        <w:t xml:space="preserve">A képzési szerződés létrejöttét követően az adatkezelő a 2013. évi LXXVII. törvényben meghatározott személyes adatait továbbítja a Felnőttképzési Adatszolgáltatási Rendszerbe. </w:t>
      </w:r>
    </w:p>
    <w:p w14:paraId="54FD3968" w14:textId="77777777" w:rsidR="00D61189" w:rsidRPr="00D61189" w:rsidRDefault="00D61189" w:rsidP="00D61189">
      <w:pPr>
        <w:rPr>
          <w:lang w:val="hu-HU"/>
        </w:rPr>
      </w:pPr>
      <w:r w:rsidRPr="00D61189">
        <w:rPr>
          <w:lang w:val="hu-HU"/>
        </w:rPr>
        <w:t xml:space="preserve">Előfordulhat továbbá, hogy az Adatkezelőnek jogszabályi előírás alapján hatóságok vagy kormányzati szervek részére át kell adnia az Ön személyes adatait. Átadhatunk továbbá Önnel kapcsolatos személyes adatokat akkor is, ha ezt nemzetbiztonsági, jogérvényesítési vagy egyéb közérdekű szempontból szükséges. Az Adatkezelő a hatóságok részére – amennyiben a hatóság </w:t>
      </w:r>
    </w:p>
    <w:p w14:paraId="1190217A" w14:textId="77777777" w:rsidR="00D61189" w:rsidRPr="00D61189" w:rsidRDefault="00D61189" w:rsidP="00D61189">
      <w:pPr>
        <w:rPr>
          <w:lang w:val="hu-HU"/>
        </w:rPr>
      </w:pPr>
      <w:r w:rsidRPr="00D61189">
        <w:rPr>
          <w:lang w:val="hu-HU"/>
        </w:rPr>
        <w:t xml:space="preserve">a pontos célt és az adatok körét megjelölte – személyes adatot csak annyit és olyan mértékben ad ki, amely a megkeresés céljának megvalósításához elengedhetetlenül szükséges. </w:t>
      </w:r>
    </w:p>
    <w:p w14:paraId="35B47358" w14:textId="6160FEDD" w:rsidR="00D61189" w:rsidRPr="00D61189" w:rsidRDefault="00D61189" w:rsidP="00D61189">
      <w:pPr>
        <w:rPr>
          <w:lang w:val="hu-HU"/>
        </w:rPr>
      </w:pPr>
    </w:p>
    <w:p w14:paraId="39CB96EA" w14:textId="77777777" w:rsidR="004E51DE" w:rsidRPr="0062109A" w:rsidRDefault="00000000" w:rsidP="00211F8D">
      <w:pPr>
        <w:pStyle w:val="Cmsor2"/>
      </w:pPr>
      <w:r w:rsidRPr="0062109A">
        <w:t>3.3.</w:t>
      </w:r>
      <w:r w:rsidRPr="0062109A">
        <w:rPr>
          <w:rFonts w:eastAsia="Times New Roman"/>
        </w:rPr>
        <w:t xml:space="preserve"> </w:t>
      </w:r>
      <w:r w:rsidRPr="0062109A">
        <w:t>A</w:t>
      </w:r>
      <w:r w:rsidRPr="0062109A">
        <w:rPr>
          <w:rFonts w:eastAsia="Times New Roman"/>
        </w:rPr>
        <w:t xml:space="preserve"> </w:t>
      </w:r>
      <w:proofErr w:type="spellStart"/>
      <w:r w:rsidRPr="0062109A">
        <w:t>helyesbítéshez</w:t>
      </w:r>
      <w:proofErr w:type="spellEnd"/>
      <w:r w:rsidRPr="0062109A">
        <w:rPr>
          <w:rFonts w:eastAsia="Times New Roman"/>
        </w:rPr>
        <w:t xml:space="preserve"> </w:t>
      </w:r>
      <w:proofErr w:type="spellStart"/>
      <w:r w:rsidRPr="0062109A">
        <w:t>való</w:t>
      </w:r>
      <w:proofErr w:type="spellEnd"/>
      <w:r w:rsidRPr="0062109A">
        <w:rPr>
          <w:rFonts w:eastAsia="Times New Roman"/>
        </w:rPr>
        <w:t xml:space="preserve"> </w:t>
      </w:r>
      <w:r w:rsidRPr="0062109A">
        <w:t>jog</w:t>
      </w:r>
      <w:bookmarkEnd w:id="30"/>
    </w:p>
    <w:p w14:paraId="526961A7" w14:textId="77777777" w:rsidR="004E51DE" w:rsidRPr="0062109A" w:rsidRDefault="00000000" w:rsidP="00211F8D">
      <w:pPr>
        <w:wordWrap w:val="0"/>
        <w:autoSpaceDE w:val="0"/>
        <w:autoSpaceDN w:val="0"/>
        <w:spacing w:before="189"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indokolatlan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késedelem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nélkül</w:t>
      </w:r>
      <w:proofErr w:type="spellEnd"/>
    </w:p>
    <w:p w14:paraId="2FD42AEC"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lastRenderedPageBreak/>
        <w:t>helyesbítse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hiányos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Figyelembe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véve</w:t>
      </w:r>
      <w:proofErr w:type="spellEnd"/>
    </w:p>
    <w:p w14:paraId="797F5EBF"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kérje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hiányos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
    <w:p w14:paraId="2662BC60" w14:textId="77777777" w:rsidR="004E51DE" w:rsidRPr="0062109A" w:rsidRDefault="00000000" w:rsidP="00211F8D">
      <w:pPr>
        <w:wordWrap w:val="0"/>
        <w:autoSpaceDE w:val="0"/>
        <w:autoSpaceDN w:val="0"/>
        <w:spacing w:before="48" w:after="239"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egyebek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mellett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kiegészítő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nyilatkozat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kiegészítését</w:t>
      </w:r>
      <w:proofErr w:type="spellEnd"/>
      <w:r w:rsidRPr="0062109A">
        <w:rPr>
          <w:rFonts w:ascii="Times New Roman" w:eastAsia="MS Gothic" w:hAnsi="Times New Roman" w:cs="Times New Roman"/>
          <w:color w:val="000000"/>
        </w:rPr>
        <w:t>.</w:t>
      </w:r>
    </w:p>
    <w:p w14:paraId="2B8FE597" w14:textId="49BF13C3" w:rsidR="004E51DE" w:rsidRPr="0062109A" w:rsidRDefault="0028429E" w:rsidP="00211F8D">
      <w:pPr>
        <w:wordWrap w:val="0"/>
        <w:autoSpaceDE w:val="0"/>
        <w:autoSpaceDN w:val="0"/>
        <w:spacing w:before="530" w:after="24" w:line="221" w:lineRule="exact"/>
        <w:ind w:left="69"/>
        <w:rPr>
          <w:rFonts w:ascii="Times New Roman" w:hAnsi="Times New Roman" w:cs="Times New Roman"/>
        </w:rPr>
      </w:pPr>
      <w:proofErr w:type="spellStart"/>
      <w:r>
        <w:rPr>
          <w:rFonts w:ascii="Times New Roman" w:eastAsia="MS Gothic" w:hAnsi="Times New Roman" w:cs="Times New Roman"/>
          <w:color w:val="000000"/>
        </w:rPr>
        <w:t>A</w:t>
      </w:r>
      <w:r w:rsidRPr="0062109A">
        <w:rPr>
          <w:rFonts w:ascii="Times New Roman" w:eastAsia="MS Gothic" w:hAnsi="Times New Roman" w:cs="Times New Roman"/>
          <w:color w:val="000000"/>
        </w:rPr>
        <w:t>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vagyazAdatkezelő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észleli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azáltala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pontatlan</w:t>
      </w:r>
      <w:proofErr w:type="spellEnd"/>
      <w:r w:rsidRPr="0062109A">
        <w:rPr>
          <w:rFonts w:ascii="Times New Roman" w:eastAsia="MS Gothic" w:hAnsi="Times New Roman" w:cs="Times New Roman"/>
          <w:color w:val="000000"/>
        </w:rPr>
        <w:t>,</w:t>
      </w:r>
    </w:p>
    <w:p w14:paraId="4A67A04E"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hibás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saját</w:t>
      </w:r>
      <w:proofErr w:type="spellEnd"/>
    </w:p>
    <w:p w14:paraId="047DB0FF" w14:textId="77777777" w:rsidR="004E51DE" w:rsidRPr="0062109A" w:rsidRDefault="00000000" w:rsidP="00211F8D">
      <w:pPr>
        <w:wordWrap w:val="0"/>
        <w:autoSpaceDE w:val="0"/>
        <w:autoSpaceDN w:val="0"/>
        <w:spacing w:before="51"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intézkedése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folytán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hiányos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hibás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pontosítja</w:t>
      </w:r>
      <w:proofErr w:type="spellEnd"/>
      <w:r w:rsidRPr="0062109A">
        <w:rPr>
          <w:rFonts w:ascii="Times New Roman" w:eastAsia="MS Gothic" w:hAnsi="Times New Roman" w:cs="Times New Roman"/>
          <w:color w:val="000000"/>
        </w:rPr>
        <w:t>.</w:t>
      </w:r>
    </w:p>
    <w:p w14:paraId="64FBE640"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3.10.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elérhetőségeken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kérheti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2EBD0742"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módosítsa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hitelt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érdemlően</w:t>
      </w:r>
      <w:proofErr w:type="spellEnd"/>
    </w:p>
    <w:p w14:paraId="24CC38EF"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igazolni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tudja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pontosságát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legfeljebb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p>
    <w:p w14:paraId="49B0E704"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hónapon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elérhetőségen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értesíti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személyt</w:t>
      </w:r>
      <w:proofErr w:type="spellEnd"/>
      <w:r w:rsidRPr="0062109A">
        <w:rPr>
          <w:rFonts w:ascii="Times New Roman" w:eastAsia="MS Gothic" w:hAnsi="Times New Roman" w:cs="Times New Roman"/>
          <w:color w:val="000000"/>
        </w:rPr>
        <w:t>.</w:t>
      </w:r>
    </w:p>
    <w:p w14:paraId="229B5527" w14:textId="77777777" w:rsidR="004E51DE" w:rsidRPr="0062109A" w:rsidRDefault="00000000" w:rsidP="00211F8D">
      <w:pPr>
        <w:pStyle w:val="Cmsor2"/>
      </w:pPr>
      <w:bookmarkStart w:id="31" w:name="_Toc219475610"/>
      <w:r w:rsidRPr="0062109A">
        <w:t>3.4.</w:t>
      </w:r>
      <w:r w:rsidRPr="0062109A">
        <w:rPr>
          <w:rFonts w:eastAsia="Times New Roman"/>
        </w:rPr>
        <w:t xml:space="preserve"> </w:t>
      </w:r>
      <w:r w:rsidRPr="0062109A">
        <w:t>Az</w:t>
      </w:r>
      <w:r w:rsidRPr="0062109A">
        <w:rPr>
          <w:rFonts w:eastAsia="Times New Roman"/>
        </w:rPr>
        <w:t xml:space="preserve"> </w:t>
      </w:r>
      <w:proofErr w:type="spellStart"/>
      <w:r w:rsidRPr="0062109A">
        <w:t>adatkezelés</w:t>
      </w:r>
      <w:proofErr w:type="spellEnd"/>
      <w:r w:rsidRPr="0062109A">
        <w:rPr>
          <w:rFonts w:eastAsia="Times New Roman"/>
        </w:rPr>
        <w:t xml:space="preserve"> </w:t>
      </w:r>
      <w:proofErr w:type="spellStart"/>
      <w:r w:rsidRPr="0062109A">
        <w:t>korlátozásához</w:t>
      </w:r>
      <w:proofErr w:type="spellEnd"/>
      <w:r w:rsidRPr="0062109A">
        <w:rPr>
          <w:rFonts w:eastAsia="Times New Roman"/>
        </w:rPr>
        <w:t xml:space="preserve"> </w:t>
      </w:r>
      <w:proofErr w:type="spellStart"/>
      <w:r w:rsidRPr="0062109A">
        <w:t>való</w:t>
      </w:r>
      <w:proofErr w:type="spellEnd"/>
      <w:r w:rsidRPr="0062109A">
        <w:rPr>
          <w:rFonts w:eastAsia="Times New Roman"/>
        </w:rPr>
        <w:t xml:space="preserve"> </w:t>
      </w:r>
      <w:r w:rsidRPr="0062109A">
        <w:t>jog</w:t>
      </w:r>
      <w:bookmarkEnd w:id="31"/>
    </w:p>
    <w:p w14:paraId="3C1E84B2" w14:textId="77777777" w:rsidR="004E51DE" w:rsidRPr="0062109A" w:rsidRDefault="00000000" w:rsidP="00211F8D">
      <w:pPr>
        <w:wordWrap w:val="0"/>
        <w:autoSpaceDE w:val="0"/>
        <w:autoSpaceDN w:val="0"/>
        <w:spacing w:before="189"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bármikor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kérheti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részei</w:t>
      </w:r>
      <w:proofErr w:type="spellEnd"/>
      <w:r w:rsidRPr="0062109A">
        <w:rPr>
          <w:rFonts w:ascii="Times New Roman" w:eastAsia="MS Gothic" w:hAnsi="Times New Roman" w:cs="Times New Roman"/>
          <w:color w:val="000000"/>
        </w:rPr>
        <w:t>,</w:t>
      </w:r>
    </w:p>
    <w:p w14:paraId="79D57E19"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r w:rsidRPr="0062109A">
        <w:rPr>
          <w:rFonts w:ascii="Times New Roman" w:eastAsia="MS Gothic" w:hAnsi="Times New Roman" w:cs="Times New Roman"/>
          <w:color w:val="000000"/>
        </w:rPr>
        <w:t>illetőlegvalamennyiadattekintetébenazadatfeldolgozáskorlátozvalegyen.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AzAdatkezelő</w:t>
      </w:r>
      <w:proofErr w:type="spellEnd"/>
    </w:p>
    <w:p w14:paraId="0E537255"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adattörlésre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irányuló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zárolja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3255D41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adattörlés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sértené</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addig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kezeli</w:t>
      </w:r>
      <w:proofErr w:type="spellEnd"/>
      <w:r w:rsidRPr="0062109A">
        <w:rPr>
          <w:rFonts w:ascii="Times New Roman" w:eastAsia="MS Gothic" w:hAnsi="Times New Roman" w:cs="Times New Roman"/>
          <w:color w:val="000000"/>
        </w:rPr>
        <w:t>,</w:t>
      </w:r>
    </w:p>
    <w:p w14:paraId="21B53199" w14:textId="77777777" w:rsidR="004E51DE" w:rsidRPr="0062109A" w:rsidRDefault="00000000" w:rsidP="00211F8D">
      <w:pPr>
        <w:wordWrap w:val="0"/>
        <w:autoSpaceDE w:val="0"/>
        <w:autoSpaceDN w:val="0"/>
        <w:spacing w:before="51"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ameddig</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zárolásra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fennáll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követően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kerülnek</w:t>
      </w:r>
      <w:proofErr w:type="spellEnd"/>
      <w:r w:rsidRPr="0062109A">
        <w:rPr>
          <w:rFonts w:ascii="Times New Roman" w:eastAsia="MS Gothic" w:hAnsi="Times New Roman" w:cs="Times New Roman"/>
          <w:color w:val="000000"/>
        </w:rPr>
        <w:t>.</w:t>
      </w:r>
    </w:p>
    <w:p w14:paraId="3F3C6E82" w14:textId="77777777" w:rsidR="004E51DE" w:rsidRPr="0062109A" w:rsidRDefault="00000000" w:rsidP="00211F8D">
      <w:pPr>
        <w:wordWrap w:val="0"/>
        <w:autoSpaceDE w:val="0"/>
        <w:autoSpaceDN w:val="0"/>
        <w:spacing w:before="168"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3.10.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elérhetőségeken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keresztül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kérheti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0C684659"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kezelését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korlátozza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jellegének</w:t>
      </w:r>
      <w:proofErr w:type="spellEnd"/>
    </w:p>
    <w:p w14:paraId="175F84FF"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egyértelmű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jelölésévelés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adatoktólelkülönített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kezelésbiztosításával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p>
    <w:p w14:paraId="467DFB1C" w14:textId="77777777" w:rsidR="004E51DE" w:rsidRPr="0062109A" w:rsidRDefault="00000000" w:rsidP="00211F8D">
      <w:pPr>
        <w:wordWrap w:val="0"/>
        <w:autoSpaceDE w:val="0"/>
        <w:autoSpaceDN w:val="0"/>
        <w:spacing w:before="168" w:after="25" w:line="221" w:lineRule="exact"/>
        <w:ind w:left="429"/>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vitatja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pontosságát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ebben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6A173E28" w14:textId="77777777" w:rsidR="004E51DE" w:rsidRPr="0062109A" w:rsidRDefault="00000000" w:rsidP="00211F8D">
      <w:pPr>
        <w:wordWrap w:val="0"/>
        <w:autoSpaceDE w:val="0"/>
        <w:autoSpaceDN w:val="0"/>
        <w:spacing w:before="50"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időtartamra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korlátozza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amíg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ellenőrzi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p w14:paraId="18B86E55" w14:textId="77777777" w:rsidR="004E51DE" w:rsidRPr="0062109A" w:rsidRDefault="00000000" w:rsidP="00211F8D">
      <w:pPr>
        <w:wordWrap w:val="0"/>
        <w:autoSpaceDE w:val="0"/>
        <w:autoSpaceDN w:val="0"/>
        <w:spacing w:before="48"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pontosságát</w:t>
      </w:r>
      <w:proofErr w:type="spellEnd"/>
      <w:r w:rsidRPr="0062109A">
        <w:rPr>
          <w:rFonts w:ascii="Times New Roman" w:eastAsia="MS Gothic" w:hAnsi="Times New Roman" w:cs="Times New Roman"/>
          <w:color w:val="000000"/>
        </w:rPr>
        <w:t>);</w:t>
      </w:r>
    </w:p>
    <w:p w14:paraId="766D78A2"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ellenzi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törlését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ehelyett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w:t>
      </w:r>
      <w:proofErr w:type="spellEnd"/>
    </w:p>
    <w:p w14:paraId="60B9E32C" w14:textId="77777777" w:rsidR="004E51DE" w:rsidRPr="0062109A" w:rsidRDefault="00000000" w:rsidP="00211F8D">
      <w:pPr>
        <w:wordWrap w:val="0"/>
        <w:autoSpaceDE w:val="0"/>
        <w:autoSpaceDN w:val="0"/>
        <w:spacing w:before="50"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felhasználásának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korlátozását</w:t>
      </w:r>
      <w:proofErr w:type="spellEnd"/>
      <w:r w:rsidRPr="0062109A">
        <w:rPr>
          <w:rFonts w:ascii="Times New Roman" w:eastAsia="MS Gothic" w:hAnsi="Times New Roman" w:cs="Times New Roman"/>
          <w:color w:val="000000"/>
        </w:rPr>
        <w:t>;</w:t>
      </w:r>
    </w:p>
    <w:p w14:paraId="564D06CB" w14:textId="77777777" w:rsidR="004E51DE" w:rsidRPr="0062109A" w:rsidRDefault="00000000" w:rsidP="00211F8D">
      <w:pPr>
        <w:wordWrap w:val="0"/>
        <w:autoSpaceDE w:val="0"/>
        <w:autoSpaceDN w:val="0"/>
        <w:spacing w:before="48" w:after="24" w:line="221" w:lineRule="exact"/>
        <w:ind w:left="429"/>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nincs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de</w:t>
      </w:r>
    </w:p>
    <w:p w14:paraId="640A8498" w14:textId="77777777" w:rsidR="004E51DE" w:rsidRPr="0062109A" w:rsidRDefault="00000000" w:rsidP="00211F8D">
      <w:pPr>
        <w:wordWrap w:val="0"/>
        <w:autoSpaceDE w:val="0"/>
        <w:autoSpaceDN w:val="0"/>
        <w:spacing w:before="48" w:after="2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előterjesztéséhez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028D95D0" w14:textId="77777777" w:rsidR="004E51DE" w:rsidRPr="0062109A" w:rsidRDefault="00000000" w:rsidP="00211F8D">
      <w:pPr>
        <w:wordWrap w:val="0"/>
        <w:autoSpaceDE w:val="0"/>
        <w:autoSpaceDN w:val="0"/>
        <w:spacing w:before="51"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védelméhez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0CB8F0D5"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ezesetben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időtartamra</w:t>
      </w:r>
      <w:proofErr w:type="spellEnd"/>
    </w:p>
    <w:p w14:paraId="2DFBCB90" w14:textId="77777777" w:rsidR="004E51DE" w:rsidRPr="0062109A" w:rsidRDefault="00000000" w:rsidP="00211F8D">
      <w:pPr>
        <w:wordWrap w:val="0"/>
        <w:autoSpaceDE w:val="0"/>
        <w:autoSpaceDN w:val="0"/>
        <w:spacing w:before="50"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vonatkozik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amíg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megállapításra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indokai</w:t>
      </w:r>
      <w:proofErr w:type="spellEnd"/>
    </w:p>
    <w:p w14:paraId="2FBD15EA" w14:textId="77777777" w:rsidR="004E51DE" w:rsidRPr="0062109A" w:rsidRDefault="00000000" w:rsidP="00211F8D">
      <w:pPr>
        <w:wordWrap w:val="0"/>
        <w:autoSpaceDE w:val="0"/>
        <w:autoSpaceDN w:val="0"/>
        <w:spacing w:before="48" w:after="8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elsőbbséget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élveznek</w:t>
      </w:r>
      <w:proofErr w:type="spellEnd"/>
      <w:r w:rsidRPr="0062109A">
        <w:rPr>
          <w:rFonts w:ascii="Times New Roman" w:eastAsia="MS Gothic" w:hAnsi="Times New Roman" w:cs="Times New Roman"/>
          <w:color w:val="000000"/>
        </w:rPr>
        <w:t>-e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indokaival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szemben</w:t>
      </w:r>
      <w:proofErr w:type="spellEnd"/>
      <w:r w:rsidRPr="0062109A">
        <w:rPr>
          <w:rFonts w:ascii="Times New Roman" w:eastAsia="MS Gothic" w:hAnsi="Times New Roman" w:cs="Times New Roman"/>
          <w:color w:val="000000"/>
        </w:rPr>
        <w:t>).</w:t>
      </w:r>
    </w:p>
    <w:p w14:paraId="03FE8EF6" w14:textId="77777777" w:rsidR="004E51DE" w:rsidRPr="0062109A" w:rsidRDefault="00000000" w:rsidP="00211F8D">
      <w:pPr>
        <w:pStyle w:val="Cmsor2"/>
      </w:pPr>
      <w:bookmarkStart w:id="32" w:name="_Toc219475611"/>
      <w:r w:rsidRPr="0062109A">
        <w:t>3.5.</w:t>
      </w:r>
      <w:r w:rsidRPr="0062109A">
        <w:rPr>
          <w:rFonts w:eastAsia="Times New Roman"/>
        </w:rPr>
        <w:t xml:space="preserve"> </w:t>
      </w:r>
      <w:r w:rsidRPr="0062109A">
        <w:t>A</w:t>
      </w:r>
      <w:r w:rsidRPr="0062109A">
        <w:rPr>
          <w:rFonts w:eastAsia="Times New Roman"/>
        </w:rPr>
        <w:t xml:space="preserve"> </w:t>
      </w:r>
      <w:proofErr w:type="spellStart"/>
      <w:r w:rsidRPr="0062109A">
        <w:t>tiltakozás</w:t>
      </w:r>
      <w:proofErr w:type="spellEnd"/>
      <w:r w:rsidRPr="0062109A">
        <w:rPr>
          <w:rFonts w:eastAsia="Times New Roman"/>
        </w:rPr>
        <w:t xml:space="preserve"> </w:t>
      </w:r>
      <w:proofErr w:type="spellStart"/>
      <w:r w:rsidRPr="0062109A">
        <w:t>joga</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proofErr w:type="spellStart"/>
      <w:r w:rsidRPr="0062109A">
        <w:t>adatkezelés</w:t>
      </w:r>
      <w:proofErr w:type="spellEnd"/>
      <w:r w:rsidRPr="0062109A">
        <w:rPr>
          <w:rFonts w:eastAsia="Times New Roman"/>
        </w:rPr>
        <w:t xml:space="preserve"> </w:t>
      </w:r>
      <w:proofErr w:type="spellStart"/>
      <w:r w:rsidRPr="0062109A">
        <w:t>ellen</w:t>
      </w:r>
      <w:bookmarkEnd w:id="32"/>
      <w:proofErr w:type="spellEnd"/>
    </w:p>
    <w:p w14:paraId="57BF2023"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saját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helyzetével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okokból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bármikor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tiltakozzon</w:t>
      </w:r>
      <w:proofErr w:type="spellEnd"/>
    </w:p>
    <w:p w14:paraId="5A40B9B7"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alapulókezelése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Ebbenaz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p>
    <w:p w14:paraId="00217F4B"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kezelheti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kivéve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bizonyítja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201D239C"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kényszerítő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erejű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indokolják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elsőbbséget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élveznek</w:t>
      </w:r>
      <w:proofErr w:type="spellEnd"/>
    </w:p>
    <w:p w14:paraId="18EBD677"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érdekeivel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szabadságával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igények</w:t>
      </w:r>
      <w:proofErr w:type="spellEnd"/>
    </w:p>
    <w:p w14:paraId="2A8F5D56"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előterjesztéséhez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kapcsolódnak</w:t>
      </w:r>
      <w:proofErr w:type="spellEnd"/>
      <w:r w:rsidRPr="0062109A">
        <w:rPr>
          <w:rFonts w:ascii="Times New Roman" w:eastAsia="MS Gothic" w:hAnsi="Times New Roman" w:cs="Times New Roman"/>
          <w:color w:val="000000"/>
        </w:rPr>
        <w:t>.</w:t>
      </w:r>
    </w:p>
    <w:p w14:paraId="58FC785E" w14:textId="77777777" w:rsidR="004E51DE" w:rsidRPr="0062109A" w:rsidRDefault="00000000" w:rsidP="00211F8D">
      <w:pPr>
        <w:pStyle w:val="Cmsor2"/>
      </w:pPr>
      <w:bookmarkStart w:id="33" w:name="_Toc219475612"/>
      <w:r w:rsidRPr="0062109A">
        <w:t>3.6.</w:t>
      </w:r>
      <w:r w:rsidRPr="0062109A">
        <w:rPr>
          <w:rFonts w:eastAsia="Times New Roman"/>
        </w:rPr>
        <w:t xml:space="preserve"> </w:t>
      </w:r>
      <w:r w:rsidRPr="0062109A">
        <w:t>A</w:t>
      </w:r>
      <w:r w:rsidRPr="0062109A">
        <w:rPr>
          <w:rFonts w:eastAsia="Times New Roman"/>
        </w:rPr>
        <w:t xml:space="preserve"> </w:t>
      </w:r>
      <w:proofErr w:type="spellStart"/>
      <w:r w:rsidRPr="0062109A">
        <w:t>törléshez</w:t>
      </w:r>
      <w:proofErr w:type="spellEnd"/>
      <w:r w:rsidRPr="0062109A">
        <w:rPr>
          <w:rFonts w:eastAsia="Times New Roman"/>
        </w:rPr>
        <w:t xml:space="preserve"> </w:t>
      </w:r>
      <w:proofErr w:type="spellStart"/>
      <w:r w:rsidRPr="0062109A">
        <w:t>való</w:t>
      </w:r>
      <w:proofErr w:type="spellEnd"/>
      <w:r w:rsidRPr="0062109A">
        <w:rPr>
          <w:rFonts w:eastAsia="Times New Roman"/>
        </w:rPr>
        <w:t xml:space="preserve"> </w:t>
      </w:r>
      <w:r w:rsidRPr="0062109A">
        <w:t>jog</w:t>
      </w:r>
      <w:r w:rsidRPr="0062109A">
        <w:rPr>
          <w:rFonts w:eastAsia="Times New Roman"/>
        </w:rPr>
        <w:t xml:space="preserve"> </w:t>
      </w:r>
      <w:r w:rsidRPr="0062109A">
        <w:t>–</w:t>
      </w:r>
      <w:r w:rsidRPr="0062109A">
        <w:rPr>
          <w:rFonts w:eastAsia="Times New Roman"/>
        </w:rPr>
        <w:t xml:space="preserve"> </w:t>
      </w:r>
      <w:r w:rsidRPr="0062109A">
        <w:t>„</w:t>
      </w:r>
      <w:proofErr w:type="spellStart"/>
      <w:r w:rsidRPr="0062109A">
        <w:t>az</w:t>
      </w:r>
      <w:proofErr w:type="spellEnd"/>
      <w:r w:rsidRPr="0062109A">
        <w:rPr>
          <w:rFonts w:eastAsia="Times New Roman"/>
        </w:rPr>
        <w:t xml:space="preserve"> </w:t>
      </w:r>
      <w:proofErr w:type="spellStart"/>
      <w:r w:rsidRPr="0062109A">
        <w:t>elfeledtetéshez</w:t>
      </w:r>
      <w:proofErr w:type="spellEnd"/>
      <w:r w:rsidRPr="0062109A">
        <w:rPr>
          <w:rFonts w:eastAsia="Times New Roman"/>
        </w:rPr>
        <w:t xml:space="preserve"> </w:t>
      </w:r>
      <w:proofErr w:type="spellStart"/>
      <w:r w:rsidRPr="0062109A">
        <w:t>való</w:t>
      </w:r>
      <w:proofErr w:type="spellEnd"/>
      <w:r w:rsidRPr="0062109A">
        <w:rPr>
          <w:rFonts w:eastAsia="Times New Roman"/>
        </w:rPr>
        <w:t xml:space="preserve"> </w:t>
      </w:r>
      <w:r w:rsidRPr="0062109A">
        <w:t>jog”</w:t>
      </w:r>
      <w:bookmarkEnd w:id="33"/>
    </w:p>
    <w:p w14:paraId="68A29CF7" w14:textId="77777777" w:rsidR="004E51DE" w:rsidRPr="0062109A" w:rsidRDefault="00000000" w:rsidP="00211F8D">
      <w:pPr>
        <w:wordWrap w:val="0"/>
        <w:autoSpaceDE w:val="0"/>
        <w:autoSpaceDN w:val="0"/>
        <w:spacing w:before="189" w:after="8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p>
    <w:p w14:paraId="416CA25F" w14:textId="77777777" w:rsidR="004E51DE" w:rsidRPr="0062109A" w:rsidRDefault="00000000" w:rsidP="00211F8D">
      <w:pPr>
        <w:wordWrap w:val="0"/>
        <w:autoSpaceDE w:val="0"/>
        <w:autoSpaceDN w:val="0"/>
        <w:spacing w:before="170" w:after="24" w:line="221" w:lineRule="exact"/>
        <w:ind w:left="429"/>
        <w:rPr>
          <w:rFonts w:ascii="Times New Roman" w:hAnsi="Times New Roman" w:cs="Times New Roman"/>
        </w:rPr>
      </w:pP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megszűnt</w:t>
      </w:r>
      <w:proofErr w:type="spellEnd"/>
      <w:r w:rsidRPr="0062109A">
        <w:rPr>
          <w:rFonts w:ascii="Times New Roman" w:eastAsia="MS Gothic" w:hAnsi="Times New Roman" w:cs="Times New Roman"/>
          <w:color w:val="000000"/>
        </w:rPr>
        <w:t>,</w:t>
      </w:r>
    </w:p>
    <w:p w14:paraId="7F9DECE7"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visszavonta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nincs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jogalapja</w:t>
      </w:r>
      <w:proofErr w:type="spellEnd"/>
      <w:r w:rsidRPr="0062109A">
        <w:rPr>
          <w:rFonts w:ascii="Times New Roman" w:eastAsia="MS Gothic" w:hAnsi="Times New Roman" w:cs="Times New Roman"/>
          <w:color w:val="000000"/>
        </w:rPr>
        <w:t>,</w:t>
      </w:r>
    </w:p>
    <w:p w14:paraId="68964450" w14:textId="77777777" w:rsidR="004E51DE" w:rsidRPr="0062109A" w:rsidRDefault="00000000" w:rsidP="00211F8D">
      <w:pPr>
        <w:wordWrap w:val="0"/>
        <w:autoSpaceDE w:val="0"/>
        <w:autoSpaceDN w:val="0"/>
        <w:spacing w:before="50" w:after="24" w:line="221" w:lineRule="exact"/>
        <w:ind w:left="429"/>
        <w:rPr>
          <w:rFonts w:ascii="Times New Roman" w:hAnsi="Times New Roman" w:cs="Times New Roman"/>
        </w:rPr>
      </w:pP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közérdekű</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ruházott</w:t>
      </w:r>
      <w:proofErr w:type="spellEnd"/>
    </w:p>
    <w:p w14:paraId="67C7AE91" w14:textId="77777777" w:rsidR="004E51DE" w:rsidRPr="0062109A" w:rsidRDefault="00000000" w:rsidP="00211F8D">
      <w:pPr>
        <w:wordWrap w:val="0"/>
        <w:autoSpaceDE w:val="0"/>
        <w:autoSpaceDN w:val="0"/>
        <w:spacing w:before="48"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jogosítvány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keretében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végzett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végrehajtásához</w:t>
      </w:r>
      <w:proofErr w:type="spellEnd"/>
    </w:p>
    <w:p w14:paraId="7280D407" w14:textId="77777777" w:rsidR="004E51DE" w:rsidRPr="0062109A" w:rsidRDefault="00000000" w:rsidP="00211F8D">
      <w:pPr>
        <w:wordWrap w:val="0"/>
        <w:autoSpaceDE w:val="0"/>
        <w:autoSpaceDN w:val="0"/>
        <w:spacing w:before="48" w:after="2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MS Gothic" w:hAnsi="Times New Roman" w:cs="Times New Roman"/>
          <w:color w:val="000000"/>
        </w:rPr>
        <w:t>,</w:t>
      </w:r>
    </w:p>
    <w:p w14:paraId="53530B33" w14:textId="77777777" w:rsidR="004E51DE" w:rsidRPr="0062109A" w:rsidRDefault="00000000" w:rsidP="00211F8D">
      <w:pPr>
        <w:wordWrap w:val="0"/>
        <w:autoSpaceDE w:val="0"/>
        <w:autoSpaceDN w:val="0"/>
        <w:spacing w:before="50" w:after="24" w:line="221" w:lineRule="exact"/>
        <w:ind w:left="429"/>
        <w:rPr>
          <w:rFonts w:ascii="Times New Roman" w:hAnsi="Times New Roman" w:cs="Times New Roman"/>
        </w:rPr>
      </w:pPr>
      <w:r w:rsidRPr="0062109A">
        <w:rPr>
          <w:rFonts w:ascii="Times New Roman" w:eastAsia="MS Gothic" w:hAnsi="Times New Roman" w:cs="Times New Roman"/>
          <w:color w:val="000000"/>
        </w:rPr>
        <w:t>4.</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MS Gothic" w:hAnsi="Times New Roman" w:cs="Times New Roman"/>
          <w:color w:val="000000"/>
        </w:rPr>
        <w:t>,</w:t>
      </w:r>
    </w:p>
    <w:p w14:paraId="33E18AB4" w14:textId="77777777" w:rsidR="004E51DE" w:rsidRPr="0062109A" w:rsidRDefault="00000000" w:rsidP="00211F8D">
      <w:pPr>
        <w:wordWrap w:val="0"/>
        <w:autoSpaceDE w:val="0"/>
        <w:autoSpaceDN w:val="0"/>
        <w:spacing w:before="48" w:after="24" w:line="221" w:lineRule="exact"/>
        <w:ind w:left="429"/>
        <w:rPr>
          <w:rFonts w:ascii="Times New Roman" w:hAnsi="Times New Roman" w:cs="Times New Roman"/>
        </w:rPr>
      </w:pP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alkalmazandó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uniós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tagállami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jogban</w:t>
      </w:r>
      <w:proofErr w:type="spellEnd"/>
    </w:p>
    <w:p w14:paraId="6E92F9CC" w14:textId="77777777" w:rsidR="004E51DE" w:rsidRPr="0062109A" w:rsidRDefault="00000000" w:rsidP="00211F8D">
      <w:pPr>
        <w:wordWrap w:val="0"/>
        <w:autoSpaceDE w:val="0"/>
        <w:autoSpaceDN w:val="0"/>
        <w:spacing w:before="48" w:after="50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lastRenderedPageBreak/>
        <w:t>előírt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kötelezettség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MS Gothic" w:hAnsi="Times New Roman" w:cs="Times New Roman"/>
          <w:color w:val="000000"/>
        </w:rPr>
        <w:t>,</w:t>
      </w:r>
    </w:p>
    <w:p w14:paraId="0B0FE29B" w14:textId="2120B0D4" w:rsidR="004E51DE" w:rsidRPr="0062109A" w:rsidRDefault="004E51DE" w:rsidP="00211F8D">
      <w:pPr>
        <w:wordWrap w:val="0"/>
        <w:autoSpaceDE w:val="0"/>
        <w:autoSpaceDN w:val="0"/>
        <w:spacing w:before="1008" w:after="0" w:line="221" w:lineRule="exact"/>
        <w:ind w:left="4819"/>
        <w:rPr>
          <w:rFonts w:ascii="Times New Roman" w:hAnsi="Times New Roman" w:cs="Times New Roman"/>
        </w:rPr>
        <w:sectPr w:rsidR="004E51DE" w:rsidRPr="0062109A">
          <w:pgSz w:w="11906" w:h="16838"/>
          <w:pgMar w:top="504" w:right="917" w:bottom="653" w:left="1011" w:header="720" w:footer="720" w:gutter="0"/>
          <w:cols w:space="720" w:equalWidth="0">
            <w:col w:w="9978" w:space="0"/>
          </w:cols>
          <w:docGrid w:linePitch="360"/>
        </w:sectPr>
      </w:pPr>
    </w:p>
    <w:p w14:paraId="7B7519FD" w14:textId="539272DB" w:rsidR="004E51DE" w:rsidRPr="0062109A" w:rsidRDefault="004E51DE" w:rsidP="00211F8D">
      <w:pPr>
        <w:wordWrap w:val="0"/>
        <w:autoSpaceDE w:val="0"/>
        <w:autoSpaceDN w:val="0"/>
        <w:spacing w:after="251" w:line="14" w:lineRule="exact"/>
        <w:rPr>
          <w:rFonts w:ascii="Times New Roman" w:hAnsi="Times New Roman" w:cs="Times New Roman"/>
        </w:rPr>
      </w:pPr>
    </w:p>
    <w:p w14:paraId="5672FC44" w14:textId="77777777" w:rsidR="004E51DE" w:rsidRPr="0062109A" w:rsidRDefault="00000000" w:rsidP="00211F8D">
      <w:pPr>
        <w:wordWrap w:val="0"/>
        <w:autoSpaceDE w:val="0"/>
        <w:autoSpaceDN w:val="0"/>
        <w:spacing w:before="530" w:after="24" w:line="221" w:lineRule="exact"/>
        <w:ind w:left="429"/>
        <w:rPr>
          <w:rFonts w:ascii="Times New Roman" w:hAnsi="Times New Roman" w:cs="Times New Roman"/>
        </w:rPr>
      </w:pPr>
      <w:r w:rsidRPr="0062109A">
        <w:rPr>
          <w:rFonts w:ascii="Times New Roman" w:eastAsia="MS Gothic" w:hAnsi="Times New Roman" w:cs="Times New Roman"/>
          <w:color w:val="000000"/>
        </w:rPr>
        <w:t>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közvetlenül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gyermekeknek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kínált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társadalommal</w:t>
      </w:r>
      <w:proofErr w:type="spellEnd"/>
    </w:p>
    <w:p w14:paraId="14449233" w14:textId="77777777" w:rsidR="004E51DE" w:rsidRPr="0062109A" w:rsidRDefault="00000000" w:rsidP="00211F8D">
      <w:pPr>
        <w:wordWrap w:val="0"/>
        <w:autoSpaceDE w:val="0"/>
        <w:autoSpaceDN w:val="0"/>
        <w:spacing w:before="48" w:after="8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összefüggő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vonatkozásában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került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w:t>
      </w:r>
      <w:proofErr w:type="spellEnd"/>
      <w:r w:rsidRPr="0062109A">
        <w:rPr>
          <w:rFonts w:ascii="Times New Roman" w:eastAsia="MS Gothic" w:hAnsi="Times New Roman" w:cs="Times New Roman"/>
          <w:color w:val="000000"/>
        </w:rPr>
        <w:t>.</w:t>
      </w:r>
    </w:p>
    <w:p w14:paraId="25A96BAC" w14:textId="77777777" w:rsidR="004E51DE" w:rsidRPr="0062109A" w:rsidRDefault="00000000" w:rsidP="00211F8D">
      <w:pPr>
        <w:wordWrap w:val="0"/>
        <w:autoSpaceDE w:val="0"/>
        <w:autoSpaceDN w:val="0"/>
        <w:spacing w:before="171"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kérelmére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valamelyik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alább</w:t>
      </w:r>
      <w:proofErr w:type="spellEnd"/>
    </w:p>
    <w:p w14:paraId="6F946159"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felsorolt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kivétel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alkalmazandó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Nem</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törölhetőek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MS Gothic" w:hAnsi="Times New Roman" w:cs="Times New Roman"/>
          <w:color w:val="000000"/>
        </w:rPr>
        <w:t>,</w:t>
      </w:r>
    </w:p>
    <w:p w14:paraId="2A67988E"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p>
    <w:p w14:paraId="635457ED" w14:textId="77777777" w:rsidR="004E51DE" w:rsidRPr="0062109A" w:rsidRDefault="00000000" w:rsidP="00211F8D">
      <w:pPr>
        <w:wordWrap w:val="0"/>
        <w:autoSpaceDE w:val="0"/>
        <w:autoSpaceDN w:val="0"/>
        <w:spacing w:before="168" w:after="24" w:line="221" w:lineRule="exact"/>
        <w:ind w:left="496"/>
        <w:rPr>
          <w:rFonts w:ascii="Times New Roman" w:hAnsi="Times New Roman" w:cs="Times New Roman"/>
        </w:rPr>
      </w:pP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véleménynyilvánítás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szabadságához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tájékozódáshoz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gyakorlása</w:t>
      </w:r>
      <w:proofErr w:type="spellEnd"/>
    </w:p>
    <w:p w14:paraId="35BDFEDB" w14:textId="77777777" w:rsidR="004E51DE" w:rsidRPr="0062109A" w:rsidRDefault="00000000" w:rsidP="00211F8D">
      <w:pPr>
        <w:wordWrap w:val="0"/>
        <w:autoSpaceDE w:val="0"/>
        <w:autoSpaceDN w:val="0"/>
        <w:spacing w:before="48" w:after="25"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p>
    <w:p w14:paraId="54E6F6A4" w14:textId="77777777" w:rsidR="004E51DE" w:rsidRPr="0062109A" w:rsidRDefault="00000000" w:rsidP="00211F8D">
      <w:pPr>
        <w:wordWrap w:val="0"/>
        <w:autoSpaceDE w:val="0"/>
        <w:autoSpaceDN w:val="0"/>
        <w:spacing w:before="50" w:after="24" w:line="221" w:lineRule="exact"/>
        <w:ind w:left="496"/>
        <w:rPr>
          <w:rFonts w:ascii="Times New Roman" w:hAnsi="Times New Roman" w:cs="Times New Roman"/>
        </w:rPr>
      </w:pP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alkalmazandó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uniós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nemzeti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kötelezettség</w:t>
      </w:r>
      <w:proofErr w:type="spellEnd"/>
    </w:p>
    <w:p w14:paraId="3B90DEAD" w14:textId="77777777" w:rsidR="004E51DE" w:rsidRPr="0062109A" w:rsidRDefault="00000000" w:rsidP="00211F8D">
      <w:pPr>
        <w:wordWrap w:val="0"/>
        <w:autoSpaceDE w:val="0"/>
        <w:autoSpaceDN w:val="0"/>
        <w:spacing w:before="48" w:after="25"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teljesítése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közérdekből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jogosítvány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keretében</w:t>
      </w:r>
      <w:proofErr w:type="spellEnd"/>
    </w:p>
    <w:p w14:paraId="3FBB584E" w14:textId="77777777" w:rsidR="004E51DE" w:rsidRPr="0062109A" w:rsidRDefault="00000000" w:rsidP="00211F8D">
      <w:pPr>
        <w:wordWrap w:val="0"/>
        <w:autoSpaceDE w:val="0"/>
        <w:autoSpaceDN w:val="0"/>
        <w:spacing w:before="50" w:after="24"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végzett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végrehajtása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p>
    <w:p w14:paraId="113790CA" w14:textId="77777777" w:rsidR="004E51DE" w:rsidRPr="0062109A" w:rsidRDefault="00000000" w:rsidP="00211F8D">
      <w:pPr>
        <w:wordWrap w:val="0"/>
        <w:autoSpaceDE w:val="0"/>
        <w:autoSpaceDN w:val="0"/>
        <w:spacing w:before="48" w:after="24" w:line="221" w:lineRule="exact"/>
        <w:ind w:left="496"/>
        <w:rPr>
          <w:rFonts w:ascii="Times New Roman" w:hAnsi="Times New Roman" w:cs="Times New Roman"/>
        </w:rPr>
      </w:pP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népegészségügy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területét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közérdek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MS Gothic" w:hAnsi="Times New Roman" w:cs="Times New Roman"/>
          <w:color w:val="000000"/>
        </w:rPr>
        <w:t>,</w:t>
      </w:r>
    </w:p>
    <w:p w14:paraId="1BBA50CE" w14:textId="77777777" w:rsidR="004E51DE" w:rsidRPr="0062109A" w:rsidRDefault="00000000" w:rsidP="00211F8D">
      <w:pPr>
        <w:wordWrap w:val="0"/>
        <w:autoSpaceDE w:val="0"/>
        <w:autoSpaceDN w:val="0"/>
        <w:spacing w:before="48" w:after="25" w:line="221" w:lineRule="exact"/>
        <w:ind w:left="496"/>
        <w:rPr>
          <w:rFonts w:ascii="Times New Roman" w:hAnsi="Times New Roman" w:cs="Times New Roman"/>
        </w:rPr>
      </w:pPr>
      <w:r w:rsidRPr="0062109A">
        <w:rPr>
          <w:rFonts w:ascii="Times New Roman" w:eastAsia="MS Gothic" w:hAnsi="Times New Roman" w:cs="Times New Roman"/>
          <w:color w:val="000000"/>
        </w:rPr>
        <w:t>4.</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közérdekű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archiválás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tudományos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kutatási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55BAA3E2" w14:textId="77777777" w:rsidR="004E51DE" w:rsidRPr="0062109A" w:rsidRDefault="00000000" w:rsidP="00211F8D">
      <w:pPr>
        <w:wordWrap w:val="0"/>
        <w:autoSpaceDE w:val="0"/>
        <w:autoSpaceDN w:val="0"/>
        <w:spacing w:before="50" w:after="24"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statisztikai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célból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valószínűsíthetően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lehetetlenné</w:t>
      </w:r>
      <w:proofErr w:type="spellEnd"/>
    </w:p>
    <w:p w14:paraId="742E0604" w14:textId="77777777" w:rsidR="004E51DE" w:rsidRPr="0062109A" w:rsidRDefault="00000000" w:rsidP="00211F8D">
      <w:pPr>
        <w:wordWrap w:val="0"/>
        <w:autoSpaceDE w:val="0"/>
        <w:autoSpaceDN w:val="0"/>
        <w:spacing w:before="48" w:after="24"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tenné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komolyan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veszélyeztetné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adatkezelést</w:t>
      </w:r>
      <w:proofErr w:type="spellEnd"/>
      <w:r w:rsidRPr="0062109A">
        <w:rPr>
          <w:rFonts w:ascii="Times New Roman" w:eastAsia="MS Gothic" w:hAnsi="Times New Roman" w:cs="Times New Roman"/>
          <w:color w:val="000000"/>
        </w:rPr>
        <w:t>,</w:t>
      </w:r>
    </w:p>
    <w:p w14:paraId="24A9BD64" w14:textId="77777777" w:rsidR="004E51DE" w:rsidRPr="0062109A" w:rsidRDefault="00000000" w:rsidP="00211F8D">
      <w:pPr>
        <w:wordWrap w:val="0"/>
        <w:autoSpaceDE w:val="0"/>
        <w:autoSpaceDN w:val="0"/>
        <w:spacing w:before="48" w:after="85" w:line="221" w:lineRule="exact"/>
        <w:ind w:left="496"/>
        <w:rPr>
          <w:rFonts w:ascii="Times New Roman" w:hAnsi="Times New Roman" w:cs="Times New Roman"/>
        </w:rPr>
      </w:pP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előterjesztéséhez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érvényesítéséhez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védelméhez</w:t>
      </w:r>
      <w:proofErr w:type="spellEnd"/>
      <w:r w:rsidRPr="0062109A">
        <w:rPr>
          <w:rFonts w:ascii="Times New Roman" w:eastAsia="MS Gothic" w:hAnsi="Times New Roman" w:cs="Times New Roman"/>
          <w:color w:val="000000"/>
        </w:rPr>
        <w:t>.</w:t>
      </w:r>
    </w:p>
    <w:p w14:paraId="1ED37B93"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Bármikor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kérheti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végleges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helyreállíthatatlan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32386C8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hozzájárulása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p>
    <w:p w14:paraId="39A749E2"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érdeke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jogszabályi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őrzési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p>
    <w:p w14:paraId="61CA45B5"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tudja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törölni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p>
    <w:p w14:paraId="27E10C18"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megszűnésével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időben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törli</w:t>
      </w:r>
      <w:proofErr w:type="spellEnd"/>
      <w:r w:rsidRPr="0062109A">
        <w:rPr>
          <w:rFonts w:ascii="Times New Roman" w:eastAsia="MS Gothic" w:hAnsi="Times New Roman" w:cs="Times New Roman"/>
          <w:color w:val="000000"/>
        </w:rPr>
        <w:t>.</w:t>
      </w:r>
    </w:p>
    <w:p w14:paraId="7F99B84D"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Szintén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bebizonyosodik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valamely</w:t>
      </w:r>
      <w:proofErr w:type="spellEnd"/>
    </w:p>
    <w:p w14:paraId="47405C08"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okból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illetőleg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jogerősen</w:t>
      </w:r>
      <w:proofErr w:type="spellEnd"/>
    </w:p>
    <w:p w14:paraId="0B1774B4"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elrendeli</w:t>
      </w:r>
      <w:proofErr w:type="spellEnd"/>
      <w:r w:rsidRPr="0062109A">
        <w:rPr>
          <w:rFonts w:ascii="Times New Roman" w:eastAsia="MS Gothic" w:hAnsi="Times New Roman" w:cs="Times New Roman"/>
          <w:color w:val="000000"/>
        </w:rPr>
        <w:t>.</w:t>
      </w:r>
    </w:p>
    <w:p w14:paraId="1DE4D00B" w14:textId="77777777" w:rsidR="004E51DE" w:rsidRPr="0062109A" w:rsidRDefault="00000000" w:rsidP="00211F8D">
      <w:pPr>
        <w:wordWrap w:val="0"/>
        <w:autoSpaceDE w:val="0"/>
        <w:autoSpaceDN w:val="0"/>
        <w:spacing w:before="168" w:after="24"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tájékoztatóban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ismertetett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élhet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p>
    <w:p w14:paraId="6E0E07BE"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jogával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adatkezelési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végrehajtásához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w:t>
      </w:r>
      <w:proofErr w:type="spellEnd"/>
      <w:r w:rsidRPr="0062109A">
        <w:rPr>
          <w:rFonts w:ascii="Times New Roman" w:eastAsia="MS Gothic" w:hAnsi="Times New Roman" w:cs="Times New Roman"/>
          <w:color w:val="000000"/>
        </w:rPr>
        <w:t>.</w:t>
      </w:r>
    </w:p>
    <w:p w14:paraId="2B4BE462" w14:textId="77777777" w:rsidR="004E51DE" w:rsidRPr="0062109A" w:rsidRDefault="00000000" w:rsidP="00211F8D">
      <w:pPr>
        <w:pStyle w:val="Cmsor2"/>
      </w:pPr>
      <w:bookmarkStart w:id="34" w:name="_Toc219475613"/>
      <w:r w:rsidRPr="0062109A">
        <w:t>3.7.</w:t>
      </w:r>
      <w:r w:rsidRPr="0062109A">
        <w:rPr>
          <w:rFonts w:eastAsia="Times New Roman"/>
        </w:rPr>
        <w:t xml:space="preserve"> </w:t>
      </w:r>
      <w:r w:rsidRPr="0062109A">
        <w:t>Az</w:t>
      </w:r>
      <w:r w:rsidRPr="0062109A">
        <w:rPr>
          <w:rFonts w:eastAsia="Times New Roman"/>
        </w:rPr>
        <w:t xml:space="preserve"> </w:t>
      </w:r>
      <w:proofErr w:type="spellStart"/>
      <w:r w:rsidRPr="0062109A">
        <w:t>adathordozhatósághoz</w:t>
      </w:r>
      <w:proofErr w:type="spellEnd"/>
      <w:r w:rsidRPr="0062109A">
        <w:rPr>
          <w:rFonts w:eastAsia="Times New Roman"/>
        </w:rPr>
        <w:t xml:space="preserve"> </w:t>
      </w:r>
      <w:proofErr w:type="spellStart"/>
      <w:r w:rsidRPr="0062109A">
        <w:t>való</w:t>
      </w:r>
      <w:proofErr w:type="spellEnd"/>
      <w:r w:rsidRPr="0062109A">
        <w:rPr>
          <w:rFonts w:eastAsia="Times New Roman"/>
        </w:rPr>
        <w:t xml:space="preserve"> </w:t>
      </w:r>
      <w:r w:rsidRPr="0062109A">
        <w:t>jog</w:t>
      </w:r>
      <w:bookmarkEnd w:id="34"/>
    </w:p>
    <w:p w14:paraId="19854DDC" w14:textId="77777777" w:rsidR="004E51DE" w:rsidRPr="0062109A" w:rsidRDefault="00000000" w:rsidP="00211F8D">
      <w:pPr>
        <w:wordWrap w:val="0"/>
        <w:autoSpaceDE w:val="0"/>
        <w:autoSpaceDN w:val="0"/>
        <w:spacing w:before="189"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rendelkezésére</w:t>
      </w:r>
      <w:proofErr w:type="spellEnd"/>
    </w:p>
    <w:p w14:paraId="2A08A4A0"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bocsátott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tagolt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széles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körben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használt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géppel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olvasható</w:t>
      </w:r>
      <w:proofErr w:type="spellEnd"/>
    </w:p>
    <w:p w14:paraId="28A04E57"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formátumban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megkapja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másik</w:t>
      </w:r>
      <w:proofErr w:type="spellEnd"/>
    </w:p>
    <w:p w14:paraId="28EA2CA2"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anélkül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akadályozná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3ABF1234"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rendelkezésére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bocsátotta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4F2A1614"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szerződésen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működik</w:t>
      </w:r>
      <w:proofErr w:type="spellEnd"/>
      <w:r w:rsidRPr="0062109A">
        <w:rPr>
          <w:rFonts w:ascii="Times New Roman" w:eastAsia="MS Gothic" w:hAnsi="Times New Roman" w:cs="Times New Roman"/>
          <w:color w:val="000000"/>
        </w:rPr>
        <w:t>.</w:t>
      </w:r>
    </w:p>
    <w:p w14:paraId="1C9DD828"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hordozhatóságához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p>
    <w:p w14:paraId="6E7A36AB"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megvalósítható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kérje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közötti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közvetlen</w:t>
      </w:r>
      <w:proofErr w:type="spellEnd"/>
    </w:p>
    <w:p w14:paraId="61902A8A"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továbbítását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sértheti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elfeledtetéshez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jogot</w:t>
      </w:r>
      <w:proofErr w:type="spellEnd"/>
      <w:r w:rsidRPr="0062109A">
        <w:rPr>
          <w:rFonts w:ascii="Times New Roman" w:eastAsia="MS Gothic" w:hAnsi="Times New Roman" w:cs="Times New Roman"/>
          <w:color w:val="000000"/>
        </w:rPr>
        <w:t>.</w:t>
      </w:r>
    </w:p>
    <w:p w14:paraId="72BCEA0A" w14:textId="77777777" w:rsidR="004E51DE" w:rsidRPr="0062109A" w:rsidRDefault="00000000" w:rsidP="00211F8D">
      <w:pPr>
        <w:wordWrap w:val="0"/>
        <w:autoSpaceDE w:val="0"/>
        <w:autoSpaceDN w:val="0"/>
        <w:spacing w:before="171"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adathordozhatóság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azokra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546B6FC7"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formában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hozzájárulása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MS Gothic" w:hAnsi="Times New Roman" w:cs="Times New Roman"/>
          <w:color w:val="000000"/>
        </w:rPr>
        <w:t>.</w:t>
      </w:r>
    </w:p>
    <w:p w14:paraId="38ABFFBB" w14:textId="77777777" w:rsidR="004E51DE" w:rsidRPr="0062109A" w:rsidRDefault="00000000" w:rsidP="00211F8D">
      <w:pPr>
        <w:pStyle w:val="Cmsor2"/>
      </w:pPr>
      <w:bookmarkStart w:id="35" w:name="_Toc219475614"/>
      <w:r w:rsidRPr="0062109A">
        <w:t>3.8.</w:t>
      </w:r>
      <w:r w:rsidRPr="0062109A">
        <w:rPr>
          <w:rFonts w:eastAsia="Times New Roman"/>
        </w:rPr>
        <w:t xml:space="preserve"> </w:t>
      </w:r>
      <w:r w:rsidRPr="0062109A">
        <w:t>A</w:t>
      </w:r>
      <w:r w:rsidRPr="0062109A">
        <w:rPr>
          <w:rFonts w:eastAsia="Times New Roman"/>
        </w:rPr>
        <w:t xml:space="preserve"> </w:t>
      </w:r>
      <w:proofErr w:type="spellStart"/>
      <w:r w:rsidRPr="0062109A">
        <w:t>hozzájárulás</w:t>
      </w:r>
      <w:proofErr w:type="spellEnd"/>
      <w:r w:rsidRPr="0062109A">
        <w:rPr>
          <w:rFonts w:eastAsia="Times New Roman"/>
        </w:rPr>
        <w:t xml:space="preserve"> </w:t>
      </w:r>
      <w:proofErr w:type="spellStart"/>
      <w:r w:rsidRPr="0062109A">
        <w:t>visszavonása</w:t>
      </w:r>
      <w:bookmarkEnd w:id="35"/>
      <w:proofErr w:type="spellEnd"/>
    </w:p>
    <w:p w14:paraId="397E8BFD"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bármikor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hozzájárulását</w:t>
      </w:r>
      <w:proofErr w:type="spellEnd"/>
    </w:p>
    <w:p w14:paraId="46CD47B2"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indoklás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nélkül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visszavonja</w:t>
      </w:r>
      <w:proofErr w:type="spellEnd"/>
      <w:r w:rsidRPr="0062109A">
        <w:rPr>
          <w:rFonts w:ascii="Times New Roman" w:eastAsia="MS Gothic" w:hAnsi="Times New Roman" w:cs="Times New Roman"/>
          <w:i/>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levélben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visszavonását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p>
    <w:p w14:paraId="4C4448E3"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hitelesnek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megküldött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egyértelműen</w:t>
      </w:r>
      <w:proofErr w:type="spellEnd"/>
    </w:p>
    <w:p w14:paraId="72AD0268"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beazonosítható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w:t>
      </w:r>
      <w:proofErr w:type="spellStart"/>
      <w:r w:rsidRPr="0062109A">
        <w:rPr>
          <w:rFonts w:ascii="Times New Roman" w:eastAsia="MS Gothic" w:hAnsi="Times New Roman" w:cs="Times New Roman"/>
          <w:color w:val="000000"/>
        </w:rPr>
        <w:t>mailben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hozzájárulás-visszavonást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akkor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w:t>
      </w:r>
      <w:proofErr w:type="spellEnd"/>
    </w:p>
    <w:p w14:paraId="724236BB"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hitelesnek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címéről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küldik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zárja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ki,</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713A93F3" w14:textId="77777777" w:rsidR="004E51DE" w:rsidRPr="0062109A" w:rsidRDefault="00000000" w:rsidP="00211F8D">
      <w:pPr>
        <w:wordWrap w:val="0"/>
        <w:autoSpaceDE w:val="0"/>
        <w:autoSpaceDN w:val="0"/>
        <w:spacing w:before="50" w:after="51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megadása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beazonosítsa</w:t>
      </w:r>
      <w:proofErr w:type="spellEnd"/>
      <w:r w:rsidRPr="0062109A">
        <w:rPr>
          <w:rFonts w:ascii="Times New Roman" w:eastAsia="MS Gothic" w:hAnsi="Times New Roman" w:cs="Times New Roman"/>
          <w:color w:val="000000"/>
        </w:rPr>
        <w:t>.</w:t>
      </w:r>
    </w:p>
    <w:p w14:paraId="21C3CAEB" w14:textId="5B6F3007" w:rsidR="004E51DE" w:rsidRPr="0062109A" w:rsidRDefault="004E51DE" w:rsidP="00211F8D">
      <w:pPr>
        <w:wordWrap w:val="0"/>
        <w:autoSpaceDE w:val="0"/>
        <w:autoSpaceDN w:val="0"/>
        <w:spacing w:before="1027" w:after="0" w:line="221" w:lineRule="exact"/>
        <w:ind w:left="4819"/>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6F4C6652" w14:textId="344D0E21" w:rsidR="004E51DE" w:rsidRPr="0062109A" w:rsidRDefault="004E51DE" w:rsidP="00211F8D">
      <w:pPr>
        <w:wordWrap w:val="0"/>
        <w:autoSpaceDE w:val="0"/>
        <w:autoSpaceDN w:val="0"/>
        <w:spacing w:after="251" w:line="14" w:lineRule="exact"/>
        <w:rPr>
          <w:rFonts w:ascii="Times New Roman" w:hAnsi="Times New Roman" w:cs="Times New Roman"/>
        </w:rPr>
      </w:pPr>
    </w:p>
    <w:p w14:paraId="60FE4688" w14:textId="77777777" w:rsidR="004E51DE" w:rsidRPr="0062109A" w:rsidRDefault="00000000" w:rsidP="00211F8D">
      <w:pPr>
        <w:wordWrap w:val="0"/>
        <w:autoSpaceDE w:val="0"/>
        <w:autoSpaceDN w:val="0"/>
        <w:spacing w:before="530" w:after="3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visszavonás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w:t>
      </w:r>
      <w:proofErr w:type="spellEnd"/>
    </w:p>
    <w:p w14:paraId="15E4BB3B"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végrehajtott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jogszerűségét</w:t>
      </w:r>
      <w:proofErr w:type="spellEnd"/>
      <w:r w:rsidRPr="0062109A">
        <w:rPr>
          <w:rFonts w:ascii="Times New Roman" w:eastAsia="MS Gothic" w:hAnsi="Times New Roman" w:cs="Times New Roman"/>
          <w:color w:val="000000"/>
        </w:rPr>
        <w:t>.</w:t>
      </w:r>
    </w:p>
    <w:p w14:paraId="02EF8886" w14:textId="77777777" w:rsidR="004E51DE" w:rsidRPr="0062109A" w:rsidRDefault="00000000" w:rsidP="00211F8D">
      <w:pPr>
        <w:pStyle w:val="Cmsor2"/>
      </w:pPr>
      <w:bookmarkStart w:id="36" w:name="_Toc219475615"/>
      <w:r w:rsidRPr="0062109A">
        <w:t>3.9.</w:t>
      </w:r>
      <w:r w:rsidRPr="0062109A">
        <w:rPr>
          <w:rFonts w:eastAsia="Times New Roman"/>
        </w:rPr>
        <w:t xml:space="preserve"> </w:t>
      </w:r>
      <w:proofErr w:type="spellStart"/>
      <w:r w:rsidRPr="0062109A">
        <w:t>Automatizált</w:t>
      </w:r>
      <w:proofErr w:type="spellEnd"/>
      <w:r w:rsidRPr="0062109A">
        <w:rPr>
          <w:rFonts w:eastAsia="Times New Roman"/>
        </w:rPr>
        <w:t xml:space="preserve"> </w:t>
      </w:r>
      <w:proofErr w:type="spellStart"/>
      <w:r w:rsidRPr="0062109A">
        <w:t>döntéshozatal</w:t>
      </w:r>
      <w:proofErr w:type="spellEnd"/>
      <w:r w:rsidRPr="0062109A">
        <w:rPr>
          <w:rFonts w:eastAsia="Times New Roman"/>
        </w:rPr>
        <w:t xml:space="preserve"> </w:t>
      </w:r>
      <w:proofErr w:type="spellStart"/>
      <w:r w:rsidRPr="0062109A">
        <w:t>esetén</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proofErr w:type="spellStart"/>
      <w:r w:rsidRPr="0062109A">
        <w:t>érintettet</w:t>
      </w:r>
      <w:proofErr w:type="spellEnd"/>
      <w:r w:rsidRPr="0062109A">
        <w:rPr>
          <w:rFonts w:eastAsia="Times New Roman"/>
        </w:rPr>
        <w:t xml:space="preserve"> </w:t>
      </w:r>
      <w:proofErr w:type="spellStart"/>
      <w:r w:rsidRPr="0062109A">
        <w:t>megillető</w:t>
      </w:r>
      <w:proofErr w:type="spellEnd"/>
      <w:r w:rsidRPr="0062109A">
        <w:rPr>
          <w:rFonts w:eastAsia="Times New Roman"/>
        </w:rPr>
        <w:t xml:space="preserve"> </w:t>
      </w:r>
      <w:r w:rsidRPr="0062109A">
        <w:t>jog</w:t>
      </w:r>
      <w:bookmarkEnd w:id="36"/>
    </w:p>
    <w:p w14:paraId="3A553819"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ne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terjedjen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ki</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kizárólag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p>
    <w:p w14:paraId="7255F27F"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adatkezelésen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ideértve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profilalkotást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döntés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hatálya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nézve</w:t>
      </w:r>
      <w:proofErr w:type="spellEnd"/>
    </w:p>
    <w:p w14:paraId="6644D3B1"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joghatással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járna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r w:rsidRPr="0062109A">
        <w:rPr>
          <w:rFonts w:ascii="Times New Roman" w:eastAsia="MS Gothic" w:hAnsi="Times New Roman" w:cs="Times New Roman"/>
          <w:color w:val="000000"/>
          <w:w w:val="99"/>
        </w:rPr>
        <w:t>őt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hasonlóképpen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jelentős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mértékben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érintené</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Ezarendelkezés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p>
    <w:p w14:paraId="797A1A51"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alkalmazható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következő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esetekben</w:t>
      </w:r>
      <w:proofErr w:type="spellEnd"/>
      <w:r w:rsidRPr="0062109A">
        <w:rPr>
          <w:rFonts w:ascii="Times New Roman" w:eastAsia="MS Gothic" w:hAnsi="Times New Roman" w:cs="Times New Roman"/>
          <w:color w:val="000000"/>
        </w:rPr>
        <w:t>:</w:t>
      </w:r>
    </w:p>
    <w:p w14:paraId="5C50A0A4" w14:textId="77777777" w:rsidR="004E51DE" w:rsidRPr="0062109A" w:rsidRDefault="00000000" w:rsidP="00211F8D">
      <w:pPr>
        <w:wordWrap w:val="0"/>
        <w:autoSpaceDE w:val="0"/>
        <w:autoSpaceDN w:val="0"/>
        <w:spacing w:before="168" w:after="24" w:line="221" w:lineRule="exact"/>
        <w:ind w:left="429"/>
        <w:rPr>
          <w:rFonts w:ascii="Times New Roman" w:hAnsi="Times New Roman" w:cs="Times New Roman"/>
        </w:rPr>
      </w:pP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közötti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megkötése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p>
    <w:p w14:paraId="1C2FA04D" w14:textId="77777777" w:rsidR="004E51DE" w:rsidRPr="0062109A" w:rsidRDefault="00000000" w:rsidP="00211F8D">
      <w:pPr>
        <w:wordWrap w:val="0"/>
        <w:autoSpaceDE w:val="0"/>
        <w:autoSpaceDN w:val="0"/>
        <w:spacing w:before="48" w:after="2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szükséges</w:t>
      </w:r>
      <w:proofErr w:type="spellEnd"/>
      <w:r w:rsidRPr="0062109A">
        <w:rPr>
          <w:rFonts w:ascii="Times New Roman" w:eastAsia="MS Gothic" w:hAnsi="Times New Roman" w:cs="Times New Roman"/>
          <w:color w:val="000000"/>
        </w:rPr>
        <w:t>,</w:t>
      </w:r>
    </w:p>
    <w:p w14:paraId="6A2572F3" w14:textId="77777777" w:rsidR="004E51DE" w:rsidRPr="0062109A" w:rsidRDefault="00000000" w:rsidP="00211F8D">
      <w:pPr>
        <w:wordWrap w:val="0"/>
        <w:autoSpaceDE w:val="0"/>
        <w:autoSpaceDN w:val="0"/>
        <w:spacing w:before="50" w:after="24" w:line="221" w:lineRule="exact"/>
        <w:ind w:left="429"/>
        <w:rPr>
          <w:rFonts w:ascii="Times New Roman" w:hAnsi="Times New Roman" w:cs="Times New Roman"/>
        </w:rPr>
      </w:pP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meghozatalát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alkalmazandó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uniós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tagállami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teszi</w:t>
      </w:r>
      <w:proofErr w:type="spellEnd"/>
    </w:p>
    <w:p w14:paraId="39B7D155" w14:textId="77777777" w:rsidR="004E51DE" w:rsidRPr="0062109A" w:rsidRDefault="00000000" w:rsidP="00211F8D">
      <w:pPr>
        <w:wordWrap w:val="0"/>
        <w:autoSpaceDE w:val="0"/>
        <w:autoSpaceDN w:val="0"/>
        <w:spacing w:before="48" w:after="2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lehetővé</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szabadságának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érdekeinek</w:t>
      </w:r>
      <w:proofErr w:type="spellEnd"/>
    </w:p>
    <w:p w14:paraId="5BE689C9" w14:textId="77777777" w:rsidR="004E51DE" w:rsidRPr="0062109A" w:rsidRDefault="00000000" w:rsidP="00211F8D">
      <w:pPr>
        <w:wordWrap w:val="0"/>
        <w:autoSpaceDE w:val="0"/>
        <w:autoSpaceDN w:val="0"/>
        <w:spacing w:before="50"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védelmét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megállapít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MS Gothic" w:hAnsi="Times New Roman" w:cs="Times New Roman"/>
          <w:color w:val="000000"/>
        </w:rPr>
        <w:t>,</w:t>
      </w:r>
    </w:p>
    <w:p w14:paraId="3640D10B" w14:textId="77777777" w:rsidR="004E51DE" w:rsidRPr="0062109A" w:rsidRDefault="00000000" w:rsidP="00211F8D">
      <w:pPr>
        <w:wordWrap w:val="0"/>
        <w:autoSpaceDE w:val="0"/>
        <w:autoSpaceDN w:val="0"/>
        <w:spacing w:before="48" w:after="84" w:line="221" w:lineRule="exact"/>
        <w:ind w:left="429"/>
        <w:rPr>
          <w:rFonts w:ascii="Times New Roman" w:hAnsi="Times New Roman" w:cs="Times New Roman"/>
        </w:rPr>
      </w:pP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kifejezett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hozzájárulásán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w:t>
      </w:r>
      <w:proofErr w:type="spellEnd"/>
      <w:r w:rsidRPr="0062109A">
        <w:rPr>
          <w:rFonts w:ascii="Times New Roman" w:eastAsia="MS Gothic" w:hAnsi="Times New Roman" w:cs="Times New Roman"/>
          <w:color w:val="000000"/>
        </w:rPr>
        <w:t>.</w:t>
      </w:r>
    </w:p>
    <w:p w14:paraId="6FA0517C"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biztosítani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legalább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p>
    <w:p w14:paraId="7462EE9D"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részéről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emberi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beavatkozást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kérjen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álláspontját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kifejezze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döntéssel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kifogást</w:t>
      </w:r>
      <w:proofErr w:type="spellEnd"/>
    </w:p>
    <w:p w14:paraId="126904E2"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nyújtson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be.</w:t>
      </w:r>
    </w:p>
    <w:p w14:paraId="61ED11B7"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meggyőződni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valóban</w:t>
      </w:r>
      <w:proofErr w:type="spellEnd"/>
    </w:p>
    <w:p w14:paraId="5ECD7B7C"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arra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kívánja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érvényesíteni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Ehhez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indokolt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p>
    <w:p w14:paraId="0C07345E"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szükség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megjelenjen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telephelyén</w:t>
      </w:r>
      <w:proofErr w:type="spellEnd"/>
    </w:p>
    <w:p w14:paraId="0B70B858"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személyazonosítás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p>
    <w:p w14:paraId="7E5CB24D" w14:textId="77777777" w:rsidR="004E51DE" w:rsidRPr="0062109A" w:rsidRDefault="00000000" w:rsidP="00211F8D">
      <w:pPr>
        <w:pStyle w:val="Cmsor2"/>
      </w:pPr>
      <w:bookmarkStart w:id="37" w:name="_Toc219475616"/>
      <w:r w:rsidRPr="0062109A">
        <w:t>3.10.</w:t>
      </w:r>
      <w:r w:rsidRPr="0062109A">
        <w:rPr>
          <w:rFonts w:eastAsia="Times New Roman"/>
        </w:rPr>
        <w:t xml:space="preserve"> </w:t>
      </w:r>
      <w:proofErr w:type="spellStart"/>
      <w:r w:rsidRPr="0062109A">
        <w:t>Hogyan</w:t>
      </w:r>
      <w:proofErr w:type="spellEnd"/>
      <w:r w:rsidRPr="0062109A">
        <w:rPr>
          <w:rFonts w:eastAsia="Times New Roman"/>
        </w:rPr>
        <w:t xml:space="preserve"> </w:t>
      </w:r>
      <w:proofErr w:type="spellStart"/>
      <w:r w:rsidRPr="0062109A">
        <w:t>érvényesítheti</w:t>
      </w:r>
      <w:proofErr w:type="spellEnd"/>
      <w:r w:rsidRPr="0062109A">
        <w:rPr>
          <w:rFonts w:eastAsia="Times New Roman"/>
        </w:rPr>
        <w:t xml:space="preserve"> </w:t>
      </w:r>
      <w:r w:rsidRPr="0062109A">
        <w:t>a</w:t>
      </w:r>
      <w:r w:rsidRPr="0062109A">
        <w:rPr>
          <w:rFonts w:eastAsia="Times New Roman"/>
        </w:rPr>
        <w:t xml:space="preserve"> </w:t>
      </w:r>
      <w:proofErr w:type="spellStart"/>
      <w:r w:rsidRPr="0062109A">
        <w:t>személyes</w:t>
      </w:r>
      <w:proofErr w:type="spellEnd"/>
      <w:r w:rsidRPr="0062109A">
        <w:rPr>
          <w:rFonts w:eastAsia="Times New Roman"/>
        </w:rPr>
        <w:t xml:space="preserve"> </w:t>
      </w:r>
      <w:proofErr w:type="spellStart"/>
      <w:r w:rsidRPr="0062109A">
        <w:t>adataihoz</w:t>
      </w:r>
      <w:proofErr w:type="spellEnd"/>
      <w:r w:rsidRPr="0062109A">
        <w:rPr>
          <w:rFonts w:eastAsia="Times New Roman"/>
        </w:rPr>
        <w:t xml:space="preserve"> </w:t>
      </w:r>
      <w:proofErr w:type="spellStart"/>
      <w:r w:rsidRPr="0062109A">
        <w:t>fűződő</w:t>
      </w:r>
      <w:proofErr w:type="spellEnd"/>
      <w:r w:rsidRPr="0062109A">
        <w:rPr>
          <w:rFonts w:eastAsia="Times New Roman"/>
        </w:rPr>
        <w:t xml:space="preserve"> </w:t>
      </w:r>
      <w:proofErr w:type="spellStart"/>
      <w:r w:rsidRPr="0062109A">
        <w:t>jogait</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proofErr w:type="spellStart"/>
      <w:r w:rsidRPr="0062109A">
        <w:t>Adatkezelővel</w:t>
      </w:r>
      <w:bookmarkEnd w:id="37"/>
      <w:proofErr w:type="spellEnd"/>
    </w:p>
    <w:p w14:paraId="453125DD" w14:textId="77777777" w:rsidR="004E51DE" w:rsidRPr="0062109A" w:rsidRDefault="00000000" w:rsidP="00211F8D">
      <w:pPr>
        <w:pStyle w:val="Cmsor2"/>
      </w:pPr>
      <w:bookmarkStart w:id="38" w:name="_Toc219475617"/>
      <w:proofErr w:type="spellStart"/>
      <w:r w:rsidRPr="0062109A">
        <w:t>szemben</w:t>
      </w:r>
      <w:proofErr w:type="spellEnd"/>
      <w:r w:rsidRPr="0062109A">
        <w:t>?</w:t>
      </w:r>
      <w:bookmarkEnd w:id="38"/>
    </w:p>
    <w:p w14:paraId="09866CB9"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gyakorlásával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feladatait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kérésének</w:t>
      </w:r>
      <w:proofErr w:type="spellEnd"/>
    </w:p>
    <w:p w14:paraId="0505BC18"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99"/>
        </w:rPr>
        <w:t>kézhezvételéről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számított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belül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napon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teljesíti</w:t>
      </w:r>
      <w:proofErr w:type="spellEnd"/>
      <w:r w:rsidRPr="0062109A">
        <w:rPr>
          <w:rFonts w:ascii="Times New Roman" w:eastAsia="MS Gothic" w:hAnsi="Times New Roman" w:cs="Times New Roman"/>
          <w:color w:val="000000"/>
        </w:rPr>
        <w:t>.</w:t>
      </w:r>
    </w:p>
    <w:p w14:paraId="480D91C0"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halálát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belül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4B9D52F5"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korlátozásához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tiltakozáshoz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p>
    <w:p w14:paraId="6D846388"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gyakorolhatja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Adatkezelőnél,</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ügyintézési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rendelkezéssel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p>
    <w:p w14:paraId="0AEB5324"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közokiratban</w:t>
      </w:r>
      <w:proofErr w:type="spellEnd"/>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teljes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erejű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magánokiratban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Adatkezelőnél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nyilatkozattal</w:t>
      </w:r>
      <w:proofErr w:type="spellEnd"/>
    </w:p>
    <w:p w14:paraId="00E153F0"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meghatalmazott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Ilyen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meghatalmazás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hiányában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helyesbítéshez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tiltakozáshoz</w:t>
      </w:r>
      <w:proofErr w:type="spellEnd"/>
      <w:r w:rsidRPr="0062109A">
        <w:rPr>
          <w:rFonts w:ascii="Times New Roman" w:eastAsia="MS Gothic" w:hAnsi="Times New Roman" w:cs="Times New Roman"/>
          <w:color w:val="000000"/>
        </w:rPr>
        <w:t>,</w:t>
      </w:r>
    </w:p>
    <w:p w14:paraId="5F5DD914"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életében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volt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p>
    <w:p w14:paraId="2E5DCBA1"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célja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halálával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megszűnt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p>
    <w:p w14:paraId="5F59ABFD"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hozzátartozója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házastárs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egyeneságbeli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rokon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testvér</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p>
    <w:p w14:paraId="0E27F436"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gyakorolhatja</w:t>
      </w:r>
      <w:proofErr w:type="spellEnd"/>
      <w:r w:rsidRPr="0062109A">
        <w:rPr>
          <w:rFonts w:ascii="Times New Roman" w:eastAsia="MS Gothic" w:hAnsi="Times New Roman" w:cs="Times New Roman"/>
          <w:color w:val="000000"/>
        </w:rPr>
        <w:t>.</w:t>
      </w:r>
    </w:p>
    <w:p w14:paraId="2DD0734A" w14:textId="77777777" w:rsidR="004E51DE" w:rsidRPr="0062109A" w:rsidRDefault="00000000" w:rsidP="00211F8D">
      <w:pPr>
        <w:wordWrap w:val="0"/>
        <w:autoSpaceDE w:val="0"/>
        <w:autoSpaceDN w:val="0"/>
        <w:spacing w:before="168" w:after="24"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érvényesítő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halálának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tényét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saját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személyazonosságát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30E3B626"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közeli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hozzátartozói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minőségét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bizonyítani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számára</w:t>
      </w:r>
      <w:proofErr w:type="spellEnd"/>
      <w:r w:rsidRPr="0062109A">
        <w:rPr>
          <w:rFonts w:ascii="Times New Roman" w:eastAsia="MS Gothic" w:hAnsi="Times New Roman" w:cs="Times New Roman"/>
          <w:color w:val="000000"/>
        </w:rPr>
        <w:t>.</w:t>
      </w:r>
    </w:p>
    <w:p w14:paraId="2ACFA899" w14:textId="77777777" w:rsidR="004E51DE" w:rsidRPr="0062109A" w:rsidRDefault="00000000" w:rsidP="00211F8D">
      <w:pPr>
        <w:pStyle w:val="Cmsor1"/>
      </w:pPr>
      <w:bookmarkStart w:id="39" w:name="_Toc219475618"/>
      <w:r w:rsidRPr="0062109A">
        <w:t>4.</w:t>
      </w:r>
      <w:r w:rsidRPr="0062109A">
        <w:rPr>
          <w:rFonts w:eastAsia="Times New Roman"/>
        </w:rPr>
        <w:t xml:space="preserve"> </w:t>
      </w:r>
      <w:proofErr w:type="spellStart"/>
      <w:r w:rsidRPr="0062109A">
        <w:t>Jogorvoslat</w:t>
      </w:r>
      <w:proofErr w:type="spellEnd"/>
      <w:r w:rsidRPr="0062109A">
        <w:rPr>
          <w:rFonts w:eastAsia="Times New Roman"/>
        </w:rPr>
        <w:t xml:space="preserve"> </w:t>
      </w:r>
      <w:proofErr w:type="spellStart"/>
      <w:r w:rsidRPr="0062109A">
        <w:t>igénybevétele</w:t>
      </w:r>
      <w:proofErr w:type="spellEnd"/>
      <w:r w:rsidRPr="0062109A">
        <w:rPr>
          <w:rFonts w:eastAsia="Times New Roman"/>
        </w:rPr>
        <w:t xml:space="preserve"> </w:t>
      </w:r>
      <w:r w:rsidRPr="00211F8D">
        <w:t>–</w:t>
      </w:r>
      <w:r w:rsidRPr="00211F8D">
        <w:rPr>
          <w:rFonts w:eastAsia="Times New Roman"/>
        </w:rPr>
        <w:t xml:space="preserve"> </w:t>
      </w:r>
      <w:proofErr w:type="spellStart"/>
      <w:r w:rsidRPr="00211F8D">
        <w:t>vagylagosan</w:t>
      </w:r>
      <w:proofErr w:type="spellEnd"/>
      <w:r w:rsidRPr="00211F8D">
        <w:rPr>
          <w:rFonts w:eastAsia="Times New Roman"/>
        </w:rPr>
        <w:t xml:space="preserve"> </w:t>
      </w:r>
      <w:proofErr w:type="spellStart"/>
      <w:r w:rsidRPr="00211F8D">
        <w:t>rendelkezésre</w:t>
      </w:r>
      <w:proofErr w:type="spellEnd"/>
      <w:r w:rsidRPr="00211F8D">
        <w:rPr>
          <w:rFonts w:eastAsia="Times New Roman"/>
        </w:rPr>
        <w:t xml:space="preserve"> </w:t>
      </w:r>
      <w:proofErr w:type="spellStart"/>
      <w:r w:rsidRPr="00211F8D">
        <w:t>álló</w:t>
      </w:r>
      <w:proofErr w:type="spellEnd"/>
      <w:r w:rsidRPr="00211F8D">
        <w:rPr>
          <w:rFonts w:eastAsia="Times New Roman"/>
        </w:rPr>
        <w:t xml:space="preserve"> </w:t>
      </w:r>
      <w:proofErr w:type="spellStart"/>
      <w:r w:rsidRPr="00211F8D">
        <w:t>lehetőségek</w:t>
      </w:r>
      <w:bookmarkEnd w:id="39"/>
      <w:proofErr w:type="spellEnd"/>
    </w:p>
    <w:p w14:paraId="7B83B26C" w14:textId="77777777" w:rsidR="004E51DE" w:rsidRPr="0062109A" w:rsidRDefault="00000000" w:rsidP="00211F8D">
      <w:pPr>
        <w:pStyle w:val="Cmsor2"/>
      </w:pPr>
      <w:bookmarkStart w:id="40" w:name="_Toc219475619"/>
      <w:r w:rsidRPr="0062109A">
        <w:t>4.1.</w:t>
      </w:r>
      <w:r w:rsidRPr="0062109A">
        <w:rPr>
          <w:rFonts w:eastAsia="Times New Roman"/>
        </w:rPr>
        <w:t xml:space="preserve"> </w:t>
      </w:r>
      <w:proofErr w:type="spellStart"/>
      <w:r w:rsidRPr="0062109A">
        <w:t>Panasz</w:t>
      </w:r>
      <w:proofErr w:type="spellEnd"/>
      <w:r w:rsidRPr="0062109A">
        <w:rPr>
          <w:rFonts w:eastAsia="Times New Roman"/>
        </w:rPr>
        <w:t xml:space="preserve"> </w:t>
      </w:r>
      <w:proofErr w:type="spellStart"/>
      <w:r w:rsidRPr="0062109A">
        <w:t>benyújtása</w:t>
      </w:r>
      <w:proofErr w:type="spellEnd"/>
      <w:r w:rsidRPr="0062109A">
        <w:rPr>
          <w:rFonts w:eastAsia="Times New Roman"/>
        </w:rPr>
        <w:t xml:space="preserve"> </w:t>
      </w:r>
      <w:proofErr w:type="spellStart"/>
      <w:r w:rsidRPr="0062109A">
        <w:t>az</w:t>
      </w:r>
      <w:proofErr w:type="spellEnd"/>
      <w:r w:rsidRPr="0062109A">
        <w:rPr>
          <w:rFonts w:eastAsia="Times New Roman"/>
        </w:rPr>
        <w:t xml:space="preserve"> </w:t>
      </w:r>
      <w:proofErr w:type="spellStart"/>
      <w:r w:rsidRPr="0062109A">
        <w:t>Adatkezelőhöz</w:t>
      </w:r>
      <w:bookmarkEnd w:id="40"/>
      <w:proofErr w:type="spellEnd"/>
    </w:p>
    <w:p w14:paraId="0660C5F6" w14:textId="77777777" w:rsidR="004E51DE" w:rsidRPr="0062109A" w:rsidRDefault="00000000" w:rsidP="00211F8D">
      <w:pPr>
        <w:wordWrap w:val="0"/>
        <w:autoSpaceDE w:val="0"/>
        <w:autoSpaceDN w:val="0"/>
        <w:spacing w:before="189"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problémája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p>
    <w:p w14:paraId="4997110F"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lehetősége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van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közvetlenül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koordinátorhoz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fordulni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panaszával</w:t>
      </w:r>
      <w:proofErr w:type="spellEnd"/>
      <w:r w:rsidRPr="0062109A">
        <w:rPr>
          <w:rFonts w:ascii="Times New Roman" w:eastAsia="MS Gothic" w:hAnsi="Times New Roman" w:cs="Times New Roman"/>
          <w:color w:val="000000"/>
        </w:rPr>
        <w:t>.</w:t>
      </w:r>
    </w:p>
    <w:p w14:paraId="43764A1C" w14:textId="77777777" w:rsidR="004E51DE" w:rsidRPr="0062109A" w:rsidRDefault="00000000" w:rsidP="00211F8D">
      <w:pPr>
        <w:pStyle w:val="Cmsor2"/>
      </w:pPr>
      <w:bookmarkStart w:id="41" w:name="_Toc219475620"/>
      <w:r w:rsidRPr="0062109A">
        <w:t>4.2.</w:t>
      </w:r>
      <w:r w:rsidRPr="0062109A">
        <w:rPr>
          <w:rFonts w:eastAsia="Times New Roman"/>
        </w:rPr>
        <w:t xml:space="preserve"> </w:t>
      </w:r>
      <w:proofErr w:type="spellStart"/>
      <w:r w:rsidRPr="0062109A">
        <w:t>Nemzeti</w:t>
      </w:r>
      <w:proofErr w:type="spellEnd"/>
      <w:r w:rsidRPr="0062109A">
        <w:rPr>
          <w:rFonts w:eastAsia="Times New Roman"/>
        </w:rPr>
        <w:t xml:space="preserve"> </w:t>
      </w:r>
      <w:proofErr w:type="spellStart"/>
      <w:r w:rsidRPr="0062109A">
        <w:t>Adatvédelmi</w:t>
      </w:r>
      <w:proofErr w:type="spellEnd"/>
      <w:r w:rsidRPr="0062109A">
        <w:rPr>
          <w:rFonts w:eastAsia="Times New Roman"/>
        </w:rPr>
        <w:t xml:space="preserve"> </w:t>
      </w:r>
      <w:proofErr w:type="spellStart"/>
      <w:r w:rsidRPr="0062109A">
        <w:t>és</w:t>
      </w:r>
      <w:proofErr w:type="spellEnd"/>
      <w:r w:rsidRPr="0062109A">
        <w:rPr>
          <w:rFonts w:eastAsia="Times New Roman"/>
        </w:rPr>
        <w:t xml:space="preserve"> </w:t>
      </w:r>
      <w:proofErr w:type="spellStart"/>
      <w:r w:rsidRPr="0062109A">
        <w:t>Információszabadság</w:t>
      </w:r>
      <w:proofErr w:type="spellEnd"/>
      <w:r w:rsidRPr="0062109A">
        <w:rPr>
          <w:rFonts w:eastAsia="Times New Roman"/>
        </w:rPr>
        <w:t xml:space="preserve"> </w:t>
      </w:r>
      <w:proofErr w:type="spellStart"/>
      <w:r w:rsidRPr="0062109A">
        <w:t>Hatóságnál</w:t>
      </w:r>
      <w:proofErr w:type="spellEnd"/>
      <w:r w:rsidRPr="0062109A">
        <w:rPr>
          <w:rFonts w:eastAsia="Times New Roman"/>
        </w:rPr>
        <w:t xml:space="preserve"> </w:t>
      </w:r>
      <w:proofErr w:type="spellStart"/>
      <w:r w:rsidRPr="0062109A">
        <w:t>kezdeményezhető</w:t>
      </w:r>
      <w:proofErr w:type="spellEnd"/>
      <w:r w:rsidRPr="0062109A">
        <w:rPr>
          <w:rFonts w:eastAsia="Times New Roman"/>
        </w:rPr>
        <w:t xml:space="preserve"> </w:t>
      </w:r>
      <w:proofErr w:type="spellStart"/>
      <w:r w:rsidRPr="0062109A">
        <w:t>vizsgálat</w:t>
      </w:r>
      <w:bookmarkEnd w:id="41"/>
      <w:proofErr w:type="spellEnd"/>
    </w:p>
    <w:p w14:paraId="2C05EFF6" w14:textId="77777777" w:rsidR="004E51DE" w:rsidRPr="0062109A" w:rsidRDefault="00000000" w:rsidP="00211F8D">
      <w:pPr>
        <w:wordWrap w:val="0"/>
        <w:autoSpaceDE w:val="0"/>
        <w:autoSpaceDN w:val="0"/>
        <w:spacing w:before="189" w:after="2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Nemzeti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Információszabadság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Hatóságnál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w:t>
      </w:r>
      <w:proofErr w:type="spellEnd"/>
      <w:r w:rsidRPr="0062109A">
        <w:rPr>
          <w:rFonts w:ascii="Times New Roman" w:eastAsia="MS Gothic" w:hAnsi="Times New Roman" w:cs="Times New Roman"/>
          <w:color w:val="000000"/>
        </w:rPr>
        <w:t>)</w:t>
      </w:r>
    </w:p>
    <w:p w14:paraId="7AD37765"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lastRenderedPageBreak/>
        <w:t>bejelentéssel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bárki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vizsgálatot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kezdeményezhet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hivatkozással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p w14:paraId="0311365F" w14:textId="44E1434D" w:rsidR="004E51DE" w:rsidRPr="0062109A" w:rsidRDefault="00000000" w:rsidP="0028429E">
      <w:pPr>
        <w:wordWrap w:val="0"/>
        <w:autoSpaceDE w:val="0"/>
        <w:autoSpaceDN w:val="0"/>
        <w:spacing w:before="48" w:after="3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kezelésével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jogsérelem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következett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közvetlen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veszélye</w:t>
      </w:r>
      <w:proofErr w:type="spellEnd"/>
      <w:r w:rsidR="0028429E">
        <w:rPr>
          <w:rFonts w:ascii="Times New Roman" w:hAnsi="Times New Roman" w:cs="Times New Roman"/>
        </w:rPr>
        <w:t xml:space="preserve"> </w:t>
      </w:r>
      <w:proofErr w:type="spellStart"/>
      <w:r w:rsidRPr="0062109A">
        <w:rPr>
          <w:rFonts w:ascii="Times New Roman" w:eastAsia="MS Gothic" w:hAnsi="Times New Roman" w:cs="Times New Roman"/>
          <w:color w:val="000000"/>
        </w:rPr>
        <w:t>fennáll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Amennyiben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0028429E">
        <w:rPr>
          <w:rFonts w:ascii="Times New Roman" w:eastAsia="Times New Roman" w:hAnsi="Times New Roman" w:cs="Times New Roman"/>
          <w:color w:val="000000"/>
        </w:rPr>
        <w:br/>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döntésével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0028429E">
        <w:rPr>
          <w:rFonts w:ascii="Times New Roman" w:eastAsia="MS Gothic"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esetleges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jogsértése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panasszal</w:t>
      </w:r>
      <w:proofErr w:type="spellEnd"/>
      <w:r w:rsidRPr="0062109A">
        <w:rPr>
          <w:rFonts w:ascii="Times New Roman" w:eastAsia="Times New Roman" w:hAnsi="Times New Roman" w:cs="Times New Roman"/>
          <w:color w:val="000000"/>
        </w:rPr>
        <w:t xml:space="preserve"> </w:t>
      </w:r>
      <w:r w:rsidR="0028429E">
        <w:rPr>
          <w:rFonts w:ascii="Times New Roman" w:eastAsia="Times New Roman" w:hAnsi="Times New Roman" w:cs="Times New Roman"/>
          <w:color w:val="000000"/>
        </w:rPr>
        <w:br/>
      </w:r>
      <w:proofErr w:type="spellStart"/>
      <w:r w:rsidRPr="0062109A">
        <w:rPr>
          <w:rFonts w:ascii="Times New Roman" w:eastAsia="MS Gothic" w:hAnsi="Times New Roman" w:cs="Times New Roman"/>
          <w:color w:val="000000"/>
        </w:rPr>
        <w:t>élhet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Nemzeti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0028429E">
        <w:rPr>
          <w:rFonts w:ascii="Times New Roman" w:eastAsia="MS Gothic" w:hAnsi="Times New Roman" w:cs="Times New Roman"/>
          <w:color w:val="000000"/>
        </w:rPr>
        <w:t xml:space="preserve"> </w:t>
      </w:r>
      <w:proofErr w:type="spellStart"/>
      <w:r w:rsidRPr="0062109A">
        <w:rPr>
          <w:rFonts w:ascii="Times New Roman" w:eastAsia="MS Gothic" w:hAnsi="Times New Roman" w:cs="Times New Roman"/>
          <w:color w:val="000000"/>
        </w:rPr>
        <w:t>Információszabadság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Hatóságnál</w:t>
      </w:r>
      <w:proofErr w:type="spellEnd"/>
      <w:r w:rsidRPr="0062109A">
        <w:rPr>
          <w:rFonts w:ascii="Times New Roman" w:eastAsia="MS Gothic" w:hAnsi="Times New Roman" w:cs="Times New Roman"/>
          <w:color w:val="000000"/>
        </w:rPr>
        <w:t>.</w:t>
      </w:r>
    </w:p>
    <w:p w14:paraId="465F8765"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Nemzeti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Információszabadság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w:t>
      </w:r>
      <w:proofErr w:type="spellEnd"/>
    </w:p>
    <w:p w14:paraId="59D9FFF7"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r w:rsidRPr="0062109A">
        <w:rPr>
          <w:rFonts w:ascii="Times New Roman" w:eastAsia="MS Gothic" w:hAnsi="Times New Roman" w:cs="Times New Roman"/>
          <w:color w:val="000000"/>
        </w:rPr>
        <w:t>1055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Falk</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Miksa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u.</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9-11.</w:t>
      </w:r>
    </w:p>
    <w:p w14:paraId="1B3D8225"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Levelezési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1363</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Budapest,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Postafiók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9.</w:t>
      </w:r>
    </w:p>
    <w:p w14:paraId="21B68FFF"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Telefon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+36-1-391-1400</w:t>
      </w:r>
    </w:p>
    <w:p w14:paraId="73BEF935"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r w:rsidRPr="0062109A">
        <w:rPr>
          <w:rFonts w:ascii="Times New Roman" w:eastAsia="MS Gothic" w:hAnsi="Times New Roman" w:cs="Times New Roman"/>
          <w:color w:val="000000"/>
        </w:rPr>
        <w:t>Fax:</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+36-1-391-1410</w:t>
      </w:r>
    </w:p>
    <w:p w14:paraId="006B62B7" w14:textId="57B20D04"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r w:rsidRPr="0062109A">
        <w:rPr>
          <w:rFonts w:ascii="Times New Roman" w:eastAsia="MS Gothic" w:hAnsi="Times New Roman" w:cs="Times New Roman"/>
          <w:color w:val="000000"/>
        </w:rPr>
        <w:t xml:space="preserve">E-mail: </w:t>
      </w:r>
      <w:hyperlink r:id="rId84" w:history="1">
        <w:r w:rsidR="004E51DE" w:rsidRPr="0062109A">
          <w:rPr>
            <w:rFonts w:ascii="Times New Roman" w:eastAsia="MS Gothic" w:hAnsi="Times New Roman" w:cs="Times New Roman"/>
            <w:color w:val="001F5F"/>
            <w:u w:val="single"/>
          </w:rPr>
          <w:t>ugyfelszolgalat</w:t>
        </w:r>
      </w:hyperlink>
      <w:hyperlink r:id="rId85" w:history="1">
        <w:r w:rsidR="004E51DE" w:rsidRPr="0062109A">
          <w:rPr>
            <w:rFonts w:ascii="Times New Roman" w:eastAsia="MS Gothic" w:hAnsi="Times New Roman" w:cs="Times New Roman"/>
            <w:color w:val="001F5F"/>
            <w:u w:val="single"/>
          </w:rPr>
          <w:t>@</w:t>
        </w:r>
      </w:hyperlink>
      <w:hyperlink r:id="rId86" w:history="1">
        <w:r w:rsidR="004E51DE" w:rsidRPr="0062109A">
          <w:rPr>
            <w:rFonts w:ascii="Times New Roman" w:eastAsia="MS Gothic" w:hAnsi="Times New Roman" w:cs="Times New Roman"/>
            <w:color w:val="001F5F"/>
            <w:u w:val="single"/>
          </w:rPr>
          <w:t>naih</w:t>
        </w:r>
      </w:hyperlink>
      <w:hyperlink r:id="rId87" w:history="1">
        <w:r w:rsidR="004E51DE" w:rsidRPr="0062109A">
          <w:rPr>
            <w:rFonts w:ascii="Times New Roman" w:eastAsia="MS Gothic" w:hAnsi="Times New Roman" w:cs="Times New Roman"/>
            <w:color w:val="001F5F"/>
            <w:u w:val="single"/>
          </w:rPr>
          <w:t>.</w:t>
        </w:r>
      </w:hyperlink>
      <w:hyperlink r:id="rId88" w:history="1">
        <w:r w:rsidR="004E51DE" w:rsidRPr="0062109A">
          <w:rPr>
            <w:rFonts w:ascii="Times New Roman" w:eastAsia="MS Gothic" w:hAnsi="Times New Roman" w:cs="Times New Roman"/>
            <w:color w:val="001F5F"/>
            <w:u w:val="single"/>
          </w:rPr>
          <w:t>hu</w:t>
        </w:r>
      </w:hyperlink>
    </w:p>
    <w:p w14:paraId="32B6AEB8" w14:textId="64AA270C" w:rsidR="004E51DE" w:rsidRPr="0062109A" w:rsidRDefault="00000000" w:rsidP="00211F8D">
      <w:pPr>
        <w:wordWrap w:val="0"/>
        <w:autoSpaceDE w:val="0"/>
        <w:autoSpaceDN w:val="0"/>
        <w:spacing w:before="50" w:after="158"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Honlap</w:t>
      </w:r>
      <w:proofErr w:type="spellEnd"/>
      <w:r w:rsidRPr="0062109A">
        <w:rPr>
          <w:rFonts w:ascii="Times New Roman" w:eastAsia="MS Gothic" w:hAnsi="Times New Roman" w:cs="Times New Roman"/>
          <w:color w:val="000000"/>
        </w:rPr>
        <w:t xml:space="preserve">: </w:t>
      </w:r>
      <w:hyperlink r:id="rId89" w:history="1">
        <w:r w:rsidR="004E51DE" w:rsidRPr="0062109A">
          <w:rPr>
            <w:rFonts w:ascii="Times New Roman" w:eastAsia="MS Gothic" w:hAnsi="Times New Roman" w:cs="Times New Roman"/>
            <w:color w:val="001F5F"/>
            <w:u w:val="single"/>
          </w:rPr>
          <w:t>www</w:t>
        </w:r>
      </w:hyperlink>
      <w:hyperlink r:id="rId90" w:history="1">
        <w:r w:rsidR="004E51DE" w:rsidRPr="0062109A">
          <w:rPr>
            <w:rFonts w:ascii="Times New Roman" w:eastAsia="MS Gothic" w:hAnsi="Times New Roman" w:cs="Times New Roman"/>
            <w:color w:val="001F5F"/>
            <w:u w:val="single"/>
          </w:rPr>
          <w:t>.</w:t>
        </w:r>
      </w:hyperlink>
      <w:hyperlink r:id="rId91" w:history="1">
        <w:r w:rsidR="004E51DE" w:rsidRPr="0062109A">
          <w:rPr>
            <w:rFonts w:ascii="Times New Roman" w:eastAsia="MS Gothic" w:hAnsi="Times New Roman" w:cs="Times New Roman"/>
            <w:color w:val="001F5F"/>
            <w:u w:val="single"/>
          </w:rPr>
          <w:t>naih</w:t>
        </w:r>
      </w:hyperlink>
      <w:hyperlink r:id="rId92" w:history="1">
        <w:r w:rsidR="004E51DE" w:rsidRPr="0062109A">
          <w:rPr>
            <w:rFonts w:ascii="Times New Roman" w:eastAsia="MS Gothic" w:hAnsi="Times New Roman" w:cs="Times New Roman"/>
            <w:color w:val="001F5F"/>
            <w:u w:val="single"/>
          </w:rPr>
          <w:t>.</w:t>
        </w:r>
      </w:hyperlink>
      <w:hyperlink r:id="rId93" w:history="1">
        <w:r w:rsidR="004E51DE" w:rsidRPr="0062109A">
          <w:rPr>
            <w:rFonts w:ascii="Times New Roman" w:eastAsia="MS Gothic" w:hAnsi="Times New Roman" w:cs="Times New Roman"/>
            <w:color w:val="001F5F"/>
            <w:u w:val="single"/>
          </w:rPr>
          <w:t>hu</w:t>
        </w:r>
      </w:hyperlink>
    </w:p>
    <w:p w14:paraId="25599114" w14:textId="77777777" w:rsidR="004E51DE" w:rsidRPr="0062109A" w:rsidRDefault="00000000" w:rsidP="00211F8D">
      <w:pPr>
        <w:pStyle w:val="Cmsor2"/>
      </w:pPr>
      <w:bookmarkStart w:id="42" w:name="_Toc219475621"/>
      <w:r w:rsidRPr="0062109A">
        <w:t>4.3.</w:t>
      </w:r>
      <w:r w:rsidRPr="0062109A">
        <w:rPr>
          <w:rFonts w:eastAsia="Times New Roman"/>
        </w:rPr>
        <w:t xml:space="preserve"> </w:t>
      </w:r>
      <w:proofErr w:type="spellStart"/>
      <w:r w:rsidRPr="0062109A">
        <w:t>Bírósági</w:t>
      </w:r>
      <w:proofErr w:type="spellEnd"/>
      <w:r w:rsidRPr="0062109A">
        <w:rPr>
          <w:rFonts w:eastAsia="Times New Roman"/>
        </w:rPr>
        <w:t xml:space="preserve"> </w:t>
      </w:r>
      <w:proofErr w:type="spellStart"/>
      <w:r w:rsidRPr="0062109A">
        <w:rPr>
          <w:w w:val="99"/>
        </w:rPr>
        <w:t>jogérvényesítés</w:t>
      </w:r>
      <w:bookmarkEnd w:id="42"/>
      <w:proofErr w:type="spellEnd"/>
    </w:p>
    <w:p w14:paraId="781F6F23" w14:textId="77777777" w:rsidR="004E51DE" w:rsidRPr="0062109A" w:rsidRDefault="00000000" w:rsidP="00211F8D">
      <w:pPr>
        <w:wordWrap w:val="0"/>
        <w:autoSpaceDE w:val="0"/>
        <w:autoSpaceDN w:val="0"/>
        <w:spacing w:before="192"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megsértése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fordulhat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pert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68F7831E"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w:t>
      </w:r>
      <w:proofErr w:type="spellEnd"/>
    </w:p>
    <w:p w14:paraId="7A6DFF9E"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tevékenységi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tagállam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megindítani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megindítható</w:t>
      </w:r>
      <w:proofErr w:type="spellEnd"/>
    </w:p>
    <w:p w14:paraId="68F45BEA"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szokásos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tartózkodási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tagállam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bírósága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kivéve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0177023E"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tagállamnak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jogkörében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eljáró</w:t>
      </w:r>
      <w:proofErr w:type="spellEnd"/>
    </w:p>
    <w:p w14:paraId="4D9DBD05"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Magyarországon</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pert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lakóhelye</w:t>
      </w:r>
      <w:proofErr w:type="spellEnd"/>
    </w:p>
    <w:p w14:paraId="37694102"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tartózkodási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törvényszék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megindíthatja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perben</w:t>
      </w:r>
      <w:proofErr w:type="spellEnd"/>
    </w:p>
    <w:p w14:paraId="5BEFC703"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kártérítést</w:t>
      </w:r>
      <w:proofErr w:type="spellEnd"/>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sérelemdíjat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követelhet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Adatkezelőtől:</w:t>
      </w:r>
    </w:p>
    <w:p w14:paraId="18B29D67" w14:textId="77777777" w:rsidR="004E51DE" w:rsidRPr="0062109A" w:rsidRDefault="00000000" w:rsidP="00211F8D">
      <w:pPr>
        <w:wordWrap w:val="0"/>
        <w:autoSpaceDE w:val="0"/>
        <w:autoSpaceDN w:val="0"/>
        <w:spacing w:before="170" w:after="24" w:line="221" w:lineRule="exact"/>
        <w:ind w:left="42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adatbiztonság</w:t>
      </w:r>
      <w:proofErr w:type="spellEnd"/>
    </w:p>
    <w:p w14:paraId="174D2DB2" w14:textId="77777777" w:rsidR="004E51DE" w:rsidRPr="0062109A" w:rsidRDefault="00000000" w:rsidP="00211F8D">
      <w:pPr>
        <w:wordWrap w:val="0"/>
        <w:autoSpaceDE w:val="0"/>
        <w:autoSpaceDN w:val="0"/>
        <w:spacing w:before="48"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követelményeinek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megszegésével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kárt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okoz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megtéríteni</w:t>
      </w:r>
      <w:proofErr w:type="spellEnd"/>
      <w:r w:rsidRPr="0062109A">
        <w:rPr>
          <w:rFonts w:ascii="Times New Roman" w:eastAsia="MS Gothic" w:hAnsi="Times New Roman" w:cs="Times New Roman"/>
          <w:color w:val="000000"/>
        </w:rPr>
        <w:t>,</w:t>
      </w:r>
    </w:p>
    <w:p w14:paraId="06DEBEC3"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b)</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adatbiztonság</w:t>
      </w:r>
      <w:proofErr w:type="spellEnd"/>
    </w:p>
    <w:p w14:paraId="2A49020D" w14:textId="77777777" w:rsidR="004E51DE" w:rsidRPr="0062109A" w:rsidRDefault="00000000" w:rsidP="00211F8D">
      <w:pPr>
        <w:wordWrap w:val="0"/>
        <w:autoSpaceDE w:val="0"/>
        <w:autoSpaceDN w:val="0"/>
        <w:spacing w:before="50"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követelményeinek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megszegésével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megsérti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személyiségi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p>
    <w:p w14:paraId="4DE083F0" w14:textId="77777777" w:rsidR="004E51DE" w:rsidRPr="0062109A" w:rsidRDefault="00000000" w:rsidP="00211F8D">
      <w:pPr>
        <w:wordWrap w:val="0"/>
        <w:autoSpaceDE w:val="0"/>
        <w:autoSpaceDN w:val="0"/>
        <w:spacing w:before="48" w:after="8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sérelemdíjat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követelhet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Adatkezelőtől.</w:t>
      </w:r>
    </w:p>
    <w:p w14:paraId="39327883" w14:textId="77777777" w:rsidR="004E51DE" w:rsidRPr="0062109A" w:rsidRDefault="00000000" w:rsidP="00211F8D">
      <w:pPr>
        <w:pStyle w:val="Cmsor1"/>
      </w:pPr>
      <w:bookmarkStart w:id="43" w:name="_Toc219475622"/>
      <w:r w:rsidRPr="0062109A">
        <w:t>5.</w:t>
      </w:r>
      <w:r w:rsidRPr="0062109A">
        <w:rPr>
          <w:rFonts w:eastAsia="Times New Roman"/>
        </w:rPr>
        <w:t xml:space="preserve"> </w:t>
      </w:r>
      <w:r w:rsidRPr="0062109A">
        <w:t>Az</w:t>
      </w:r>
      <w:r w:rsidRPr="0062109A">
        <w:rPr>
          <w:rFonts w:eastAsia="Times New Roman"/>
        </w:rPr>
        <w:t xml:space="preserve"> </w:t>
      </w:r>
      <w:proofErr w:type="spellStart"/>
      <w:r w:rsidRPr="0062109A">
        <w:t>Adatkezelő</w:t>
      </w:r>
      <w:proofErr w:type="spellEnd"/>
      <w:r w:rsidRPr="0062109A">
        <w:rPr>
          <w:rFonts w:eastAsia="Times New Roman"/>
        </w:rPr>
        <w:t xml:space="preserve"> </w:t>
      </w:r>
      <w:proofErr w:type="spellStart"/>
      <w:r w:rsidRPr="0062109A">
        <w:t>által</w:t>
      </w:r>
      <w:proofErr w:type="spellEnd"/>
      <w:r w:rsidRPr="0062109A">
        <w:rPr>
          <w:rFonts w:eastAsia="Times New Roman"/>
        </w:rPr>
        <w:t xml:space="preserve"> </w:t>
      </w:r>
      <w:proofErr w:type="spellStart"/>
      <w:r w:rsidRPr="0062109A">
        <w:t>megbízott</w:t>
      </w:r>
      <w:proofErr w:type="spellEnd"/>
      <w:r w:rsidRPr="0062109A">
        <w:rPr>
          <w:rFonts w:eastAsia="Times New Roman"/>
        </w:rPr>
        <w:t xml:space="preserve"> </w:t>
      </w:r>
      <w:proofErr w:type="spellStart"/>
      <w:r w:rsidRPr="0062109A">
        <w:t>adatfeldolgozók</w:t>
      </w:r>
      <w:bookmarkEnd w:id="43"/>
      <w:proofErr w:type="spellEnd"/>
    </w:p>
    <w:p w14:paraId="604609C3" w14:textId="77777777" w:rsidR="004E51DE" w:rsidRPr="0062109A" w:rsidRDefault="00000000" w:rsidP="00211F8D">
      <w:pPr>
        <w:wordWrap w:val="0"/>
        <w:autoSpaceDE w:val="0"/>
        <w:autoSpaceDN w:val="0"/>
        <w:spacing w:before="189" w:after="3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adatkezelési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műveletekhez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kapcsolódó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elvégzésére</w:t>
      </w:r>
      <w:proofErr w:type="spellEnd"/>
    </w:p>
    <w:p w14:paraId="79F16550"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táblázatban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felsorolt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veszi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igénybe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adatfeldolgozónak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3CC8A859"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feldolgozásával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kötelezettségeit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p>
    <w:p w14:paraId="78EF2297"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keretei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között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Adatkezelő</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határozza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p>
    <w:p w14:paraId="090EE6E8"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általa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utasítások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jogszerűségéért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felel</w:t>
      </w:r>
      <w:proofErr w:type="spellEnd"/>
      <w:r w:rsidRPr="0062109A">
        <w:rPr>
          <w:rFonts w:ascii="Times New Roman" w:eastAsia="MS Gothic" w:hAnsi="Times New Roman" w:cs="Times New Roman"/>
          <w:color w:val="000000"/>
        </w:rPr>
        <w:t>.</w:t>
      </w:r>
    </w:p>
    <w:p w14:paraId="1BBD0310"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döntést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hozhat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tudomására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jutott</w:t>
      </w:r>
      <w:proofErr w:type="spellEnd"/>
    </w:p>
    <w:p w14:paraId="3D2B39CE"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kizárólag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rendelkezései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dolgozhatja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saját</w:t>
      </w:r>
      <w:proofErr w:type="spellEnd"/>
    </w:p>
    <w:p w14:paraId="3E556821"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céljára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végezhet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p>
    <w:p w14:paraId="6D88A116" w14:textId="77777777" w:rsidR="004E51DE" w:rsidRPr="0062109A" w:rsidRDefault="00000000" w:rsidP="00211F8D">
      <w:pPr>
        <w:wordWrap w:val="0"/>
        <w:autoSpaceDE w:val="0"/>
        <w:autoSpaceDN w:val="0"/>
        <w:spacing w:before="70"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rendelkezései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köteles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megőrizni</w:t>
      </w:r>
      <w:proofErr w:type="spellEnd"/>
      <w:r w:rsidRPr="0062109A">
        <w:rPr>
          <w:rFonts w:ascii="Times New Roman" w:eastAsia="MS Gothic" w:hAnsi="Times New Roman" w:cs="Times New Roman"/>
          <w:color w:val="000000"/>
        </w:rPr>
        <w:t>.</w:t>
      </w:r>
    </w:p>
    <w:p w14:paraId="2D98C6CC" w14:textId="77777777" w:rsidR="004E51DE" w:rsidRPr="0062109A" w:rsidRDefault="00000000" w:rsidP="00211F8D">
      <w:pPr>
        <w:pStyle w:val="Cmsor1"/>
      </w:pPr>
      <w:bookmarkStart w:id="44" w:name="_Toc219475623"/>
      <w:r w:rsidRPr="0062109A">
        <w:t>6.</w:t>
      </w:r>
      <w:r w:rsidRPr="0062109A">
        <w:rPr>
          <w:rFonts w:eastAsia="Times New Roman"/>
        </w:rPr>
        <w:t xml:space="preserve"> </w:t>
      </w:r>
      <w:proofErr w:type="spellStart"/>
      <w:r w:rsidRPr="0062109A">
        <w:t>Adatbiztonsággal</w:t>
      </w:r>
      <w:proofErr w:type="spellEnd"/>
      <w:r w:rsidRPr="0062109A">
        <w:rPr>
          <w:rFonts w:eastAsia="Times New Roman"/>
        </w:rPr>
        <w:t xml:space="preserve"> </w:t>
      </w:r>
      <w:proofErr w:type="spellStart"/>
      <w:r w:rsidRPr="0062109A">
        <w:t>kapcsolatos</w:t>
      </w:r>
      <w:proofErr w:type="spellEnd"/>
      <w:r w:rsidRPr="0062109A">
        <w:rPr>
          <w:rFonts w:eastAsia="Times New Roman"/>
        </w:rPr>
        <w:t xml:space="preserve"> </w:t>
      </w:r>
      <w:proofErr w:type="spellStart"/>
      <w:r w:rsidRPr="0062109A">
        <w:t>intézkedések</w:t>
      </w:r>
      <w:proofErr w:type="spellEnd"/>
      <w:r w:rsidRPr="0062109A">
        <w:rPr>
          <w:rFonts w:eastAsia="Times New Roman"/>
        </w:rPr>
        <w:t xml:space="preserve"> </w:t>
      </w:r>
      <w:proofErr w:type="spellStart"/>
      <w:r w:rsidRPr="0062109A">
        <w:t>bemutatása</w:t>
      </w:r>
      <w:bookmarkEnd w:id="44"/>
      <w:proofErr w:type="spellEnd"/>
    </w:p>
    <w:p w14:paraId="590F590C" w14:textId="77777777" w:rsidR="004E51DE" w:rsidRPr="0062109A" w:rsidRDefault="00000000" w:rsidP="00211F8D">
      <w:pPr>
        <w:wordWrap w:val="0"/>
        <w:autoSpaceDE w:val="0"/>
        <w:autoSpaceDN w:val="0"/>
        <w:spacing w:before="189"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szerződéses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partnerei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p w14:paraId="3CD81280"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kezeléséhez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informatikai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eszközöket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választják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üzemeltetik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p>
    <w:p w14:paraId="484A9CFB" w14:textId="77777777" w:rsidR="004E51DE" w:rsidRPr="0062109A" w:rsidRDefault="00000000" w:rsidP="00211F8D">
      <w:pPr>
        <w:wordWrap w:val="0"/>
        <w:autoSpaceDE w:val="0"/>
        <w:autoSpaceDN w:val="0"/>
        <w:spacing w:before="48" w:after="84"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r w:rsidRPr="0062109A">
        <w:rPr>
          <w:rFonts w:ascii="Times New Roman" w:eastAsia="MS Gothic" w:hAnsi="Times New Roman" w:cs="Times New Roman"/>
          <w:color w:val="000000"/>
        </w:rPr>
        <w:t>:</w:t>
      </w:r>
    </w:p>
    <w:p w14:paraId="717512E9" w14:textId="77777777" w:rsidR="004E51DE" w:rsidRPr="0062109A" w:rsidRDefault="00000000" w:rsidP="00211F8D">
      <w:pPr>
        <w:wordWrap w:val="0"/>
        <w:autoSpaceDE w:val="0"/>
        <w:autoSpaceDN w:val="0"/>
        <w:spacing w:before="168" w:after="25" w:line="221" w:lineRule="exact"/>
        <w:ind w:left="427"/>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feljogosítottak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hozzáférhető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rendelkezésre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állás</w:t>
      </w:r>
      <w:proofErr w:type="spellEnd"/>
      <w:r w:rsidRPr="0062109A">
        <w:rPr>
          <w:rFonts w:ascii="Times New Roman" w:eastAsia="MS Gothic" w:hAnsi="Times New Roman" w:cs="Times New Roman"/>
          <w:color w:val="000000"/>
        </w:rPr>
        <w:t>);</w:t>
      </w:r>
    </w:p>
    <w:p w14:paraId="33636AA8" w14:textId="77777777" w:rsidR="004E51DE" w:rsidRPr="0062109A" w:rsidRDefault="00000000" w:rsidP="00211F8D">
      <w:pPr>
        <w:wordWrap w:val="0"/>
        <w:autoSpaceDE w:val="0"/>
        <w:autoSpaceDN w:val="0"/>
        <w:spacing w:before="50" w:after="24" w:line="221" w:lineRule="exact"/>
        <w:ind w:left="427"/>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hitelessége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hitelesítése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biztosított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hitelessége</w:t>
      </w:r>
      <w:proofErr w:type="spellEnd"/>
      <w:r w:rsidRPr="0062109A">
        <w:rPr>
          <w:rFonts w:ascii="Times New Roman" w:eastAsia="MS Gothic" w:hAnsi="Times New Roman" w:cs="Times New Roman"/>
          <w:color w:val="000000"/>
        </w:rPr>
        <w:t>);</w:t>
      </w:r>
    </w:p>
    <w:p w14:paraId="07FF8C2C" w14:textId="77777777" w:rsidR="004E51DE" w:rsidRPr="0062109A" w:rsidRDefault="00000000" w:rsidP="00211F8D">
      <w:pPr>
        <w:wordWrap w:val="0"/>
        <w:autoSpaceDE w:val="0"/>
        <w:autoSpaceDN w:val="0"/>
        <w:spacing w:before="48" w:after="24" w:line="221" w:lineRule="exact"/>
        <w:ind w:left="427"/>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változatlansága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igazolható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adatintegritás</w:t>
      </w:r>
      <w:proofErr w:type="spellEnd"/>
      <w:r w:rsidRPr="0062109A">
        <w:rPr>
          <w:rFonts w:ascii="Times New Roman" w:eastAsia="MS Gothic" w:hAnsi="Times New Roman" w:cs="Times New Roman"/>
          <w:color w:val="000000"/>
        </w:rPr>
        <w:t>);</w:t>
      </w:r>
    </w:p>
    <w:p w14:paraId="71B11EFE" w14:textId="77777777" w:rsidR="004E51DE" w:rsidRPr="0062109A" w:rsidRDefault="00000000" w:rsidP="00211F8D">
      <w:pPr>
        <w:wordWrap w:val="0"/>
        <w:autoSpaceDE w:val="0"/>
        <w:autoSpaceDN w:val="0"/>
        <w:spacing w:before="48" w:after="25" w:line="221" w:lineRule="exact"/>
        <w:ind w:left="427"/>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bizalmassága</w:t>
      </w:r>
      <w:proofErr w:type="spellEnd"/>
      <w:r w:rsidRPr="0062109A">
        <w:rPr>
          <w:rFonts w:ascii="Times New Roman" w:eastAsia="MS Gothic" w:hAnsi="Times New Roman" w:cs="Times New Roman"/>
          <w:color w:val="000000"/>
        </w:rPr>
        <w:t>)</w:t>
      </w:r>
    </w:p>
    <w:p w14:paraId="32FEDA27" w14:textId="77777777" w:rsidR="004E51DE" w:rsidRPr="0062109A" w:rsidRDefault="00000000" w:rsidP="00211F8D">
      <w:pPr>
        <w:wordWrap w:val="0"/>
        <w:autoSpaceDE w:val="0"/>
        <w:autoSpaceDN w:val="0"/>
        <w:spacing w:before="50" w:after="427"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legyen</w:t>
      </w:r>
      <w:proofErr w:type="spellEnd"/>
      <w:r w:rsidRPr="0062109A">
        <w:rPr>
          <w:rFonts w:ascii="Times New Roman" w:eastAsia="MS Gothic" w:hAnsi="Times New Roman" w:cs="Times New Roman"/>
          <w:color w:val="000000"/>
        </w:rPr>
        <w:t>.</w:t>
      </w:r>
    </w:p>
    <w:p w14:paraId="0F0CA9DE" w14:textId="59A182C7" w:rsidR="004E51DE" w:rsidRPr="0062109A" w:rsidRDefault="004E51DE" w:rsidP="00211F8D">
      <w:pPr>
        <w:wordWrap w:val="0"/>
        <w:autoSpaceDE w:val="0"/>
        <w:autoSpaceDN w:val="0"/>
        <w:spacing w:before="855" w:after="0" w:line="221" w:lineRule="exact"/>
        <w:ind w:left="4819"/>
        <w:rPr>
          <w:rFonts w:ascii="Times New Roman" w:hAnsi="Times New Roman" w:cs="Times New Roman"/>
        </w:rPr>
        <w:sectPr w:rsidR="004E51DE" w:rsidRPr="0062109A">
          <w:pgSz w:w="11906" w:h="16838"/>
          <w:pgMar w:top="504" w:right="976" w:bottom="653" w:left="1011" w:header="720" w:footer="720" w:gutter="0"/>
          <w:cols w:space="720" w:equalWidth="0">
            <w:col w:w="9919" w:space="0"/>
          </w:cols>
          <w:docGrid w:linePitch="360"/>
        </w:sectPr>
      </w:pPr>
    </w:p>
    <w:p w14:paraId="73DD593A" w14:textId="0589C993" w:rsidR="004E51DE" w:rsidRPr="0062109A" w:rsidRDefault="004E51DE" w:rsidP="00211F8D">
      <w:pPr>
        <w:wordWrap w:val="0"/>
        <w:autoSpaceDE w:val="0"/>
        <w:autoSpaceDN w:val="0"/>
        <w:spacing w:after="251" w:line="14" w:lineRule="exact"/>
        <w:rPr>
          <w:rFonts w:ascii="Times New Roman" w:hAnsi="Times New Roman" w:cs="Times New Roman"/>
        </w:rPr>
      </w:pPr>
    </w:p>
    <w:p w14:paraId="0DB4ED06" w14:textId="77777777" w:rsidR="004E51DE" w:rsidRPr="0062109A" w:rsidRDefault="00000000" w:rsidP="00211F8D">
      <w:pPr>
        <w:wordWrap w:val="0"/>
        <w:autoSpaceDE w:val="0"/>
        <w:autoSpaceDN w:val="0"/>
        <w:spacing w:before="530"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gondoskodik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biztonságáról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megteszi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azokat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70F5C8D5"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szervezési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kialakítja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eljárási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szabályokat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irányadó</w:t>
      </w:r>
      <w:proofErr w:type="spellEnd"/>
    </w:p>
    <w:p w14:paraId="2026826D" w14:textId="77777777" w:rsidR="004E51DE" w:rsidRPr="0062109A" w:rsidRDefault="00000000" w:rsidP="00211F8D">
      <w:pPr>
        <w:wordWrap w:val="0"/>
        <w:autoSpaceDE w:val="0"/>
        <w:autoSpaceDN w:val="0"/>
        <w:spacing w:before="51"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jogszabályok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titokvédelmi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érvényre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juttatásához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p>
    <w:p w14:paraId="00664A92"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w:t>
      </w:r>
      <w:proofErr w:type="spellEnd"/>
      <w:r w:rsidRPr="0062109A">
        <w:rPr>
          <w:rFonts w:ascii="Times New Roman" w:eastAsia="MS Gothic" w:hAnsi="Times New Roman" w:cs="Times New Roman"/>
          <w:color w:val="000000"/>
        </w:rPr>
        <w:t>,</w:t>
      </w:r>
    </w:p>
    <w:p w14:paraId="6F4774A4"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megváltoztatás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nyilvánosságra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hozatal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megsemmisítés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23529ADD"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véletlen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megsemmisülés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sérülés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megváltozásából</w:t>
      </w:r>
      <w:proofErr w:type="spellEnd"/>
    </w:p>
    <w:p w14:paraId="330BC5B6"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fakadó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hozzáférhetetlenné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w:t>
      </w:r>
      <w:proofErr w:type="spellEnd"/>
      <w:r w:rsidRPr="0062109A">
        <w:rPr>
          <w:rFonts w:ascii="Times New Roman" w:eastAsia="MS Gothic" w:hAnsi="Times New Roman" w:cs="Times New Roman"/>
          <w:color w:val="000000"/>
        </w:rPr>
        <w:t>.</w:t>
      </w:r>
    </w:p>
    <w:p w14:paraId="65AC9E26"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tudomány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technológia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megvalósítás</w:t>
      </w:r>
      <w:proofErr w:type="spellEnd"/>
    </w:p>
    <w:p w14:paraId="2A3BF923"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költségei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jellege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hatóköre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körülményei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59D18BAE"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szabadságaira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jelentett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változó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valószínűségű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p>
    <w:p w14:paraId="56E8757D"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súlyosságú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kockázat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figyelembevételével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p>
    <w:p w14:paraId="2EF0301A"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hajt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annak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kockázat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mértékének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szintű</w:t>
      </w:r>
      <w:proofErr w:type="spellEnd"/>
    </w:p>
    <w:p w14:paraId="4F721A4E"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adatbiztonságot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garantálja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fentiek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keretében</w:t>
      </w:r>
      <w:proofErr w:type="spellEnd"/>
      <w:r w:rsidRPr="0062109A">
        <w:rPr>
          <w:rFonts w:ascii="Times New Roman" w:eastAsia="MS Gothic" w:hAnsi="Times New Roman" w:cs="Times New Roman"/>
          <w:color w:val="000000"/>
        </w:rPr>
        <w:t>:</w:t>
      </w:r>
    </w:p>
    <w:p w14:paraId="6767F967" w14:textId="77777777" w:rsidR="004E51DE" w:rsidRPr="0062109A" w:rsidRDefault="00000000" w:rsidP="00211F8D">
      <w:pPr>
        <w:wordWrap w:val="0"/>
        <w:autoSpaceDE w:val="0"/>
        <w:autoSpaceDN w:val="0"/>
        <w:spacing w:before="168" w:after="24" w:line="221" w:lineRule="exact"/>
        <w:ind w:left="496"/>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gondoskodik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ezen</w:t>
      </w:r>
      <w:proofErr w:type="spellEnd"/>
    </w:p>
    <w:p w14:paraId="1AD7C0CF" w14:textId="77777777" w:rsidR="004E51DE" w:rsidRPr="0062109A" w:rsidRDefault="00000000" w:rsidP="00211F8D">
      <w:pPr>
        <w:wordWrap w:val="0"/>
        <w:autoSpaceDE w:val="0"/>
        <w:autoSpaceDN w:val="0"/>
        <w:spacing w:before="48" w:after="25"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belül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szoftver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hardver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eszközök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védelméről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védelemről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hozzáférés</w:t>
      </w:r>
      <w:proofErr w:type="spellEnd"/>
    </w:p>
    <w:p w14:paraId="620C7740" w14:textId="77777777" w:rsidR="004E51DE" w:rsidRPr="0062109A" w:rsidRDefault="00000000" w:rsidP="00211F8D">
      <w:pPr>
        <w:wordWrap w:val="0"/>
        <w:autoSpaceDE w:val="0"/>
        <w:autoSpaceDN w:val="0"/>
        <w:spacing w:before="50" w:after="24"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védelem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hálózati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védelem</w:t>
      </w:r>
      <w:proofErr w:type="spellEnd"/>
      <w:r w:rsidRPr="0062109A">
        <w:rPr>
          <w:rFonts w:ascii="Times New Roman" w:eastAsia="MS Gothic" w:hAnsi="Times New Roman" w:cs="Times New Roman"/>
          <w:color w:val="000000"/>
        </w:rPr>
        <w:t>);</w:t>
      </w:r>
    </w:p>
    <w:p w14:paraId="1347B8FB" w14:textId="77777777" w:rsidR="004E51DE" w:rsidRPr="0062109A" w:rsidRDefault="00000000" w:rsidP="00211F8D">
      <w:pPr>
        <w:wordWrap w:val="0"/>
        <w:autoSpaceDE w:val="0"/>
        <w:autoSpaceDN w:val="0"/>
        <w:spacing w:before="48" w:after="25" w:line="221" w:lineRule="exact"/>
        <w:ind w:left="496"/>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megteszi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adatállományok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helyreállításának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lehetőségét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MS Gothic" w:hAnsi="Times New Roman" w:cs="Times New Roman"/>
          <w:color w:val="000000"/>
        </w:rPr>
        <w:t>,</w:t>
      </w:r>
    </w:p>
    <w:p w14:paraId="419029C9" w14:textId="77777777" w:rsidR="004E51DE" w:rsidRPr="0062109A" w:rsidRDefault="00000000" w:rsidP="00211F8D">
      <w:pPr>
        <w:wordWrap w:val="0"/>
        <w:autoSpaceDE w:val="0"/>
        <w:autoSpaceDN w:val="0"/>
        <w:spacing w:before="50" w:after="24" w:line="221" w:lineRule="exact"/>
        <w:ind w:left="777"/>
        <w:rPr>
          <w:rFonts w:ascii="Times New Roman" w:hAnsi="Times New Roman" w:cs="Times New Roman"/>
        </w:rPr>
      </w:pPr>
      <w:proofErr w:type="spellStart"/>
      <w:r w:rsidRPr="0062109A">
        <w:rPr>
          <w:rFonts w:ascii="Times New Roman" w:eastAsia="MS Gothic" w:hAnsi="Times New Roman" w:cs="Times New Roman"/>
          <w:color w:val="000000"/>
        </w:rPr>
        <w:t>gondoskodik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biztonsági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mentésről</w:t>
      </w:r>
      <w:proofErr w:type="spellEnd"/>
      <w:r w:rsidRPr="0062109A">
        <w:rPr>
          <w:rFonts w:ascii="Times New Roman" w:eastAsia="MS Gothic" w:hAnsi="Times New Roman" w:cs="Times New Roman"/>
          <w:color w:val="000000"/>
        </w:rPr>
        <w:t>;</w:t>
      </w:r>
    </w:p>
    <w:p w14:paraId="529FCB20" w14:textId="77777777" w:rsidR="004E51DE" w:rsidRPr="0062109A" w:rsidRDefault="00000000" w:rsidP="00211F8D">
      <w:pPr>
        <w:wordWrap w:val="0"/>
        <w:autoSpaceDE w:val="0"/>
        <w:autoSpaceDN w:val="0"/>
        <w:spacing w:before="48" w:after="84" w:line="221" w:lineRule="exact"/>
        <w:ind w:left="496"/>
        <w:rPr>
          <w:rFonts w:ascii="Times New Roman" w:hAnsi="Times New Roman" w:cs="Times New Roman"/>
        </w:rPr>
      </w:pPr>
      <w:r w:rsidRPr="0062109A">
        <w:rPr>
          <w:rFonts w:ascii="Times New Roman" w:eastAsia="Symbol"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intézkedik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vírusvédelemről</w:t>
      </w:r>
      <w:proofErr w:type="spellEnd"/>
      <w:r w:rsidRPr="0062109A">
        <w:rPr>
          <w:rFonts w:ascii="Times New Roman" w:eastAsia="MS Gothic" w:hAnsi="Times New Roman" w:cs="Times New Roman"/>
          <w:color w:val="000000"/>
        </w:rPr>
        <w:t>.</w:t>
      </w:r>
    </w:p>
    <w:p w14:paraId="574072ED" w14:textId="77777777" w:rsidR="004E51DE" w:rsidRPr="0062109A" w:rsidRDefault="00000000" w:rsidP="00211F8D">
      <w:pPr>
        <w:wordWrap w:val="0"/>
        <w:autoSpaceDE w:val="0"/>
        <w:autoSpaceDN w:val="0"/>
        <w:spacing w:before="168" w:after="36"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interneten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továbbított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üzenetek</w:t>
      </w:r>
      <w:proofErr w:type="spellEnd"/>
      <w:r w:rsidRPr="0062109A">
        <w:rPr>
          <w:rFonts w:ascii="Times New Roman" w:eastAsia="MS Gothic" w:hAnsi="Times New Roman" w:cs="Times New Roman"/>
          <w:color w:val="000000"/>
        </w:rPr>
        <w:t>,</w:t>
      </w:r>
    </w:p>
    <w:p w14:paraId="5E85C1F1"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protokolltól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(e-mail,</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web,</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ftp,</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stb</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függetlenül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sérülékenyek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hálózati</w:t>
      </w:r>
      <w:proofErr w:type="spellEnd"/>
    </w:p>
    <w:p w14:paraId="4C6E1E34"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fenyegetésekkel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tisztességtelen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tevékenységre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vezethetőek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vissza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3789A10F"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felfedésére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módosítására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vezethetnek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megtesz</w:t>
      </w:r>
      <w:proofErr w:type="spellEnd"/>
    </w:p>
    <w:p w14:paraId="35F49311"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minden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tőle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elvárható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óvintézkedést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megakadályozására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megfigyeli</w:t>
      </w:r>
      <w:proofErr w:type="spellEnd"/>
    </w:p>
    <w:p w14:paraId="02BACC1F" w14:textId="77777777" w:rsidR="004E51DE" w:rsidRPr="0062109A" w:rsidRDefault="00000000" w:rsidP="00211F8D">
      <w:pPr>
        <w:wordWrap w:val="0"/>
        <w:autoSpaceDE w:val="0"/>
        <w:autoSpaceDN w:val="0"/>
        <w:spacing w:before="7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annak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érdekében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minden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biztonsági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eltérést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rögzíthessen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bizonyítékkal</w:t>
      </w:r>
      <w:proofErr w:type="spellEnd"/>
    </w:p>
    <w:p w14:paraId="533565AD"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101"/>
        </w:rPr>
        <w:t>szolgálhasson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minden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biztonsági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esemény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esetében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rendszermegfigyeléssel</w:t>
      </w:r>
      <w:proofErr w:type="spellEnd"/>
    </w:p>
    <w:p w14:paraId="428A8254" w14:textId="67643CAC" w:rsidR="004E51DE" w:rsidRPr="0062109A" w:rsidRDefault="00000000" w:rsidP="00211F8D">
      <w:pPr>
        <w:wordWrap w:val="0"/>
        <w:autoSpaceDE w:val="0"/>
        <w:autoSpaceDN w:val="0"/>
        <w:spacing w:before="69" w:after="9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biztosítja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óvintézkedések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hatékonyságának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ellenőrzését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00D61189">
        <w:rPr>
          <w:rFonts w:ascii="Times New Roman" w:eastAsia="MS Gothic" w:hAnsi="Times New Roman" w:cs="Times New Roman"/>
          <w:color w:val="000000"/>
        </w:rPr>
        <w:br/>
      </w:r>
      <w:r w:rsidR="00D61189">
        <w:rPr>
          <w:rFonts w:ascii="Times New Roman" w:eastAsia="MS Gothic" w:hAnsi="Times New Roman" w:cs="Times New Roman"/>
          <w:color w:val="000000"/>
        </w:rPr>
        <w:br/>
      </w:r>
      <w:r w:rsidR="00D61189" w:rsidRPr="00D61189">
        <w:rPr>
          <w:rFonts w:ascii="Times New Roman" w:hAnsi="Times New Roman" w:cs="Times New Roman"/>
        </w:rPr>
        <w:t xml:space="preserve">A </w:t>
      </w:r>
      <w:proofErr w:type="spellStart"/>
      <w:r w:rsidR="00D61189" w:rsidRPr="00D61189">
        <w:rPr>
          <w:rFonts w:ascii="Times New Roman" w:hAnsi="Times New Roman" w:cs="Times New Roman"/>
        </w:rPr>
        <w:t>tényleges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adatkezelés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az</w:t>
      </w:r>
      <w:proofErr w:type="spellEnd"/>
      <w:r w:rsidR="00D61189" w:rsidRPr="00D61189">
        <w:rPr>
          <w:rFonts w:ascii="Times New Roman" w:hAnsi="Times New Roman" w:cs="Times New Roman"/>
        </w:rPr>
        <w:t xml:space="preserve"> e-Titán </w:t>
      </w:r>
      <w:proofErr w:type="spellStart"/>
      <w:r w:rsidR="00D61189" w:rsidRPr="00D61189">
        <w:rPr>
          <w:rFonts w:ascii="Times New Roman" w:hAnsi="Times New Roman" w:cs="Times New Roman"/>
        </w:rPr>
        <w:t>Rendszerben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történik</w:t>
      </w:r>
      <w:proofErr w:type="spellEnd"/>
      <w:r w:rsidR="00D61189" w:rsidRPr="00D61189">
        <w:rPr>
          <w:rFonts w:ascii="Times New Roman" w:hAnsi="Times New Roman" w:cs="Times New Roman"/>
        </w:rPr>
        <w:t xml:space="preserve">. Az </w:t>
      </w:r>
      <w:proofErr w:type="spellStart"/>
      <w:r w:rsidR="00D61189" w:rsidRPr="00D61189">
        <w:rPr>
          <w:rFonts w:ascii="Times New Roman" w:hAnsi="Times New Roman" w:cs="Times New Roman"/>
        </w:rPr>
        <w:t>Adatkezelő</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megfelelő</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intézkedésekkel</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gondoskodik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arról</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hogy</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személyes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adatát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védje</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többek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között</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jogosulatlan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hozzáférés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ellen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vagy</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azok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jogosulatlan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megváltoztatása</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ellen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Így</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például</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hozzáférés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célhoz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kötött</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hozzáféréshez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jogosultak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köre</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korlátozott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pontosan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nyilvántartott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valamint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Adatkezelő</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személyes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adatok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kezelése</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során</w:t>
      </w:r>
      <w:proofErr w:type="spellEnd"/>
      <w:r w:rsidR="00D61189" w:rsidRPr="00D61189">
        <w:rPr>
          <w:rFonts w:ascii="Times New Roman" w:hAnsi="Times New Roman" w:cs="Times New Roman"/>
        </w:rPr>
        <w:t xml:space="preserve"> a </w:t>
      </w:r>
      <w:proofErr w:type="spellStart"/>
      <w:r w:rsidR="00D61189" w:rsidRPr="00D61189">
        <w:rPr>
          <w:rFonts w:ascii="Times New Roman" w:hAnsi="Times New Roman" w:cs="Times New Roman"/>
        </w:rPr>
        <w:t>hatályos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jogszabályoknak</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megfelelő</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az</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adatkezelés</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menetét</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részletesen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előíró</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belső</w:t>
      </w:r>
      <w:proofErr w:type="spellEnd"/>
      <w:r w:rsidR="00D61189" w:rsidRPr="00D61189">
        <w:rPr>
          <w:rFonts w:ascii="Times New Roman" w:hAnsi="Times New Roman" w:cs="Times New Roman"/>
        </w:rPr>
        <w:t xml:space="preserve"> szabályzata4 </w:t>
      </w:r>
      <w:proofErr w:type="spellStart"/>
      <w:r w:rsidR="00D61189" w:rsidRPr="00D61189">
        <w:rPr>
          <w:rFonts w:ascii="Times New Roman" w:hAnsi="Times New Roman" w:cs="Times New Roman"/>
        </w:rPr>
        <w:t>alapján</w:t>
      </w:r>
      <w:proofErr w:type="spellEnd"/>
      <w:r w:rsidR="00D61189" w:rsidRPr="00D61189">
        <w:rPr>
          <w:rFonts w:ascii="Times New Roman" w:hAnsi="Times New Roman" w:cs="Times New Roman"/>
        </w:rPr>
        <w:t xml:space="preserve"> </w:t>
      </w:r>
      <w:proofErr w:type="spellStart"/>
      <w:r w:rsidR="00D61189" w:rsidRPr="00D61189">
        <w:rPr>
          <w:rFonts w:ascii="Times New Roman" w:hAnsi="Times New Roman" w:cs="Times New Roman"/>
        </w:rPr>
        <w:t>jár</w:t>
      </w:r>
      <w:proofErr w:type="spellEnd"/>
      <w:r w:rsidR="00D61189" w:rsidRPr="00D61189">
        <w:rPr>
          <w:rFonts w:ascii="Times New Roman" w:hAnsi="Times New Roman" w:cs="Times New Roman"/>
        </w:rPr>
        <w:t xml:space="preserve"> el.</w:t>
      </w:r>
    </w:p>
    <w:p w14:paraId="56B6B13F" w14:textId="77777777" w:rsidR="004E51DE" w:rsidRPr="0062109A" w:rsidRDefault="00000000" w:rsidP="00211F8D">
      <w:pPr>
        <w:pStyle w:val="Cmsor1"/>
      </w:pPr>
      <w:bookmarkStart w:id="45" w:name="_Toc219475624"/>
      <w:r w:rsidRPr="0062109A">
        <w:t>7.</w:t>
      </w:r>
      <w:r w:rsidRPr="0062109A">
        <w:rPr>
          <w:rFonts w:eastAsia="Times New Roman"/>
        </w:rPr>
        <w:t xml:space="preserve"> </w:t>
      </w:r>
      <w:proofErr w:type="spellStart"/>
      <w:r w:rsidRPr="0062109A">
        <w:t>Eljárásunk</w:t>
      </w:r>
      <w:proofErr w:type="spellEnd"/>
      <w:r w:rsidRPr="0062109A">
        <w:rPr>
          <w:rFonts w:eastAsia="Times New Roman"/>
        </w:rPr>
        <w:t xml:space="preserve"> </w:t>
      </w:r>
      <w:proofErr w:type="spellStart"/>
      <w:r w:rsidRPr="0062109A">
        <w:t>adatvédelmi</w:t>
      </w:r>
      <w:proofErr w:type="spellEnd"/>
      <w:r w:rsidRPr="0062109A">
        <w:rPr>
          <w:rFonts w:eastAsia="Times New Roman"/>
        </w:rPr>
        <w:t xml:space="preserve"> </w:t>
      </w:r>
      <w:proofErr w:type="spellStart"/>
      <w:r w:rsidRPr="0062109A">
        <w:t>incidens</w:t>
      </w:r>
      <w:proofErr w:type="spellEnd"/>
      <w:r w:rsidRPr="0062109A">
        <w:rPr>
          <w:rFonts w:eastAsia="Times New Roman"/>
        </w:rPr>
        <w:t xml:space="preserve"> </w:t>
      </w:r>
      <w:proofErr w:type="spellStart"/>
      <w:r w:rsidRPr="0062109A">
        <w:t>esetén</w:t>
      </w:r>
      <w:bookmarkEnd w:id="45"/>
      <w:proofErr w:type="spellEnd"/>
    </w:p>
    <w:p w14:paraId="39BAAAD5" w14:textId="77777777" w:rsidR="004E51DE" w:rsidRPr="0062109A" w:rsidRDefault="00000000" w:rsidP="00211F8D">
      <w:pPr>
        <w:wordWrap w:val="0"/>
        <w:autoSpaceDE w:val="0"/>
        <w:autoSpaceDN w:val="0"/>
        <w:spacing w:before="189" w:after="24" w:line="221" w:lineRule="exact"/>
        <w:ind w:left="69"/>
        <w:rPr>
          <w:rFonts w:ascii="Times New Roman" w:hAnsi="Times New Roman" w:cs="Times New Roman"/>
        </w:rPr>
      </w:pP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valószínűsíthetően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magas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kockázattal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p>
    <w:p w14:paraId="49388B44"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szabadságaira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nézve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indokolatlan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késedelem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nélkül</w:t>
      </w:r>
      <w:proofErr w:type="spellEnd"/>
    </w:p>
    <w:p w14:paraId="19437A09"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tájékoztatja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incidensről</w:t>
      </w:r>
      <w:proofErr w:type="spellEnd"/>
      <w:r w:rsidRPr="0062109A">
        <w:rPr>
          <w:rFonts w:ascii="Times New Roman" w:eastAsia="MS Gothic" w:hAnsi="Times New Roman" w:cs="Times New Roman"/>
          <w:color w:val="000000"/>
        </w:rPr>
        <w:t>.</w:t>
      </w:r>
    </w:p>
    <w:p w14:paraId="4CAD65F0" w14:textId="77777777" w:rsidR="004E51DE" w:rsidRPr="0062109A" w:rsidRDefault="00000000" w:rsidP="00211F8D">
      <w:pPr>
        <w:wordWrap w:val="0"/>
        <w:autoSpaceDE w:val="0"/>
        <w:autoSpaceDN w:val="0"/>
        <w:spacing w:before="168" w:after="25"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világosan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közérthetően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ismertetni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332C8AA5"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jellegét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közölni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tisztviselő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w:t>
      </w:r>
      <w:proofErr w:type="spellEnd"/>
    </w:p>
    <w:p w14:paraId="4ECFA957" w14:textId="77777777" w:rsidR="004E51DE" w:rsidRPr="0062109A" w:rsidRDefault="00000000" w:rsidP="00211F8D">
      <w:pPr>
        <w:wordWrap w:val="0"/>
        <w:autoSpaceDE w:val="0"/>
        <w:autoSpaceDN w:val="0"/>
        <w:spacing w:before="48"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tájékoztatást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kapcsolattartó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nevét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elérhetőségeit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ismertetni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0FA060CD"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incidensből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eredő</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valószínűsíthető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következményeket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ismertetni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16AE450F"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orvoslására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tervezett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MS Gothic" w:hAnsi="Times New Roman" w:cs="Times New Roman"/>
          <w:color w:val="000000"/>
        </w:rPr>
        <w:t>,</w:t>
      </w:r>
    </w:p>
    <w:p w14:paraId="369C06D9"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beleértve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incidensből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eredő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esetleges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hátrányos</w:t>
      </w:r>
      <w:proofErr w:type="spellEnd"/>
    </w:p>
    <w:p w14:paraId="1ABF87BA"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következmények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enyhítését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MS Gothic" w:hAnsi="Times New Roman" w:cs="Times New Roman"/>
          <w:color w:val="000000"/>
        </w:rPr>
        <w:t>.</w:t>
      </w:r>
    </w:p>
    <w:p w14:paraId="40C6BCB1"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következő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feltételek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bármelyik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teljesül</w:t>
      </w:r>
      <w:proofErr w:type="spellEnd"/>
      <w:r w:rsidRPr="0062109A">
        <w:rPr>
          <w:rFonts w:ascii="Times New Roman" w:eastAsia="MS Gothic" w:hAnsi="Times New Roman" w:cs="Times New Roman"/>
          <w:color w:val="000000"/>
        </w:rPr>
        <w:t>:</w:t>
      </w:r>
    </w:p>
    <w:p w14:paraId="2341AF24" w14:textId="77777777" w:rsidR="004E51DE" w:rsidRPr="0062109A" w:rsidRDefault="00000000" w:rsidP="00211F8D">
      <w:pPr>
        <w:wordWrap w:val="0"/>
        <w:autoSpaceDE w:val="0"/>
        <w:autoSpaceDN w:val="0"/>
        <w:spacing w:before="168" w:after="25" w:line="221" w:lineRule="exact"/>
        <w:ind w:left="429"/>
        <w:rPr>
          <w:rFonts w:ascii="Times New Roman" w:hAnsi="Times New Roman" w:cs="Times New Roman"/>
        </w:rPr>
      </w:pP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ésszervezési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végre</w:t>
      </w:r>
      <w:proofErr w:type="spellEnd"/>
      <w:r w:rsidRPr="0062109A">
        <w:rPr>
          <w:rFonts w:ascii="Times New Roman" w:eastAsia="MS Gothic" w:hAnsi="Times New Roman" w:cs="Times New Roman"/>
          <w:color w:val="000000"/>
        </w:rPr>
        <w:t>,</w:t>
      </w:r>
    </w:p>
    <w:p w14:paraId="29E8AD94" w14:textId="77777777" w:rsidR="004E51DE" w:rsidRPr="0062109A" w:rsidRDefault="00000000" w:rsidP="00211F8D">
      <w:pPr>
        <w:wordWrap w:val="0"/>
        <w:autoSpaceDE w:val="0"/>
        <w:autoSpaceDN w:val="0"/>
        <w:spacing w:before="50"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p>
    <w:p w14:paraId="5E57D4C4" w14:textId="77777777" w:rsidR="004E51DE" w:rsidRPr="0062109A" w:rsidRDefault="00000000" w:rsidP="00211F8D">
      <w:pPr>
        <w:wordWrap w:val="0"/>
        <w:autoSpaceDE w:val="0"/>
        <w:autoSpaceDN w:val="0"/>
        <w:spacing w:before="48"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tekintetében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alkalmazták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különösen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mint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például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6A8A4069" w14:textId="77777777" w:rsidR="004E51DE" w:rsidRPr="0062109A" w:rsidRDefault="00000000" w:rsidP="00211F8D">
      <w:pPr>
        <w:wordWrap w:val="0"/>
        <w:autoSpaceDE w:val="0"/>
        <w:autoSpaceDN w:val="0"/>
        <w:spacing w:before="48" w:after="2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lastRenderedPageBreak/>
        <w:t>titkosítás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alkalmazása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hozzáférésre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p>
    <w:p w14:paraId="54D5FAD9" w14:textId="77777777" w:rsidR="004E51DE" w:rsidRPr="0062109A" w:rsidRDefault="00000000" w:rsidP="00211F8D">
      <w:pPr>
        <w:wordWrap w:val="0"/>
        <w:autoSpaceDE w:val="0"/>
        <w:autoSpaceDN w:val="0"/>
        <w:spacing w:before="50" w:after="559"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jogosított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értelmezhetetlenné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teszik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MS Gothic" w:hAnsi="Times New Roman" w:cs="Times New Roman"/>
          <w:color w:val="000000"/>
        </w:rPr>
        <w:t>;</w:t>
      </w:r>
    </w:p>
    <w:p w14:paraId="530C1DF0" w14:textId="3AC72957" w:rsidR="004E51DE" w:rsidRPr="0062109A" w:rsidRDefault="004E51DE" w:rsidP="00211F8D">
      <w:pPr>
        <w:wordWrap w:val="0"/>
        <w:autoSpaceDE w:val="0"/>
        <w:autoSpaceDN w:val="0"/>
        <w:spacing w:before="1119" w:after="0" w:line="221" w:lineRule="exact"/>
        <w:ind w:left="4819"/>
        <w:rPr>
          <w:rFonts w:ascii="Times New Roman" w:hAnsi="Times New Roman" w:cs="Times New Roman"/>
        </w:rPr>
        <w:sectPr w:rsidR="004E51DE" w:rsidRPr="0062109A">
          <w:pgSz w:w="11906" w:h="16838"/>
          <w:pgMar w:top="504" w:right="977" w:bottom="653" w:left="1011" w:header="720" w:footer="720" w:gutter="0"/>
          <w:cols w:space="720" w:equalWidth="0">
            <w:col w:w="9919" w:space="0"/>
          </w:cols>
          <w:docGrid w:linePitch="360"/>
        </w:sectPr>
      </w:pPr>
    </w:p>
    <w:p w14:paraId="12E56D49" w14:textId="1206AD26" w:rsidR="004E51DE" w:rsidRPr="0062109A" w:rsidRDefault="004E51DE" w:rsidP="00211F8D">
      <w:pPr>
        <w:wordWrap w:val="0"/>
        <w:autoSpaceDE w:val="0"/>
        <w:autoSpaceDN w:val="0"/>
        <w:spacing w:after="251" w:line="14" w:lineRule="exact"/>
        <w:rPr>
          <w:rFonts w:ascii="Times New Roman" w:hAnsi="Times New Roman" w:cs="Times New Roman"/>
        </w:rPr>
      </w:pPr>
    </w:p>
    <w:p w14:paraId="069E4EFB" w14:textId="77777777" w:rsidR="004E51DE" w:rsidRPr="0062109A" w:rsidRDefault="00000000" w:rsidP="00211F8D">
      <w:pPr>
        <w:wordWrap w:val="0"/>
        <w:autoSpaceDE w:val="0"/>
        <w:autoSpaceDN w:val="0"/>
        <w:spacing w:before="530" w:after="24" w:line="221" w:lineRule="exact"/>
        <w:ind w:left="429"/>
        <w:rPr>
          <w:rFonts w:ascii="Times New Roman" w:hAnsi="Times New Roman" w:cs="Times New Roman"/>
        </w:rPr>
      </w:pP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tett</w:t>
      </w:r>
      <w:proofErr w:type="spellEnd"/>
      <w:r w:rsidRPr="0062109A">
        <w:rPr>
          <w:rFonts w:ascii="Times New Roman" w:eastAsia="MS Gothic" w:hAnsi="Times New Roman" w:cs="Times New Roman"/>
          <w:color w:val="000000"/>
        </w:rPr>
        <w:t>,</w:t>
      </w:r>
    </w:p>
    <w:p w14:paraId="0248B546" w14:textId="77777777" w:rsidR="004E51DE" w:rsidRPr="0062109A" w:rsidRDefault="00000000" w:rsidP="00211F8D">
      <w:pPr>
        <w:wordWrap w:val="0"/>
        <w:autoSpaceDE w:val="0"/>
        <w:autoSpaceDN w:val="0"/>
        <w:spacing w:before="48" w:after="2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amelye</w:t>
      </w:r>
      <w:r w:rsidRPr="0062109A">
        <w:rPr>
          <w:rFonts w:ascii="Times New Roman" w:eastAsia="MS Gothic" w:hAnsi="Times New Roman" w:cs="Times New Roman"/>
          <w:color w:val="000000"/>
          <w:w w:val="101"/>
        </w:rPr>
        <w:t>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biztosítják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jogaira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szabadságaira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jelentett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magas</w:t>
      </w:r>
      <w:proofErr w:type="spellEnd"/>
    </w:p>
    <w:p w14:paraId="3A5EF9D9" w14:textId="77777777" w:rsidR="004E51DE" w:rsidRPr="0062109A" w:rsidRDefault="00000000" w:rsidP="00211F8D">
      <w:pPr>
        <w:wordWrap w:val="0"/>
        <w:autoSpaceDE w:val="0"/>
        <w:autoSpaceDN w:val="0"/>
        <w:spacing w:before="51"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kockázat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valószínűsíthetően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valósul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p>
    <w:p w14:paraId="68A3D53F" w14:textId="77777777" w:rsidR="004E51DE" w:rsidRPr="0062109A" w:rsidRDefault="00000000" w:rsidP="00211F8D">
      <w:pPr>
        <w:wordWrap w:val="0"/>
        <w:autoSpaceDE w:val="0"/>
        <w:autoSpaceDN w:val="0"/>
        <w:spacing w:before="48" w:after="25" w:line="221" w:lineRule="exact"/>
        <w:ind w:left="429"/>
        <w:rPr>
          <w:rFonts w:ascii="Times New Roman" w:hAnsi="Times New Roman" w:cs="Times New Roman"/>
        </w:rPr>
      </w:pPr>
      <w:r w:rsidRPr="0062109A">
        <w:rPr>
          <w:rFonts w:ascii="Times New Roman" w:eastAsia="MS Gothic" w:hAnsi="Times New Roman" w:cs="Times New Roman"/>
          <w:color w:val="000000"/>
        </w:rPr>
        <w:t>3.</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aránytalan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erőfeszítést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tenne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szükségessé</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Ilyen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esetekben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7038B371" w14:textId="77777777" w:rsidR="004E51DE" w:rsidRPr="0062109A" w:rsidRDefault="00000000" w:rsidP="00211F8D">
      <w:pPr>
        <w:wordWrap w:val="0"/>
        <w:autoSpaceDE w:val="0"/>
        <w:autoSpaceDN w:val="0"/>
        <w:spacing w:before="50"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érintetteket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nyilvánosan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közzétett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p>
    <w:p w14:paraId="4A48E2EC" w14:textId="77777777" w:rsidR="004E51DE" w:rsidRPr="0062109A" w:rsidRDefault="00000000" w:rsidP="00211F8D">
      <w:pPr>
        <w:wordWrap w:val="0"/>
        <w:autoSpaceDE w:val="0"/>
        <w:autoSpaceDN w:val="0"/>
        <w:spacing w:before="48" w:after="24"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hasonló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hozni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hasonlóan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hatékony</w:t>
      </w:r>
      <w:proofErr w:type="spellEnd"/>
    </w:p>
    <w:p w14:paraId="69364EB9" w14:textId="77777777" w:rsidR="004E51DE" w:rsidRPr="0062109A" w:rsidRDefault="00000000" w:rsidP="00211F8D">
      <w:pPr>
        <w:wordWrap w:val="0"/>
        <w:autoSpaceDE w:val="0"/>
        <w:autoSpaceDN w:val="0"/>
        <w:spacing w:before="48" w:after="85" w:line="221" w:lineRule="exact"/>
        <w:ind w:left="789"/>
        <w:rPr>
          <w:rFonts w:ascii="Times New Roman" w:hAnsi="Times New Roman" w:cs="Times New Roman"/>
        </w:rPr>
      </w:pPr>
      <w:proofErr w:type="spellStart"/>
      <w:r w:rsidRPr="0062109A">
        <w:rPr>
          <w:rFonts w:ascii="Times New Roman" w:eastAsia="MS Gothic" w:hAnsi="Times New Roman" w:cs="Times New Roman"/>
          <w:color w:val="000000"/>
        </w:rPr>
        <w:t>tájékoztatását</w:t>
      </w:r>
      <w:proofErr w:type="spellEnd"/>
      <w:r w:rsidRPr="0062109A">
        <w:rPr>
          <w:rFonts w:ascii="Times New Roman" w:eastAsia="MS Gothic" w:hAnsi="Times New Roman" w:cs="Times New Roman"/>
          <w:color w:val="000000"/>
        </w:rPr>
        <w:t>.</w:t>
      </w:r>
    </w:p>
    <w:p w14:paraId="63770AFD" w14:textId="77777777" w:rsidR="004E51DE" w:rsidRPr="0062109A" w:rsidRDefault="00000000" w:rsidP="00211F8D">
      <w:pPr>
        <w:wordWrap w:val="0"/>
        <w:autoSpaceDE w:val="0"/>
        <w:autoSpaceDN w:val="0"/>
        <w:spacing w:before="170" w:after="24" w:line="221" w:lineRule="exact"/>
        <w:ind w:left="69"/>
        <w:rPr>
          <w:rFonts w:ascii="Times New Roman" w:hAnsi="Times New Roman" w:cs="Times New Roman"/>
        </w:rPr>
      </w:pP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értesítette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incidensről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felügyeleti</w:t>
      </w:r>
      <w:proofErr w:type="spellEnd"/>
    </w:p>
    <w:p w14:paraId="68ED6872"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hatóság</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miután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mérlegelte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incidens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valószínűsíthetően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magas</w:t>
      </w:r>
      <w:proofErr w:type="spellEnd"/>
    </w:p>
    <w:p w14:paraId="76CCC3C3" w14:textId="77777777" w:rsidR="004E51DE" w:rsidRPr="0062109A" w:rsidRDefault="00000000" w:rsidP="00211F8D">
      <w:pPr>
        <w:wordWrap w:val="0"/>
        <w:autoSpaceDE w:val="0"/>
        <w:autoSpaceDN w:val="0"/>
        <w:spacing w:before="50"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kockázattal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w:t>
      </w:r>
      <w:proofErr w:type="spellEnd"/>
      <w:r w:rsidRPr="0062109A">
        <w:rPr>
          <w:rFonts w:ascii="Times New Roman" w:eastAsia="MS Gothic" w:hAnsi="Times New Roman" w:cs="Times New Roman"/>
          <w:color w:val="000000"/>
        </w:rPr>
        <w:t>-e,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elrendelheti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tájékoztatását</w:t>
      </w:r>
      <w:proofErr w:type="spellEnd"/>
      <w:r w:rsidRPr="0062109A">
        <w:rPr>
          <w:rFonts w:ascii="Times New Roman" w:eastAsia="MS Gothic" w:hAnsi="Times New Roman" w:cs="Times New Roman"/>
          <w:color w:val="000000"/>
        </w:rPr>
        <w:t>.</w:t>
      </w:r>
    </w:p>
    <w:p w14:paraId="287F14B1" w14:textId="77777777" w:rsidR="004E51DE" w:rsidRPr="0062109A" w:rsidRDefault="00000000" w:rsidP="00211F8D">
      <w:pPr>
        <w:wordWrap w:val="0"/>
        <w:autoSpaceDE w:val="0"/>
        <w:autoSpaceDN w:val="0"/>
        <w:spacing w:before="168" w:after="84" w:line="221" w:lineRule="exact"/>
        <w:ind w:left="69"/>
        <w:rPr>
          <w:rFonts w:ascii="Times New Roman" w:hAnsi="Times New Roman" w:cs="Times New Roman"/>
        </w:rPr>
      </w:pPr>
      <w:proofErr w:type="spellStart"/>
      <w:r w:rsidRPr="0062109A">
        <w:rPr>
          <w:rFonts w:ascii="Times New Roman" w:eastAsia="MS Gothic" w:hAnsi="Times New Roman" w:cs="Times New Roman"/>
          <w:color w:val="353535"/>
        </w:rPr>
        <w:t>Adatvédelmi</w:t>
      </w:r>
      <w:proofErr w:type="spellEnd"/>
      <w:r w:rsidRPr="0062109A">
        <w:rPr>
          <w:rFonts w:ascii="Times New Roman" w:eastAsia="Times New Roman" w:hAnsi="Times New Roman" w:cs="Times New Roman"/>
          <w:color w:val="353535"/>
        </w:rPr>
        <w:t xml:space="preserve"> </w:t>
      </w:r>
      <w:proofErr w:type="spellStart"/>
      <w:r w:rsidRPr="0062109A">
        <w:rPr>
          <w:rFonts w:ascii="Times New Roman" w:eastAsia="MS Gothic" w:hAnsi="Times New Roman" w:cs="Times New Roman"/>
          <w:color w:val="353535"/>
        </w:rPr>
        <w:t>incidens</w:t>
      </w:r>
      <w:proofErr w:type="spellEnd"/>
      <w:r w:rsidRPr="0062109A">
        <w:rPr>
          <w:rFonts w:ascii="Times New Roman" w:eastAsia="Times New Roman" w:hAnsi="Times New Roman" w:cs="Times New Roman"/>
          <w:color w:val="353535"/>
        </w:rPr>
        <w:t xml:space="preserve"> </w:t>
      </w:r>
      <w:proofErr w:type="spellStart"/>
      <w:r w:rsidRPr="0062109A">
        <w:rPr>
          <w:rFonts w:ascii="Times New Roman" w:eastAsia="MS Gothic" w:hAnsi="Times New Roman" w:cs="Times New Roman"/>
          <w:color w:val="353535"/>
        </w:rPr>
        <w:t>bejelenthető</w:t>
      </w:r>
      <w:proofErr w:type="spellEnd"/>
      <w:r w:rsidRPr="0062109A">
        <w:rPr>
          <w:rFonts w:ascii="Times New Roman" w:eastAsia="Times New Roman" w:hAnsi="Times New Roman" w:cs="Times New Roman"/>
          <w:color w:val="353535"/>
        </w:rPr>
        <w:t xml:space="preserve"> </w:t>
      </w:r>
      <w:r w:rsidRPr="0062109A">
        <w:rPr>
          <w:rFonts w:ascii="Times New Roman" w:eastAsia="MS Gothic" w:hAnsi="Times New Roman" w:cs="Times New Roman"/>
          <w:color w:val="353535"/>
        </w:rPr>
        <w:t>online</w:t>
      </w:r>
      <w:r w:rsidRPr="0062109A">
        <w:rPr>
          <w:rFonts w:ascii="Times New Roman" w:eastAsia="Times New Roman" w:hAnsi="Times New Roman" w:cs="Times New Roman"/>
          <w:color w:val="353535"/>
        </w:rPr>
        <w:t xml:space="preserve"> </w:t>
      </w:r>
      <w:proofErr w:type="spellStart"/>
      <w:r w:rsidRPr="0062109A">
        <w:rPr>
          <w:rFonts w:ascii="Times New Roman" w:eastAsia="MS Gothic" w:hAnsi="Times New Roman" w:cs="Times New Roman"/>
          <w:color w:val="353535"/>
        </w:rPr>
        <w:t>az</w:t>
      </w:r>
      <w:proofErr w:type="spellEnd"/>
      <w:r w:rsidRPr="0062109A">
        <w:rPr>
          <w:rFonts w:ascii="Times New Roman" w:eastAsia="Times New Roman" w:hAnsi="Times New Roman" w:cs="Times New Roman"/>
          <w:color w:val="353535"/>
        </w:rPr>
        <w:t xml:space="preserve"> </w:t>
      </w:r>
      <w:proofErr w:type="spellStart"/>
      <w:r w:rsidRPr="0062109A">
        <w:rPr>
          <w:rFonts w:ascii="Times New Roman" w:eastAsia="MS Gothic" w:hAnsi="Times New Roman" w:cs="Times New Roman"/>
          <w:color w:val="353535"/>
        </w:rPr>
        <w:t>alábbi</w:t>
      </w:r>
      <w:proofErr w:type="spellEnd"/>
      <w:r w:rsidRPr="0062109A">
        <w:rPr>
          <w:rFonts w:ascii="Times New Roman" w:eastAsia="Times New Roman" w:hAnsi="Times New Roman" w:cs="Times New Roman"/>
          <w:color w:val="353535"/>
        </w:rPr>
        <w:t xml:space="preserve"> </w:t>
      </w:r>
      <w:proofErr w:type="spellStart"/>
      <w:r w:rsidRPr="0062109A">
        <w:rPr>
          <w:rFonts w:ascii="Times New Roman" w:eastAsia="MS Gothic" w:hAnsi="Times New Roman" w:cs="Times New Roman"/>
          <w:color w:val="353535"/>
        </w:rPr>
        <w:t>felületen</w:t>
      </w:r>
      <w:proofErr w:type="spellEnd"/>
      <w:r w:rsidRPr="0062109A">
        <w:rPr>
          <w:rFonts w:ascii="Times New Roman" w:eastAsia="MS Gothic" w:hAnsi="Times New Roman" w:cs="Times New Roman"/>
          <w:color w:val="353535"/>
        </w:rPr>
        <w:t>:</w:t>
      </w:r>
    </w:p>
    <w:p w14:paraId="2E497FBA" w14:textId="6EA8D3F8" w:rsidR="004E51DE" w:rsidRPr="0062109A" w:rsidRDefault="004E51DE" w:rsidP="00211F8D">
      <w:pPr>
        <w:wordWrap w:val="0"/>
        <w:autoSpaceDE w:val="0"/>
        <w:autoSpaceDN w:val="0"/>
        <w:spacing w:before="168" w:after="85" w:line="221" w:lineRule="exact"/>
        <w:ind w:left="69"/>
        <w:rPr>
          <w:rFonts w:ascii="Times New Roman" w:hAnsi="Times New Roman" w:cs="Times New Roman"/>
        </w:rPr>
      </w:pPr>
      <w:hyperlink r:id="rId94" w:history="1">
        <w:r w:rsidRPr="0062109A">
          <w:rPr>
            <w:rFonts w:ascii="Times New Roman" w:eastAsia="MS Gothic" w:hAnsi="Times New Roman" w:cs="Times New Roman"/>
            <w:color w:val="001F5F"/>
            <w:u w:val="single"/>
          </w:rPr>
          <w:t>https</w:t>
        </w:r>
      </w:hyperlink>
      <w:hyperlink r:id="rId95" w:history="1">
        <w:r w:rsidRPr="0062109A">
          <w:rPr>
            <w:rFonts w:ascii="Times New Roman" w:eastAsia="MS Gothic" w:hAnsi="Times New Roman" w:cs="Times New Roman"/>
            <w:color w:val="001F5F"/>
            <w:u w:val="single"/>
          </w:rPr>
          <w:t>://</w:t>
        </w:r>
      </w:hyperlink>
      <w:hyperlink r:id="rId96" w:history="1">
        <w:r w:rsidRPr="0062109A">
          <w:rPr>
            <w:rFonts w:ascii="Times New Roman" w:eastAsia="MS Gothic" w:hAnsi="Times New Roman" w:cs="Times New Roman"/>
            <w:color w:val="001F5F"/>
            <w:u w:val="single"/>
          </w:rPr>
          <w:t>naih</w:t>
        </w:r>
      </w:hyperlink>
      <w:hyperlink r:id="rId97" w:history="1">
        <w:r w:rsidRPr="0062109A">
          <w:rPr>
            <w:rFonts w:ascii="Times New Roman" w:eastAsia="MS Gothic" w:hAnsi="Times New Roman" w:cs="Times New Roman"/>
            <w:color w:val="001F5F"/>
            <w:u w:val="single"/>
          </w:rPr>
          <w:t>.</w:t>
        </w:r>
      </w:hyperlink>
      <w:hyperlink r:id="rId98" w:history="1">
        <w:r w:rsidRPr="0062109A">
          <w:rPr>
            <w:rFonts w:ascii="Times New Roman" w:eastAsia="MS Gothic" w:hAnsi="Times New Roman" w:cs="Times New Roman"/>
            <w:color w:val="001F5F"/>
            <w:u w:val="single"/>
          </w:rPr>
          <w:t>hu</w:t>
        </w:r>
      </w:hyperlink>
      <w:hyperlink r:id="rId99" w:history="1">
        <w:r w:rsidRPr="0062109A">
          <w:rPr>
            <w:rFonts w:ascii="Times New Roman" w:eastAsia="MS Gothic" w:hAnsi="Times New Roman" w:cs="Times New Roman"/>
            <w:color w:val="001F5F"/>
            <w:u w:val="single"/>
          </w:rPr>
          <w:t>/</w:t>
        </w:r>
      </w:hyperlink>
      <w:hyperlink r:id="rId100" w:history="1">
        <w:r w:rsidRPr="0062109A">
          <w:rPr>
            <w:rFonts w:ascii="Times New Roman" w:eastAsia="MS Gothic" w:hAnsi="Times New Roman" w:cs="Times New Roman"/>
            <w:color w:val="001F5F"/>
            <w:u w:val="single"/>
          </w:rPr>
          <w:t>adatvedelmi</w:t>
        </w:r>
      </w:hyperlink>
      <w:hyperlink r:id="rId101" w:history="1">
        <w:r w:rsidRPr="0062109A">
          <w:rPr>
            <w:rFonts w:ascii="Times New Roman" w:eastAsia="MS Gothic" w:hAnsi="Times New Roman" w:cs="Times New Roman"/>
            <w:color w:val="001F5F"/>
            <w:u w:val="single"/>
          </w:rPr>
          <w:t>-</w:t>
        </w:r>
      </w:hyperlink>
      <w:hyperlink r:id="rId102" w:history="1">
        <w:r w:rsidRPr="0062109A">
          <w:rPr>
            <w:rFonts w:ascii="Times New Roman" w:eastAsia="MS Gothic" w:hAnsi="Times New Roman" w:cs="Times New Roman"/>
            <w:color w:val="001F5F"/>
            <w:u w:val="single"/>
          </w:rPr>
          <w:t>incidensbejelent</w:t>
        </w:r>
      </w:hyperlink>
      <w:hyperlink r:id="rId103" w:history="1">
        <w:r w:rsidRPr="0062109A">
          <w:rPr>
            <w:rFonts w:ascii="Times New Roman" w:eastAsia="MS Gothic" w:hAnsi="Times New Roman" w:cs="Times New Roman"/>
            <w:color w:val="001F5F"/>
            <w:u w:val="single"/>
          </w:rPr>
          <w:t>--</w:t>
        </w:r>
      </w:hyperlink>
      <w:hyperlink r:id="rId104" w:history="1">
        <w:r w:rsidRPr="0062109A">
          <w:rPr>
            <w:rFonts w:ascii="Times New Roman" w:eastAsia="MS Gothic" w:hAnsi="Times New Roman" w:cs="Times New Roman"/>
            <w:color w:val="001F5F"/>
            <w:u w:val="single"/>
          </w:rPr>
          <w:t>rendszer</w:t>
        </w:r>
      </w:hyperlink>
      <w:hyperlink r:id="rId105" w:history="1">
        <w:r w:rsidRPr="0062109A">
          <w:rPr>
            <w:rFonts w:ascii="Times New Roman" w:eastAsia="MS Gothic" w:hAnsi="Times New Roman" w:cs="Times New Roman"/>
            <w:color w:val="001F5F"/>
            <w:u w:val="single"/>
          </w:rPr>
          <w:t>.</w:t>
        </w:r>
      </w:hyperlink>
      <w:hyperlink r:id="rId106" w:history="1">
        <w:r w:rsidRPr="0062109A">
          <w:rPr>
            <w:rFonts w:ascii="Times New Roman" w:eastAsia="MS Gothic" w:hAnsi="Times New Roman" w:cs="Times New Roman"/>
            <w:color w:val="001F5F"/>
            <w:u w:val="single"/>
          </w:rPr>
          <w:t>html</w:t>
        </w:r>
      </w:hyperlink>
    </w:p>
    <w:p w14:paraId="54B5C99A" w14:textId="77777777" w:rsidR="004E51DE" w:rsidRPr="0062109A" w:rsidRDefault="00000000" w:rsidP="00211F8D">
      <w:pPr>
        <w:pStyle w:val="Cmsor1"/>
      </w:pPr>
      <w:bookmarkStart w:id="46" w:name="_Toc219475625"/>
      <w:r w:rsidRPr="0062109A">
        <w:t>8.</w:t>
      </w:r>
      <w:r w:rsidRPr="0062109A">
        <w:rPr>
          <w:rFonts w:eastAsia="Times New Roman"/>
        </w:rPr>
        <w:t xml:space="preserve"> </w:t>
      </w:r>
      <w:proofErr w:type="spellStart"/>
      <w:r w:rsidRPr="0062109A">
        <w:t>Automatizált</w:t>
      </w:r>
      <w:proofErr w:type="spellEnd"/>
      <w:r w:rsidRPr="0062109A">
        <w:rPr>
          <w:rFonts w:eastAsia="Times New Roman"/>
        </w:rPr>
        <w:t xml:space="preserve"> </w:t>
      </w:r>
      <w:proofErr w:type="spellStart"/>
      <w:r w:rsidRPr="0062109A">
        <w:t>döntéshozatal</w:t>
      </w:r>
      <w:proofErr w:type="spellEnd"/>
      <w:r w:rsidRPr="0062109A">
        <w:rPr>
          <w:rFonts w:eastAsia="Times New Roman"/>
        </w:rPr>
        <w:t xml:space="preserve"> </w:t>
      </w:r>
      <w:proofErr w:type="spellStart"/>
      <w:r w:rsidRPr="0062109A">
        <w:t>és</w:t>
      </w:r>
      <w:proofErr w:type="spellEnd"/>
      <w:r w:rsidRPr="0062109A">
        <w:rPr>
          <w:rFonts w:eastAsia="Times New Roman"/>
        </w:rPr>
        <w:t xml:space="preserve"> </w:t>
      </w:r>
      <w:proofErr w:type="spellStart"/>
      <w:r w:rsidRPr="0062109A">
        <w:t>profilozás</w:t>
      </w:r>
      <w:bookmarkEnd w:id="46"/>
      <w:proofErr w:type="spellEnd"/>
    </w:p>
    <w:p w14:paraId="5D03FA47" w14:textId="77777777" w:rsidR="004E51DE" w:rsidRPr="0062109A" w:rsidRDefault="00000000" w:rsidP="00211F8D">
      <w:pPr>
        <w:wordWrap w:val="0"/>
        <w:autoSpaceDE w:val="0"/>
        <w:autoSpaceDN w:val="0"/>
        <w:spacing w:before="189" w:after="24" w:line="221" w:lineRule="exact"/>
        <w:ind w:left="69"/>
        <w:rPr>
          <w:rFonts w:ascii="Times New Roman" w:hAnsi="Times New Roman" w:cs="Times New Roman"/>
        </w:rPr>
      </w:pP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döntéshozatalt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profilozást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ügyfeleivel</w:t>
      </w:r>
      <w:proofErr w:type="spellEnd"/>
      <w:r w:rsidRPr="0062109A">
        <w:rPr>
          <w:rFonts w:ascii="Times New Roman" w:eastAsia="MS Gothic" w:hAnsi="Times New Roman" w:cs="Times New Roman"/>
          <w:color w:val="000000"/>
        </w:rPr>
        <w:t>,</w:t>
      </w:r>
    </w:p>
    <w:p w14:paraId="7CA54DC1" w14:textId="77777777" w:rsidR="004E51DE" w:rsidRPr="0062109A" w:rsidRDefault="00000000" w:rsidP="00211F8D">
      <w:pPr>
        <w:wordWrap w:val="0"/>
        <w:autoSpaceDE w:val="0"/>
        <w:autoSpaceDN w:val="0"/>
        <w:spacing w:before="48" w:after="2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partnereivel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kapcsolatban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ügyfél-elégedettség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felmérése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birtokába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jutott</w:t>
      </w:r>
      <w:proofErr w:type="spellEnd"/>
    </w:p>
    <w:p w14:paraId="6CA4EEC1" w14:textId="77777777" w:rsidR="004E51DE" w:rsidRPr="0062109A" w:rsidRDefault="00000000" w:rsidP="00211F8D">
      <w:pPr>
        <w:wordWrap w:val="0"/>
        <w:autoSpaceDE w:val="0"/>
        <w:autoSpaceDN w:val="0"/>
        <w:spacing w:before="50" w:after="24"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kizárólag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statisztikai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üzletpolitikai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döntések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megalapozására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anonimizált</w:t>
      </w:r>
      <w:proofErr w:type="spellEnd"/>
    </w:p>
    <w:p w14:paraId="0E6855E1" w14:textId="77777777" w:rsidR="004E51DE" w:rsidRPr="0062109A" w:rsidRDefault="00000000" w:rsidP="00211F8D">
      <w:pPr>
        <w:wordWrap w:val="0"/>
        <w:autoSpaceDE w:val="0"/>
        <w:autoSpaceDN w:val="0"/>
        <w:spacing w:before="48" w:after="8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formában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kezeli</w:t>
      </w:r>
      <w:proofErr w:type="spellEnd"/>
      <w:r w:rsidRPr="0062109A">
        <w:rPr>
          <w:rFonts w:ascii="Times New Roman" w:eastAsia="MS Gothic" w:hAnsi="Times New Roman" w:cs="Times New Roman"/>
          <w:color w:val="000000"/>
        </w:rPr>
        <w:t>.</w:t>
      </w:r>
    </w:p>
    <w:p w14:paraId="53B364A4" w14:textId="77777777" w:rsidR="004E51DE" w:rsidRPr="0062109A" w:rsidRDefault="00000000" w:rsidP="00211F8D">
      <w:pPr>
        <w:pStyle w:val="Cmsor1"/>
      </w:pPr>
      <w:bookmarkStart w:id="47" w:name="_Toc219475626"/>
      <w:r w:rsidRPr="0062109A">
        <w:t>9.</w:t>
      </w:r>
      <w:r w:rsidRPr="0062109A">
        <w:rPr>
          <w:rFonts w:eastAsia="Times New Roman"/>
        </w:rPr>
        <w:t xml:space="preserve"> </w:t>
      </w:r>
      <w:proofErr w:type="spellStart"/>
      <w:r w:rsidRPr="0062109A">
        <w:rPr>
          <w:w w:val="99"/>
        </w:rPr>
        <w:t>Mellékletek</w:t>
      </w:r>
      <w:bookmarkEnd w:id="47"/>
      <w:proofErr w:type="spellEnd"/>
    </w:p>
    <w:p w14:paraId="2428C17E" w14:textId="77777777" w:rsidR="004E51DE" w:rsidRPr="0062109A" w:rsidRDefault="00000000" w:rsidP="00211F8D">
      <w:pPr>
        <w:wordWrap w:val="0"/>
        <w:autoSpaceDE w:val="0"/>
        <w:autoSpaceDN w:val="0"/>
        <w:spacing w:before="189" w:after="115" w:line="221" w:lineRule="exact"/>
        <w:ind w:left="69"/>
        <w:rPr>
          <w:rFonts w:ascii="Times New Roman" w:hAnsi="Times New Roman" w:cs="Times New Roman"/>
        </w:rPr>
      </w:pPr>
      <w:r w:rsidRPr="0062109A">
        <w:rPr>
          <w:rFonts w:ascii="Times New Roman" w:eastAsia="MS Gothic" w:hAnsi="Times New Roman" w:cs="Times New Roman"/>
          <w:color w:val="000000"/>
        </w:rPr>
        <w:t>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melléklet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Fogalommeghatározások</w:t>
      </w:r>
      <w:proofErr w:type="spellEnd"/>
    </w:p>
    <w:p w14:paraId="4A93D76A"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2.</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számú</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melléklet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jogszabályok</w:t>
      </w:r>
      <w:proofErr w:type="spellEnd"/>
    </w:p>
    <w:p w14:paraId="24BBD2C7" w14:textId="7CC46E84" w:rsidR="004E51DE" w:rsidRPr="0062109A" w:rsidRDefault="00000000" w:rsidP="00211F8D">
      <w:pPr>
        <w:wordWrap w:val="0"/>
        <w:autoSpaceDE w:val="0"/>
        <w:autoSpaceDN w:val="0"/>
        <w:spacing w:before="230" w:after="36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Hatályos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202</w:t>
      </w:r>
      <w:r w:rsidR="00211F8D">
        <w:rPr>
          <w:rFonts w:ascii="Times New Roman" w:eastAsia="MS Gothic" w:hAnsi="Times New Roman" w:cs="Times New Roman"/>
          <w:color w:val="000000"/>
        </w:rPr>
        <w:t>6</w:t>
      </w:r>
      <w:r w:rsidRPr="0062109A">
        <w:rPr>
          <w:rFonts w:ascii="Times New Roman" w:eastAsia="MS Gothic" w:hAnsi="Times New Roman" w:cs="Times New Roman"/>
          <w:color w:val="000000"/>
        </w:rPr>
        <w:t>.0</w:t>
      </w:r>
      <w:r w:rsidR="00211F8D">
        <w:rPr>
          <w:rFonts w:ascii="Times New Roman" w:eastAsia="MS Gothic" w:hAnsi="Times New Roman" w:cs="Times New Roman"/>
          <w:color w:val="000000"/>
        </w:rPr>
        <w:t>1</w:t>
      </w:r>
      <w:r w:rsidRPr="0062109A">
        <w:rPr>
          <w:rFonts w:ascii="Times New Roman" w:eastAsia="MS Gothic" w:hAnsi="Times New Roman" w:cs="Times New Roman"/>
          <w:color w:val="000000"/>
        </w:rPr>
        <w:t>.1</w:t>
      </w:r>
      <w:r w:rsidR="00211F8D">
        <w:rPr>
          <w:rFonts w:ascii="Times New Roman" w:eastAsia="MS Gothic" w:hAnsi="Times New Roman" w:cs="Times New Roman"/>
          <w:color w:val="000000"/>
        </w:rPr>
        <w:t xml:space="preserve">6- </w:t>
      </w:r>
      <w:proofErr w:type="spellStart"/>
      <w:r w:rsidR="00211F8D">
        <w:rPr>
          <w:rFonts w:ascii="Times New Roman" w:eastAsia="MS Gothic" w:hAnsi="Times New Roman" w:cs="Times New Roman"/>
          <w:color w:val="000000"/>
        </w:rPr>
        <w:t>tól</w:t>
      </w:r>
      <w:proofErr w:type="spellEnd"/>
      <w:r w:rsidRPr="0062109A">
        <w:rPr>
          <w:rFonts w:ascii="Times New Roman" w:eastAsia="MS Gothic" w:hAnsi="Times New Roman" w:cs="Times New Roman"/>
          <w:color w:val="000000"/>
        </w:rPr>
        <w:t>.</w:t>
      </w:r>
    </w:p>
    <w:p w14:paraId="7CED1B6B" w14:textId="0E1927E1" w:rsidR="004E51DE" w:rsidRPr="0062109A" w:rsidRDefault="004E51DE" w:rsidP="00211F8D">
      <w:pPr>
        <w:wordWrap w:val="0"/>
        <w:autoSpaceDE w:val="0"/>
        <w:autoSpaceDN w:val="0"/>
        <w:spacing w:before="7230" w:after="0" w:line="221" w:lineRule="exact"/>
        <w:ind w:left="4819"/>
        <w:rPr>
          <w:rFonts w:ascii="Times New Roman" w:hAnsi="Times New Roman" w:cs="Times New Roman"/>
        </w:rPr>
        <w:sectPr w:rsidR="004E51DE" w:rsidRPr="0062109A">
          <w:pgSz w:w="11906" w:h="16838"/>
          <w:pgMar w:top="504" w:right="979" w:bottom="653" w:left="1011" w:header="720" w:footer="720" w:gutter="0"/>
          <w:cols w:space="720" w:equalWidth="0">
            <w:col w:w="9916" w:space="0"/>
          </w:cols>
          <w:docGrid w:linePitch="360"/>
        </w:sectPr>
      </w:pPr>
    </w:p>
    <w:p w14:paraId="2F41DBF9" w14:textId="399D3E33" w:rsidR="004E51DE" w:rsidRPr="0062109A" w:rsidRDefault="004E51DE" w:rsidP="00211F8D">
      <w:pPr>
        <w:wordWrap w:val="0"/>
        <w:autoSpaceDE w:val="0"/>
        <w:autoSpaceDN w:val="0"/>
        <w:spacing w:after="251" w:line="14" w:lineRule="exact"/>
        <w:rPr>
          <w:rFonts w:ascii="Times New Roman" w:hAnsi="Times New Roman" w:cs="Times New Roman"/>
        </w:rPr>
      </w:pPr>
    </w:p>
    <w:p w14:paraId="0CA09BED" w14:textId="77777777" w:rsidR="004E51DE" w:rsidRPr="0062109A" w:rsidRDefault="00000000" w:rsidP="00211F8D">
      <w:pPr>
        <w:pStyle w:val="Cmsor1"/>
      </w:pPr>
      <w:bookmarkStart w:id="48" w:name="_Toc219475627"/>
      <w:r w:rsidRPr="0062109A">
        <w:t>1.számú</w:t>
      </w:r>
      <w:r w:rsidRPr="0062109A">
        <w:rPr>
          <w:rFonts w:eastAsia="Times New Roman"/>
        </w:rPr>
        <w:t xml:space="preserve"> </w:t>
      </w:r>
      <w:proofErr w:type="spellStart"/>
      <w:r w:rsidRPr="0062109A">
        <w:t>melléklet</w:t>
      </w:r>
      <w:proofErr w:type="spellEnd"/>
      <w:r w:rsidRPr="0062109A">
        <w:rPr>
          <w:rFonts w:eastAsia="Times New Roman"/>
        </w:rPr>
        <w:t xml:space="preserve"> </w:t>
      </w:r>
      <w:r w:rsidRPr="0062109A">
        <w:t>-</w:t>
      </w:r>
      <w:r w:rsidRPr="0062109A">
        <w:rPr>
          <w:rFonts w:eastAsia="Times New Roman"/>
        </w:rPr>
        <w:t xml:space="preserve"> </w:t>
      </w:r>
      <w:proofErr w:type="spellStart"/>
      <w:r w:rsidRPr="0062109A">
        <w:t>Fogalommeghatározások</w:t>
      </w:r>
      <w:bookmarkEnd w:id="48"/>
      <w:proofErr w:type="spellEnd"/>
    </w:p>
    <w:p w14:paraId="088A9CFB" w14:textId="77777777" w:rsidR="004E51DE" w:rsidRPr="0062109A" w:rsidRDefault="00000000" w:rsidP="00211F8D">
      <w:pPr>
        <w:wordWrap w:val="0"/>
        <w:autoSpaceDE w:val="0"/>
        <w:autoSpaceDN w:val="0"/>
        <w:spacing w:before="190" w:after="36"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személyes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azonosítható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személyre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érintett</w:t>
      </w:r>
      <w:proofErr w:type="spellEnd"/>
      <w:r w:rsidRPr="0062109A">
        <w:rPr>
          <w:rFonts w:ascii="Times New Roman" w:eastAsia="MS Gothic" w:hAnsi="Times New Roman" w:cs="Times New Roman"/>
          <w:color w:val="000000"/>
        </w:rPr>
        <w:t>”)</w:t>
      </w:r>
    </w:p>
    <w:p w14:paraId="48B50068"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azonosítható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közvetlen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62DD6A99"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w w:val="99"/>
        </w:rPr>
        <w:t>közvetett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különösen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azonosító</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például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helymeghatározóadat</w:t>
      </w:r>
      <w:proofErr w:type="spellEnd"/>
      <w:r w:rsidRPr="0062109A">
        <w:rPr>
          <w:rFonts w:ascii="Times New Roman" w:eastAsia="MS Gothic" w:hAnsi="Times New Roman" w:cs="Times New Roman"/>
          <w:color w:val="000000"/>
        </w:rPr>
        <w:t>,</w:t>
      </w:r>
    </w:p>
    <w:p w14:paraId="634F6119"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r w:rsidRPr="0062109A">
        <w:rPr>
          <w:rFonts w:ascii="Times New Roman" w:eastAsia="MS Gothic" w:hAnsi="Times New Roman" w:cs="Times New Roman"/>
          <w:color w:val="000000"/>
        </w:rPr>
        <w:t>online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fiziológiai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genetikai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szellemi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gazdasági</w:t>
      </w:r>
      <w:proofErr w:type="spellEnd"/>
      <w:r w:rsidRPr="0062109A">
        <w:rPr>
          <w:rFonts w:ascii="Times New Roman" w:eastAsia="MS Gothic" w:hAnsi="Times New Roman" w:cs="Times New Roman"/>
          <w:color w:val="000000"/>
        </w:rPr>
        <w:t>,</w:t>
      </w:r>
    </w:p>
    <w:p w14:paraId="774CDD09"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kulturális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szociális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azonosságára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több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tényező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p>
    <w:p w14:paraId="5AC8A41E" w14:textId="77777777" w:rsidR="004E51DE" w:rsidRPr="0062109A" w:rsidRDefault="00000000" w:rsidP="00211F8D">
      <w:pPr>
        <w:wordWrap w:val="0"/>
        <w:autoSpaceDE w:val="0"/>
        <w:autoSpaceDN w:val="0"/>
        <w:spacing w:before="72" w:after="180"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azonosítható</w:t>
      </w:r>
      <w:proofErr w:type="spellEnd"/>
      <w:r w:rsidRPr="0062109A">
        <w:rPr>
          <w:rFonts w:ascii="Times New Roman" w:eastAsia="MS Gothic" w:hAnsi="Times New Roman" w:cs="Times New Roman"/>
          <w:color w:val="000000"/>
        </w:rPr>
        <w:t>;</w:t>
      </w:r>
    </w:p>
    <w:p w14:paraId="5E4D0ADB" w14:textId="77777777" w:rsidR="004E51DE" w:rsidRPr="0062109A" w:rsidRDefault="00000000" w:rsidP="00211F8D">
      <w:pPr>
        <w:wordWrap w:val="0"/>
        <w:autoSpaceDE w:val="0"/>
        <w:autoSpaceDN w:val="0"/>
        <w:spacing w:before="360" w:after="36"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adatállományokon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p>
    <w:p w14:paraId="4CA66C58"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végzett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művelet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műveletek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összessége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így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gyűjtés</w:t>
      </w:r>
      <w:proofErr w:type="spellEnd"/>
      <w:r w:rsidRPr="0062109A">
        <w:rPr>
          <w:rFonts w:ascii="Times New Roman" w:eastAsia="MS Gothic" w:hAnsi="Times New Roman" w:cs="Times New Roman"/>
          <w:color w:val="000000"/>
        </w:rPr>
        <w:t>,</w:t>
      </w:r>
    </w:p>
    <w:p w14:paraId="27973E51"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rögzítés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rendszerezés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tagolás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átalakítás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megváltoztatás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lekérdezés</w:t>
      </w:r>
      <w:proofErr w:type="spellEnd"/>
      <w:r w:rsidRPr="0062109A">
        <w:rPr>
          <w:rFonts w:ascii="Times New Roman" w:eastAsia="MS Gothic" w:hAnsi="Times New Roman" w:cs="Times New Roman"/>
          <w:color w:val="000000"/>
        </w:rPr>
        <w:t>,</w:t>
      </w:r>
    </w:p>
    <w:p w14:paraId="703E74CD"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betekintés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továbbítás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terjesztés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p>
    <w:p w14:paraId="2713D256" w14:textId="77777777" w:rsidR="004E51DE" w:rsidRPr="0062109A" w:rsidRDefault="00000000" w:rsidP="00211F8D">
      <w:pPr>
        <w:wordWrap w:val="0"/>
        <w:autoSpaceDE w:val="0"/>
        <w:autoSpaceDN w:val="0"/>
        <w:spacing w:before="70"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hozzáférhetővé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tétel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útján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összehangolás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összekapcsolás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korlátozás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törlés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illetve</w:t>
      </w:r>
      <w:proofErr w:type="spellEnd"/>
    </w:p>
    <w:p w14:paraId="3E78FC71" w14:textId="77777777" w:rsidR="004E51DE" w:rsidRPr="0062109A" w:rsidRDefault="00000000" w:rsidP="00211F8D">
      <w:pPr>
        <w:wordWrap w:val="0"/>
        <w:autoSpaceDE w:val="0"/>
        <w:autoSpaceDN w:val="0"/>
        <w:spacing w:before="72" w:after="180"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megsemmisítés</w:t>
      </w:r>
      <w:proofErr w:type="spellEnd"/>
      <w:r w:rsidRPr="0062109A">
        <w:rPr>
          <w:rFonts w:ascii="Times New Roman" w:eastAsia="MS Gothic" w:hAnsi="Times New Roman" w:cs="Times New Roman"/>
          <w:color w:val="000000"/>
        </w:rPr>
        <w:t>;</w:t>
      </w:r>
    </w:p>
    <w:p w14:paraId="427954AA" w14:textId="77777777" w:rsidR="004E51DE" w:rsidRPr="0062109A" w:rsidRDefault="00000000" w:rsidP="00211F8D">
      <w:pPr>
        <w:wordWrap w:val="0"/>
        <w:autoSpaceDE w:val="0"/>
        <w:autoSpaceDN w:val="0"/>
        <w:spacing w:before="360" w:after="36"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ügynökség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43B1E0E3"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bármely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eszközeit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önállóan</w:t>
      </w:r>
      <w:proofErr w:type="spellEnd"/>
    </w:p>
    <w:p w14:paraId="1A0D4A38"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másokkal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együtt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meghatározza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ha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eszközeit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uniós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0AE51373"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tagállami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határozza</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kijelölésére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p>
    <w:p w14:paraId="1127D2BC" w14:textId="77777777" w:rsidR="004E51DE" w:rsidRPr="0062109A" w:rsidRDefault="00000000" w:rsidP="00211F8D">
      <w:pPr>
        <w:wordWrap w:val="0"/>
        <w:autoSpaceDE w:val="0"/>
        <w:autoSpaceDN w:val="0"/>
        <w:spacing w:before="69" w:after="181"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különös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szempontokat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uniós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tagállami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jog</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meghatározhatja</w:t>
      </w:r>
      <w:proofErr w:type="spellEnd"/>
      <w:r w:rsidRPr="0062109A">
        <w:rPr>
          <w:rFonts w:ascii="Times New Roman" w:eastAsia="MS Gothic" w:hAnsi="Times New Roman" w:cs="Times New Roman"/>
          <w:color w:val="000000"/>
        </w:rPr>
        <w:t>;</w:t>
      </w:r>
    </w:p>
    <w:p w14:paraId="3FCC335D" w14:textId="77777777" w:rsidR="004E51DE" w:rsidRPr="0062109A" w:rsidRDefault="00000000" w:rsidP="00211F8D">
      <w:pPr>
        <w:wordWrap w:val="0"/>
        <w:autoSpaceDE w:val="0"/>
        <w:autoSpaceDN w:val="0"/>
        <w:spacing w:before="362" w:after="181"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proofErr w:type="gramStart"/>
      <w:r w:rsidRPr="0062109A">
        <w:rPr>
          <w:rFonts w:ascii="Times New Roman" w:eastAsia="MS Gothic" w:hAnsi="Times New Roman" w:cs="Times New Roman"/>
          <w:b/>
          <w:color w:val="000000"/>
        </w:rPr>
        <w:t>az</w:t>
      </w:r>
      <w:proofErr w:type="spellEnd"/>
      <w:proofErr w:type="gram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tájékoztató</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szerinti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adatkezelő</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p>
    <w:p w14:paraId="17DB520D" w14:textId="77777777" w:rsidR="004E51DE" w:rsidRPr="0062109A" w:rsidRDefault="00000000" w:rsidP="00211F8D">
      <w:pPr>
        <w:wordWrap w:val="0"/>
        <w:autoSpaceDE w:val="0"/>
        <w:autoSpaceDN w:val="0"/>
        <w:spacing w:before="362"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adatfeldolgozó</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ügynökség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53E77957" w14:textId="77777777" w:rsidR="004E51DE" w:rsidRPr="0062109A" w:rsidRDefault="00000000" w:rsidP="00211F8D">
      <w:pPr>
        <w:wordWrap w:val="0"/>
        <w:autoSpaceDE w:val="0"/>
        <w:autoSpaceDN w:val="0"/>
        <w:spacing w:before="70" w:after="180"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bármely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nevében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w:t>
      </w:r>
      <w:proofErr w:type="spellEnd"/>
      <w:r w:rsidRPr="0062109A">
        <w:rPr>
          <w:rFonts w:ascii="Times New Roman" w:eastAsia="MS Gothic" w:hAnsi="Times New Roman" w:cs="Times New Roman"/>
          <w:color w:val="000000"/>
        </w:rPr>
        <w:t>;</w:t>
      </w:r>
    </w:p>
    <w:p w14:paraId="7226D66B" w14:textId="77777777" w:rsidR="004E51DE" w:rsidRPr="0062109A" w:rsidRDefault="00000000" w:rsidP="00211F8D">
      <w:pPr>
        <w:wordWrap w:val="0"/>
        <w:autoSpaceDE w:val="0"/>
        <w:autoSpaceDN w:val="0"/>
        <w:spacing w:before="360" w:after="36"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címzett</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ügynökség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bármely</w:t>
      </w:r>
      <w:proofErr w:type="spellEnd"/>
    </w:p>
    <w:p w14:paraId="56FCC294"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akivel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amellyel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közlik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függetlenül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attól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p>
    <w:p w14:paraId="39C17D69"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harmadik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fél</w:t>
      </w:r>
      <w:proofErr w:type="spellEnd"/>
      <w:r w:rsidRPr="0062109A">
        <w:rPr>
          <w:rFonts w:ascii="Times New Roman" w:eastAsia="MS Gothic" w:hAnsi="Times New Roman" w:cs="Times New Roman"/>
          <w:color w:val="000000"/>
        </w:rPr>
        <w:t>-e.</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Azon</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egyedi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vizsgálat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keretében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uniós</w:t>
      </w:r>
      <w:proofErr w:type="spellEnd"/>
    </w:p>
    <w:p w14:paraId="4EF4F039"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tagállami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joggal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összhangban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férhetnek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adatokhoz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p>
    <w:p w14:paraId="25B094B3"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minősülnek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címzettnek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említettadatoke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kell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p>
    <w:p w14:paraId="02455047" w14:textId="77777777" w:rsidR="004E51DE" w:rsidRPr="0062109A" w:rsidRDefault="00000000" w:rsidP="00211F8D">
      <w:pPr>
        <w:wordWrap w:val="0"/>
        <w:autoSpaceDE w:val="0"/>
        <w:autoSpaceDN w:val="0"/>
        <w:spacing w:before="69" w:after="180"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feleljen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céljainak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alkalmazandó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szabályoknak</w:t>
      </w:r>
      <w:proofErr w:type="spellEnd"/>
      <w:r w:rsidRPr="0062109A">
        <w:rPr>
          <w:rFonts w:ascii="Times New Roman" w:eastAsia="MS Gothic" w:hAnsi="Times New Roman" w:cs="Times New Roman"/>
          <w:color w:val="000000"/>
        </w:rPr>
        <w:t>;</w:t>
      </w:r>
    </w:p>
    <w:p w14:paraId="38255E94" w14:textId="77777777" w:rsidR="004E51DE" w:rsidRPr="0062109A" w:rsidRDefault="00000000" w:rsidP="00211F8D">
      <w:pPr>
        <w:wordWrap w:val="0"/>
        <w:autoSpaceDE w:val="0"/>
        <w:autoSpaceDN w:val="0"/>
        <w:spacing w:before="360" w:after="36"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proofErr w:type="gramStart"/>
      <w:r w:rsidRPr="0062109A">
        <w:rPr>
          <w:rFonts w:ascii="Times New Roman" w:eastAsia="MS Gothic" w:hAnsi="Times New Roman" w:cs="Times New Roman"/>
          <w:b/>
          <w:color w:val="000000"/>
        </w:rPr>
        <w:t>harmadik</w:t>
      </w:r>
      <w:proofErr w:type="spellEnd"/>
      <w:proofErr w:type="gram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fél</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közhatalmi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ügynökség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p>
    <w:p w14:paraId="0CAA22BF"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bármely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egyéb</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Adatkezelővel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p>
    <w:p w14:paraId="7603AEBC" w14:textId="77777777" w:rsidR="004E51DE" w:rsidRPr="0062109A" w:rsidRDefault="00000000" w:rsidP="00211F8D">
      <w:pPr>
        <w:wordWrap w:val="0"/>
        <w:autoSpaceDE w:val="0"/>
        <w:autoSpaceDN w:val="0"/>
        <w:spacing w:before="7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adatfeldolgozóval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azokkal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személyekkel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akik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Adatkezelő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adatfeldolgozó</w:t>
      </w:r>
      <w:proofErr w:type="spellEnd"/>
    </w:p>
    <w:p w14:paraId="065348BA" w14:textId="77777777" w:rsidR="004E51DE" w:rsidRPr="0062109A" w:rsidRDefault="00000000" w:rsidP="00211F8D">
      <w:pPr>
        <w:wordWrap w:val="0"/>
        <w:autoSpaceDE w:val="0"/>
        <w:autoSpaceDN w:val="0"/>
        <w:spacing w:before="69" w:after="181"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közvetlen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irányítása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alatt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felhatalmazást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kaptak</w:t>
      </w:r>
      <w:proofErr w:type="spellEnd"/>
      <w:r w:rsidRPr="0062109A">
        <w:rPr>
          <w:rFonts w:ascii="Times New Roman" w:eastAsia="MS Gothic" w:hAnsi="Times New Roman" w:cs="Times New Roman"/>
          <w:color w:val="000000"/>
        </w:rPr>
        <w:t>;</w:t>
      </w:r>
    </w:p>
    <w:p w14:paraId="4419C6BC" w14:textId="77777777" w:rsidR="004E51DE" w:rsidRPr="0062109A" w:rsidRDefault="00000000" w:rsidP="00211F8D">
      <w:pPr>
        <w:wordWrap w:val="0"/>
        <w:autoSpaceDE w:val="0"/>
        <w:autoSpaceDN w:val="0"/>
        <w:spacing w:before="362"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proofErr w:type="gramStart"/>
      <w:r w:rsidRPr="0062109A">
        <w:rPr>
          <w:rFonts w:ascii="Times New Roman" w:eastAsia="MS Gothic" w:hAnsi="Times New Roman" w:cs="Times New Roman"/>
          <w:b/>
          <w:color w:val="000000"/>
        </w:rPr>
        <w:t>az</w:t>
      </w:r>
      <w:proofErr w:type="spellEnd"/>
      <w:proofErr w:type="gram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érintett</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hozzájárulása</w:t>
      </w:r>
      <w:proofErr w:type="spellEnd"/>
      <w:r w:rsidRPr="0062109A">
        <w:rPr>
          <w:rFonts w:ascii="Times New Roman" w:eastAsia="MS Gothic" w:hAnsi="Times New Roman" w:cs="Times New Roman"/>
          <w:b/>
          <w:color w:val="000000"/>
        </w:rPr>
        <w:t>”</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akaratának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önkéntes</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konkrét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w:t>
      </w:r>
      <w:proofErr w:type="spellEnd"/>
    </w:p>
    <w:p w14:paraId="2BE9F8DC"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tájékoztatáson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alapuló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egyértelmű</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kinyilvánítása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amellyel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érintett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nyilatkozat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49FCCC3D"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megerősítést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félreérthetetlenül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kifejező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cselekedet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útján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jelzi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beleegyezését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adja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őt</w:t>
      </w:r>
      <w:proofErr w:type="spellEnd"/>
    </w:p>
    <w:p w14:paraId="02342278" w14:textId="77777777" w:rsidR="004E51DE" w:rsidRPr="0062109A" w:rsidRDefault="00000000" w:rsidP="00211F8D">
      <w:pPr>
        <w:wordWrap w:val="0"/>
        <w:autoSpaceDE w:val="0"/>
        <w:autoSpaceDN w:val="0"/>
        <w:spacing w:before="72" w:after="180"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érintő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kezeléséhez</w:t>
      </w:r>
      <w:proofErr w:type="spellEnd"/>
      <w:r w:rsidRPr="0062109A">
        <w:rPr>
          <w:rFonts w:ascii="Times New Roman" w:eastAsia="MS Gothic" w:hAnsi="Times New Roman" w:cs="Times New Roman"/>
          <w:color w:val="000000"/>
        </w:rPr>
        <w:t>;</w:t>
      </w:r>
    </w:p>
    <w:p w14:paraId="251B150F" w14:textId="77777777" w:rsidR="004E51DE" w:rsidRPr="0062109A" w:rsidRDefault="00000000" w:rsidP="00211F8D">
      <w:pPr>
        <w:wordWrap w:val="0"/>
        <w:autoSpaceDE w:val="0"/>
        <w:autoSpaceDN w:val="0"/>
        <w:spacing w:before="360" w:after="36"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proofErr w:type="gramStart"/>
      <w:r w:rsidRPr="0062109A">
        <w:rPr>
          <w:rFonts w:ascii="Times New Roman" w:eastAsia="MS Gothic" w:hAnsi="Times New Roman" w:cs="Times New Roman"/>
          <w:b/>
          <w:color w:val="000000"/>
        </w:rPr>
        <w:t>az</w:t>
      </w:r>
      <w:proofErr w:type="spellEnd"/>
      <w:proofErr w:type="gram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adatkezelés</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korlátozása</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megjelölése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jövőbeli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kezelésük</w:t>
      </w:r>
      <w:proofErr w:type="spellEnd"/>
    </w:p>
    <w:p w14:paraId="1B03B486" w14:textId="77777777" w:rsidR="004E51DE" w:rsidRPr="0062109A" w:rsidRDefault="00000000" w:rsidP="00211F8D">
      <w:pPr>
        <w:wordWrap w:val="0"/>
        <w:autoSpaceDE w:val="0"/>
        <w:autoSpaceDN w:val="0"/>
        <w:spacing w:before="72" w:after="470"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korlátozása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céljából</w:t>
      </w:r>
      <w:proofErr w:type="spellEnd"/>
      <w:r w:rsidRPr="0062109A">
        <w:rPr>
          <w:rFonts w:ascii="Times New Roman" w:eastAsia="MS Gothic" w:hAnsi="Times New Roman" w:cs="Times New Roman"/>
          <w:color w:val="000000"/>
        </w:rPr>
        <w:t>;</w:t>
      </w:r>
    </w:p>
    <w:p w14:paraId="13C511B2" w14:textId="77777777" w:rsidR="004E51DE" w:rsidRPr="0062109A" w:rsidRDefault="004E51DE" w:rsidP="00211F8D">
      <w:pPr>
        <w:spacing w:after="0"/>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0A448BF2" w14:textId="60680291" w:rsidR="004E51DE" w:rsidRPr="0062109A" w:rsidRDefault="004E51DE" w:rsidP="00211F8D">
      <w:pPr>
        <w:wordWrap w:val="0"/>
        <w:autoSpaceDE w:val="0"/>
        <w:autoSpaceDN w:val="0"/>
        <w:spacing w:after="251" w:line="14" w:lineRule="exact"/>
        <w:rPr>
          <w:rFonts w:ascii="Times New Roman" w:hAnsi="Times New Roman" w:cs="Times New Roman"/>
        </w:rPr>
      </w:pPr>
    </w:p>
    <w:p w14:paraId="02B971D3" w14:textId="77777777" w:rsidR="004E51DE" w:rsidRPr="0062109A" w:rsidRDefault="00000000" w:rsidP="00211F8D">
      <w:pPr>
        <w:wordWrap w:val="0"/>
        <w:autoSpaceDE w:val="0"/>
        <w:autoSpaceDN w:val="0"/>
        <w:spacing w:before="530"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profilalkotás</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automatizált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formája</w:t>
      </w:r>
      <w:proofErr w:type="spellEnd"/>
      <w:r w:rsidRPr="0062109A">
        <w:rPr>
          <w:rFonts w:ascii="Times New Roman" w:eastAsia="MS Gothic" w:hAnsi="Times New Roman" w:cs="Times New Roman"/>
          <w:color w:val="000000"/>
        </w:rPr>
        <w:t>,</w:t>
      </w:r>
    </w:p>
    <w:p w14:paraId="1F5053E4"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amelynek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során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fűződő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bizonyos</w:t>
      </w:r>
      <w:proofErr w:type="spellEnd"/>
    </w:p>
    <w:p w14:paraId="67AF1A0F"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jellemzők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értékelésére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különösen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munkahelyi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teljesítményhez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gazdasági</w:t>
      </w:r>
      <w:proofErr w:type="spellEnd"/>
    </w:p>
    <w:p w14:paraId="4387A630"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helyzethez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egészségi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állapothoz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preferenciákhoz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érdeklődéshez</w:t>
      </w:r>
      <w:proofErr w:type="spellEnd"/>
      <w:r w:rsidRPr="0062109A">
        <w:rPr>
          <w:rFonts w:ascii="Times New Roman" w:eastAsia="MS Gothic" w:hAnsi="Times New Roman" w:cs="Times New Roman"/>
          <w:color w:val="000000"/>
        </w:rPr>
        <w:t>,</w:t>
      </w:r>
    </w:p>
    <w:p w14:paraId="45FF5920"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megbízhatósághoz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viselkedéshez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tartózkodási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helyhez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mozgáshoz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kapcsolódó</w:t>
      </w:r>
      <w:proofErr w:type="spellEnd"/>
    </w:p>
    <w:p w14:paraId="700B0AB9" w14:textId="77777777" w:rsidR="004E51DE" w:rsidRPr="0062109A" w:rsidRDefault="00000000" w:rsidP="00211F8D">
      <w:pPr>
        <w:wordWrap w:val="0"/>
        <w:autoSpaceDE w:val="0"/>
        <w:autoSpaceDN w:val="0"/>
        <w:spacing w:before="69" w:after="181"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jellemzők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elemzésére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előrejelzésére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használják</w:t>
      </w:r>
      <w:proofErr w:type="spellEnd"/>
      <w:r w:rsidRPr="0062109A">
        <w:rPr>
          <w:rFonts w:ascii="Times New Roman" w:eastAsia="MS Gothic" w:hAnsi="Times New Roman" w:cs="Times New Roman"/>
          <w:color w:val="000000"/>
        </w:rPr>
        <w:t>;</w:t>
      </w:r>
    </w:p>
    <w:p w14:paraId="72A73CD6" w14:textId="77777777" w:rsidR="004E51DE" w:rsidRPr="0062109A" w:rsidRDefault="00000000" w:rsidP="00211F8D">
      <w:pPr>
        <w:wordWrap w:val="0"/>
        <w:autoSpaceDE w:val="0"/>
        <w:autoSpaceDN w:val="0"/>
        <w:spacing w:before="362"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álnevesítés</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következtében</w:t>
      </w:r>
      <w:proofErr w:type="spellEnd"/>
    </w:p>
    <w:p w14:paraId="14D5D1A9"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további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felhasználása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nélkül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többé</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már</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állapítható</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meg,</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p>
    <w:p w14:paraId="69D8F3DE"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konkrét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személyre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vonatkozik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feltéve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ilyen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w:t>
      </w:r>
      <w:proofErr w:type="spellEnd"/>
    </w:p>
    <w:p w14:paraId="431083AF"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információt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külön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tárolják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szervezési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intézkedések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megtételével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biztosított</w:t>
      </w:r>
      <w:proofErr w:type="spellEnd"/>
      <w:r w:rsidRPr="0062109A">
        <w:rPr>
          <w:rFonts w:ascii="Times New Roman" w:eastAsia="MS Gothic" w:hAnsi="Times New Roman" w:cs="Times New Roman"/>
          <w:color w:val="000000"/>
        </w:rPr>
        <w:t>,</w:t>
      </w:r>
    </w:p>
    <w:p w14:paraId="6B98A9F6"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hogy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azonosítható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személyekhez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ezt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w:t>
      </w:r>
      <w:proofErr w:type="spellEnd"/>
    </w:p>
    <w:p w14:paraId="5ABD36F4" w14:textId="77777777" w:rsidR="004E51DE" w:rsidRPr="0062109A" w:rsidRDefault="00000000" w:rsidP="00211F8D">
      <w:pPr>
        <w:wordWrap w:val="0"/>
        <w:autoSpaceDE w:val="0"/>
        <w:autoSpaceDN w:val="0"/>
        <w:spacing w:before="69" w:after="181"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lehet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kapcsolni</w:t>
      </w:r>
      <w:proofErr w:type="spellEnd"/>
      <w:r w:rsidRPr="0062109A">
        <w:rPr>
          <w:rFonts w:ascii="Times New Roman" w:eastAsia="MS Gothic" w:hAnsi="Times New Roman" w:cs="Times New Roman"/>
          <w:color w:val="000000"/>
        </w:rPr>
        <w:t>;</w:t>
      </w:r>
    </w:p>
    <w:p w14:paraId="27F220C2" w14:textId="77777777" w:rsidR="004E51DE" w:rsidRPr="0062109A" w:rsidRDefault="00000000" w:rsidP="00211F8D">
      <w:pPr>
        <w:wordWrap w:val="0"/>
        <w:autoSpaceDE w:val="0"/>
        <w:autoSpaceDN w:val="0"/>
        <w:spacing w:before="363"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nyilvántartási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rendszer</w:t>
      </w:r>
      <w:proofErr w:type="spellEnd"/>
      <w:r w:rsidRPr="0062109A">
        <w:rPr>
          <w:rFonts w:ascii="Times New Roman" w:eastAsia="MS Gothic" w:hAnsi="Times New Roman" w:cs="Times New Roman"/>
          <w:b/>
          <w:color w:val="000000"/>
        </w:rPr>
        <w:t>”</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bármely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centralizált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decentralizált</w:t>
      </w:r>
      <w:proofErr w:type="spellEnd"/>
    </w:p>
    <w:p w14:paraId="0EDF7E75"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funkcionális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földrajzi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szempontok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szerint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állománya</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meghatározott</w:t>
      </w:r>
      <w:proofErr w:type="spellEnd"/>
    </w:p>
    <w:p w14:paraId="2F030906" w14:textId="77777777" w:rsidR="004E51DE" w:rsidRPr="0062109A" w:rsidRDefault="00000000" w:rsidP="00211F8D">
      <w:pPr>
        <w:wordWrap w:val="0"/>
        <w:autoSpaceDE w:val="0"/>
        <w:autoSpaceDN w:val="0"/>
        <w:spacing w:before="72" w:after="180"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ismérvek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alapján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hozzáférhető</w:t>
      </w:r>
      <w:proofErr w:type="spellEnd"/>
      <w:r w:rsidRPr="0062109A">
        <w:rPr>
          <w:rFonts w:ascii="Times New Roman" w:eastAsia="MS Gothic" w:hAnsi="Times New Roman" w:cs="Times New Roman"/>
          <w:color w:val="000000"/>
        </w:rPr>
        <w:t>;</w:t>
      </w:r>
    </w:p>
    <w:p w14:paraId="227DFFB3" w14:textId="77777777" w:rsidR="004E51DE" w:rsidRPr="0062109A" w:rsidRDefault="00000000" w:rsidP="00211F8D">
      <w:pPr>
        <w:wordWrap w:val="0"/>
        <w:autoSpaceDE w:val="0"/>
        <w:autoSpaceDN w:val="0"/>
        <w:spacing w:before="360"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adatvédelmi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incidens</w:t>
      </w:r>
      <w:proofErr w:type="spellEnd"/>
      <w:r w:rsidRPr="0062109A">
        <w:rPr>
          <w:rFonts w:ascii="Times New Roman" w:eastAsia="MS Gothic" w:hAnsi="Times New Roman" w:cs="Times New Roman"/>
          <w:b/>
          <w:color w:val="000000"/>
        </w:rPr>
        <w:t>”</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biztonság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sérülése</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továbbított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tárolt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más</w:t>
      </w:r>
      <w:proofErr w:type="spellEnd"/>
    </w:p>
    <w:p w14:paraId="56C74BAB"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módon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véletlen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jogellenes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megsemmisítését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elvesztését</w:t>
      </w:r>
      <w:proofErr w:type="spellEnd"/>
      <w:r w:rsidRPr="0062109A">
        <w:rPr>
          <w:rFonts w:ascii="Times New Roman" w:eastAsia="MS Gothic" w:hAnsi="Times New Roman" w:cs="Times New Roman"/>
          <w:color w:val="000000"/>
        </w:rPr>
        <w:t>,</w:t>
      </w:r>
    </w:p>
    <w:p w14:paraId="36AED090"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megváltoztatását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közlését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azokhoz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jogosulatlan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hozzáférést</w:t>
      </w:r>
      <w:proofErr w:type="spellEnd"/>
    </w:p>
    <w:p w14:paraId="6B83FE4D" w14:textId="77777777" w:rsidR="004E51DE" w:rsidRPr="0062109A" w:rsidRDefault="00000000" w:rsidP="00211F8D">
      <w:pPr>
        <w:wordWrap w:val="0"/>
        <w:autoSpaceDE w:val="0"/>
        <w:autoSpaceDN w:val="0"/>
        <w:spacing w:before="69" w:after="181"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eredményezi</w:t>
      </w:r>
      <w:proofErr w:type="spellEnd"/>
      <w:r w:rsidRPr="0062109A">
        <w:rPr>
          <w:rFonts w:ascii="Times New Roman" w:eastAsia="MS Gothic" w:hAnsi="Times New Roman" w:cs="Times New Roman"/>
          <w:color w:val="000000"/>
        </w:rPr>
        <w:t>;</w:t>
      </w:r>
    </w:p>
    <w:p w14:paraId="41BFAF95" w14:textId="77777777" w:rsidR="004E51DE" w:rsidRPr="0062109A" w:rsidRDefault="00000000" w:rsidP="00211F8D">
      <w:pPr>
        <w:wordWrap w:val="0"/>
        <w:autoSpaceDE w:val="0"/>
        <w:autoSpaceDN w:val="0"/>
        <w:spacing w:before="362"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proofErr w:type="gramStart"/>
      <w:r w:rsidRPr="0062109A">
        <w:rPr>
          <w:rFonts w:ascii="Times New Roman" w:eastAsia="MS Gothic" w:hAnsi="Times New Roman" w:cs="Times New Roman"/>
          <w:b/>
          <w:color w:val="000000"/>
        </w:rPr>
        <w:t>biometrikus</w:t>
      </w:r>
      <w:proofErr w:type="spellEnd"/>
      <w:proofErr w:type="gram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testi</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fiziológiai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viselkedési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jellemzőire</w:t>
      </w:r>
      <w:proofErr w:type="spellEnd"/>
    </w:p>
    <w:p w14:paraId="71BFB846" w14:textId="77777777" w:rsidR="004E51DE" w:rsidRPr="0062109A" w:rsidRDefault="00000000" w:rsidP="00211F8D">
      <w:pPr>
        <w:wordWrap w:val="0"/>
        <w:autoSpaceDE w:val="0"/>
        <w:autoSpaceDN w:val="0"/>
        <w:spacing w:before="70"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minden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sajátos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technikaieljárásokkal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nyert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proofErr w:type="gramStart"/>
      <w:r w:rsidRPr="0062109A">
        <w:rPr>
          <w:rFonts w:ascii="Times New Roman" w:eastAsia="MS Gothic" w:hAnsi="Times New Roman" w:cs="Times New Roman"/>
          <w:color w:val="000000"/>
        </w:rPr>
        <w:t>adat,amely</w:t>
      </w:r>
      <w:proofErr w:type="spellEnd"/>
      <w:proofErr w:type="gram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lehetővé</w:t>
      </w:r>
      <w:proofErr w:type="spellEnd"/>
    </w:p>
    <w:p w14:paraId="630D4AC4"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teszi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megerősíti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egyedi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azonosítását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ilyen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például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arckép</w:t>
      </w:r>
      <w:proofErr w:type="spellEnd"/>
    </w:p>
    <w:p w14:paraId="0FFA2C6E" w14:textId="77777777" w:rsidR="004E51DE" w:rsidRPr="0062109A" w:rsidRDefault="00000000" w:rsidP="00211F8D">
      <w:pPr>
        <w:wordWrap w:val="0"/>
        <w:autoSpaceDE w:val="0"/>
        <w:autoSpaceDN w:val="0"/>
        <w:spacing w:before="69" w:after="181"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daktiloszkópiai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r w:rsidRPr="0062109A">
        <w:rPr>
          <w:rFonts w:ascii="Times New Roman" w:eastAsia="MS Gothic" w:hAnsi="Times New Roman" w:cs="Times New Roman"/>
          <w:color w:val="000000"/>
        </w:rPr>
        <w:t>;</w:t>
      </w:r>
    </w:p>
    <w:p w14:paraId="0B8728AB" w14:textId="77777777" w:rsidR="004E51DE" w:rsidRPr="0062109A" w:rsidRDefault="00000000" w:rsidP="00211F8D">
      <w:pPr>
        <w:wordWrap w:val="0"/>
        <w:autoSpaceDE w:val="0"/>
        <w:autoSpaceDN w:val="0"/>
        <w:spacing w:before="362"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egészségügyi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adat</w:t>
      </w:r>
      <w:proofErr w:type="spellEnd"/>
      <w:r w:rsidRPr="0062109A">
        <w:rPr>
          <w:rFonts w:ascii="Times New Roman" w:eastAsia="MS Gothic" w:hAnsi="Times New Roman" w:cs="Times New Roman"/>
          <w:b/>
          <w:color w:val="000000"/>
        </w:rPr>
        <w:t>”</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testi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pszichikai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egészségi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állapotára</w:t>
      </w:r>
      <w:proofErr w:type="spellEnd"/>
    </w:p>
    <w:p w14:paraId="5B2FDE25" w14:textId="77777777" w:rsidR="004E51DE" w:rsidRPr="0062109A" w:rsidRDefault="00000000" w:rsidP="00211F8D">
      <w:pPr>
        <w:wordWrap w:val="0"/>
        <w:autoSpaceDE w:val="0"/>
        <w:autoSpaceDN w:val="0"/>
        <w:spacing w:before="69" w:after="36"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ideértve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nyújtott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egészségügyi</w:t>
      </w:r>
      <w:proofErr w:type="spellEnd"/>
    </w:p>
    <w:p w14:paraId="566A09DB"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szolgáltatásokra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olyan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amely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információt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hordoz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p>
    <w:p w14:paraId="3D08FD49" w14:textId="77777777" w:rsidR="004E51DE" w:rsidRPr="0062109A" w:rsidRDefault="00000000" w:rsidP="00211F8D">
      <w:pPr>
        <w:wordWrap w:val="0"/>
        <w:autoSpaceDE w:val="0"/>
        <w:autoSpaceDN w:val="0"/>
        <w:spacing w:before="69" w:after="180"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egészségi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állapotáról</w:t>
      </w:r>
      <w:proofErr w:type="spellEnd"/>
      <w:r w:rsidRPr="0062109A">
        <w:rPr>
          <w:rFonts w:ascii="Times New Roman" w:eastAsia="MS Gothic" w:hAnsi="Times New Roman" w:cs="Times New Roman"/>
          <w:color w:val="000000"/>
        </w:rPr>
        <w:t>;</w:t>
      </w:r>
    </w:p>
    <w:p w14:paraId="1CE9B47C" w14:textId="77777777" w:rsidR="004E51DE" w:rsidRPr="0062109A" w:rsidRDefault="00000000" w:rsidP="00211F8D">
      <w:pPr>
        <w:wordWrap w:val="0"/>
        <w:autoSpaceDE w:val="0"/>
        <w:autoSpaceDN w:val="0"/>
        <w:spacing w:before="360" w:after="36"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vállalkozás</w:t>
      </w:r>
      <w:proofErr w:type="spellEnd"/>
      <w:r w:rsidRPr="0062109A">
        <w:rPr>
          <w:rFonts w:ascii="Times New Roman" w:eastAsia="MS Gothic" w:hAnsi="Times New Roman" w:cs="Times New Roman"/>
          <w:b/>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gazdasági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tevékenységet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folytató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függetlenül</w:t>
      </w:r>
      <w:proofErr w:type="spellEnd"/>
    </w:p>
    <w:p w14:paraId="4CBDC027"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formájától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ideértve</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rendszeres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gazdasági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tevékenységet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folytató</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személyegyesítő</w:t>
      </w:r>
      <w:proofErr w:type="spellEnd"/>
    </w:p>
    <w:p w14:paraId="26818078" w14:textId="77777777" w:rsidR="004E51DE" w:rsidRPr="0062109A" w:rsidRDefault="00000000" w:rsidP="00211F8D">
      <w:pPr>
        <w:wordWrap w:val="0"/>
        <w:autoSpaceDE w:val="0"/>
        <w:autoSpaceDN w:val="0"/>
        <w:spacing w:before="70" w:after="181"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társaságokat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egyesületeket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is;</w:t>
      </w:r>
    </w:p>
    <w:p w14:paraId="512A4F70" w14:textId="77777777" w:rsidR="004E51DE" w:rsidRPr="0062109A" w:rsidRDefault="00000000" w:rsidP="00211F8D">
      <w:pPr>
        <w:wordWrap w:val="0"/>
        <w:autoSpaceDE w:val="0"/>
        <w:autoSpaceDN w:val="0"/>
        <w:spacing w:before="362" w:after="35" w:line="221" w:lineRule="exact"/>
        <w:ind w:left="69"/>
        <w:rPr>
          <w:rFonts w:ascii="Times New Roman" w:hAnsi="Times New Roman" w:cs="Times New Roman"/>
        </w:rPr>
      </w:pPr>
      <w:r w:rsidRPr="0062109A">
        <w:rPr>
          <w:rFonts w:ascii="Times New Roman" w:eastAsia="MS Gothic" w:hAnsi="Times New Roman" w:cs="Times New Roman"/>
          <w:b/>
          <w:color w:val="000000"/>
        </w:rPr>
        <w:t>„</w:t>
      </w:r>
      <w:proofErr w:type="spellStart"/>
      <w:r w:rsidRPr="0062109A">
        <w:rPr>
          <w:rFonts w:ascii="Times New Roman" w:eastAsia="MS Gothic" w:hAnsi="Times New Roman" w:cs="Times New Roman"/>
          <w:b/>
          <w:color w:val="000000"/>
        </w:rPr>
        <w:t>felügyeleti</w:t>
      </w:r>
      <w:proofErr w:type="spellEnd"/>
      <w:r w:rsidRPr="0062109A">
        <w:rPr>
          <w:rFonts w:ascii="Times New Roman" w:eastAsia="Times New Roman" w:hAnsi="Times New Roman" w:cs="Times New Roman"/>
          <w:b/>
          <w:color w:val="000000"/>
        </w:rPr>
        <w:t xml:space="preserve"> </w:t>
      </w:r>
      <w:proofErr w:type="spellStart"/>
      <w:r w:rsidRPr="0062109A">
        <w:rPr>
          <w:rFonts w:ascii="Times New Roman" w:eastAsia="MS Gothic" w:hAnsi="Times New Roman" w:cs="Times New Roman"/>
          <w:b/>
          <w:color w:val="000000"/>
        </w:rPr>
        <w:t>hatóság</w:t>
      </w:r>
      <w:proofErr w:type="spellEnd"/>
      <w:r w:rsidRPr="0062109A">
        <w:rPr>
          <w:rFonts w:ascii="Times New Roman" w:eastAsia="MS Gothic" w:hAnsi="Times New Roman" w:cs="Times New Roman"/>
          <w:b/>
          <w:color w:val="000000"/>
        </w:rPr>
        <w:t>”</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tagállam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által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51.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cikknek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megfelelően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létrehozott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független</w:t>
      </w:r>
      <w:proofErr w:type="spellEnd"/>
    </w:p>
    <w:p w14:paraId="43F47CC6" w14:textId="2DF13C92" w:rsidR="004E51DE" w:rsidRPr="0062109A" w:rsidRDefault="00000000" w:rsidP="00211F8D">
      <w:pPr>
        <w:wordWrap w:val="0"/>
        <w:autoSpaceDE w:val="0"/>
        <w:autoSpaceDN w:val="0"/>
        <w:spacing w:before="69" w:after="1404" w:line="221" w:lineRule="exact"/>
        <w:ind w:left="69"/>
        <w:rPr>
          <w:rFonts w:ascii="Times New Roman" w:hAnsi="Times New Roman" w:cs="Times New Roman"/>
        </w:rPr>
      </w:pPr>
      <w:proofErr w:type="gramStart"/>
      <w:r w:rsidRPr="0062109A">
        <w:rPr>
          <w:rFonts w:ascii="Times New Roman" w:eastAsia="MS Gothic" w:hAnsi="Times New Roman" w:cs="Times New Roman"/>
          <w:color w:val="000000"/>
        </w:rPr>
        <w:t>közhatalmiszerv,MagyarországonaNemzetiAdatvédelmiésInformációszabadságHatóság</w:t>
      </w:r>
      <w:proofErr w:type="gramEnd"/>
    </w:p>
    <w:p w14:paraId="15638E8D" w14:textId="77777777" w:rsidR="004E51DE" w:rsidRPr="0062109A" w:rsidRDefault="004E51DE" w:rsidP="00211F8D">
      <w:pPr>
        <w:spacing w:after="0"/>
        <w:rPr>
          <w:rFonts w:ascii="Times New Roman" w:hAnsi="Times New Roman" w:cs="Times New Roman"/>
        </w:rPr>
        <w:sectPr w:rsidR="004E51DE" w:rsidRPr="0062109A">
          <w:pgSz w:w="11906" w:h="16838"/>
          <w:pgMar w:top="504" w:right="977" w:bottom="653" w:left="1011" w:header="720" w:footer="720" w:gutter="0"/>
          <w:cols w:space="720" w:equalWidth="0">
            <w:col w:w="9918" w:space="0"/>
          </w:cols>
          <w:docGrid w:linePitch="360"/>
        </w:sectPr>
      </w:pPr>
    </w:p>
    <w:p w14:paraId="276069CD" w14:textId="092577A7" w:rsidR="004E51DE" w:rsidRPr="0062109A" w:rsidRDefault="004E51DE" w:rsidP="00211F8D">
      <w:pPr>
        <w:wordWrap w:val="0"/>
        <w:autoSpaceDE w:val="0"/>
        <w:autoSpaceDN w:val="0"/>
        <w:spacing w:after="251" w:line="14" w:lineRule="exact"/>
        <w:rPr>
          <w:rFonts w:ascii="Times New Roman" w:hAnsi="Times New Roman" w:cs="Times New Roman"/>
        </w:rPr>
      </w:pPr>
    </w:p>
    <w:p w14:paraId="38C7A840" w14:textId="77777777" w:rsidR="004E51DE" w:rsidRPr="0062109A" w:rsidRDefault="00000000" w:rsidP="00211F8D">
      <w:pPr>
        <w:pStyle w:val="Cmsor1"/>
      </w:pPr>
      <w:bookmarkStart w:id="49" w:name="_Toc219475628"/>
      <w:r w:rsidRPr="0062109A">
        <w:t>2.számú</w:t>
      </w:r>
      <w:r w:rsidRPr="0062109A">
        <w:rPr>
          <w:rFonts w:eastAsia="Times New Roman"/>
        </w:rPr>
        <w:t xml:space="preserve"> </w:t>
      </w:r>
      <w:proofErr w:type="spellStart"/>
      <w:r w:rsidRPr="0062109A">
        <w:t>melléklet</w:t>
      </w:r>
      <w:proofErr w:type="spellEnd"/>
      <w:r w:rsidRPr="0062109A">
        <w:rPr>
          <w:rFonts w:eastAsia="Times New Roman"/>
        </w:rPr>
        <w:t xml:space="preserve"> </w:t>
      </w:r>
      <w:r w:rsidRPr="0062109A">
        <w:t>–</w:t>
      </w:r>
      <w:r w:rsidRPr="0062109A">
        <w:rPr>
          <w:rFonts w:eastAsia="Times New Roman"/>
        </w:rPr>
        <w:t xml:space="preserve"> </w:t>
      </w:r>
      <w:proofErr w:type="spellStart"/>
      <w:r w:rsidRPr="0062109A">
        <w:t>Alkalmazott</w:t>
      </w:r>
      <w:proofErr w:type="spellEnd"/>
      <w:r w:rsidRPr="0062109A">
        <w:rPr>
          <w:rFonts w:eastAsia="Times New Roman"/>
        </w:rPr>
        <w:t xml:space="preserve"> </w:t>
      </w:r>
      <w:proofErr w:type="spellStart"/>
      <w:r w:rsidRPr="0062109A">
        <w:t>jogszabályok</w:t>
      </w:r>
      <w:bookmarkEnd w:id="49"/>
      <w:proofErr w:type="spellEnd"/>
    </w:p>
    <w:p w14:paraId="5E8E83BA" w14:textId="77777777" w:rsidR="004E51DE" w:rsidRPr="0062109A" w:rsidRDefault="00000000" w:rsidP="00211F8D">
      <w:pPr>
        <w:wordWrap w:val="0"/>
        <w:autoSpaceDE w:val="0"/>
        <w:autoSpaceDN w:val="0"/>
        <w:spacing w:before="521" w:after="36"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természetes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személyeknek</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személyes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kezelése</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tekintetében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történő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védelméről</w:t>
      </w:r>
      <w:proofErr w:type="spellEnd"/>
    </w:p>
    <w:p w14:paraId="1C6066AA" w14:textId="77777777" w:rsidR="004E51DE" w:rsidRPr="0062109A" w:rsidRDefault="00000000" w:rsidP="00211F8D">
      <w:pPr>
        <w:wordWrap w:val="0"/>
        <w:autoSpaceDE w:val="0"/>
        <w:autoSpaceDN w:val="0"/>
        <w:spacing w:before="72"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ilyen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szabad</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áramlásáról</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95/46/EK</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hatályon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kívül</w:t>
      </w:r>
      <w:proofErr w:type="spellEnd"/>
    </w:p>
    <w:p w14:paraId="394F5768" w14:textId="77777777" w:rsidR="004E51DE" w:rsidRPr="0062109A" w:rsidRDefault="00000000" w:rsidP="00211F8D">
      <w:pPr>
        <w:wordWrap w:val="0"/>
        <w:autoSpaceDE w:val="0"/>
        <w:autoSpaceDN w:val="0"/>
        <w:spacing w:before="69" w:after="3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helyezéséről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általános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AZ</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EURÓPAI</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PARLAMENT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ÉS</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TANÁCS</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(EU)</w:t>
      </w:r>
    </w:p>
    <w:p w14:paraId="33D90DD8"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r w:rsidRPr="0062109A">
        <w:rPr>
          <w:rFonts w:ascii="Times New Roman" w:eastAsia="MS Gothic" w:hAnsi="Times New Roman" w:cs="Times New Roman"/>
          <w:color w:val="000000"/>
        </w:rPr>
        <w:t>2016/679</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RENDELETE</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(GDPR)</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(2016.</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április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27.)</w:t>
      </w:r>
    </w:p>
    <w:p w14:paraId="28F4E1E0"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2011.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CXII.</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önrendelkezési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jogról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információszabadságról</w:t>
      </w:r>
      <w:proofErr w:type="spellEnd"/>
    </w:p>
    <w:p w14:paraId="558A1003"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továbbiakban</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Infotv</w:t>
      </w:r>
      <w:proofErr w:type="spellEnd"/>
      <w:r w:rsidRPr="0062109A">
        <w:rPr>
          <w:rFonts w:ascii="Times New Roman" w:eastAsia="MS Gothic" w:hAnsi="Times New Roman" w:cs="Times New Roman"/>
          <w:color w:val="000000"/>
        </w:rPr>
        <w:t>.)</w:t>
      </w:r>
    </w:p>
    <w:p w14:paraId="2C95216D" w14:textId="77777777" w:rsidR="004E51DE" w:rsidRPr="0062109A" w:rsidRDefault="00000000" w:rsidP="00211F8D">
      <w:pPr>
        <w:wordWrap w:val="0"/>
        <w:autoSpaceDE w:val="0"/>
        <w:autoSpaceDN w:val="0"/>
        <w:spacing w:before="230" w:after="36" w:line="221" w:lineRule="exact"/>
        <w:ind w:left="69"/>
        <w:rPr>
          <w:rFonts w:ascii="Times New Roman" w:hAnsi="Times New Roman" w:cs="Times New Roman"/>
        </w:rPr>
      </w:pPr>
      <w:r w:rsidRPr="0062109A">
        <w:rPr>
          <w:rFonts w:ascii="Times New Roman" w:eastAsia="MS Gothic" w:hAnsi="Times New Roman" w:cs="Times New Roman"/>
          <w:color w:val="000000"/>
        </w:rPr>
        <w:t>2001.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CVIII.</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kereskedelmi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szolgáltatások</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valamint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w:t>
      </w:r>
      <w:proofErr w:type="spellEnd"/>
    </w:p>
    <w:p w14:paraId="7030205F" w14:textId="77777777" w:rsidR="004E51DE" w:rsidRPr="0062109A" w:rsidRDefault="00000000" w:rsidP="00211F8D">
      <w:pPr>
        <w:wordWrap w:val="0"/>
        <w:autoSpaceDE w:val="0"/>
        <w:autoSpaceDN w:val="0"/>
        <w:spacing w:before="72"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társadalommal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összefüggő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szolgáltatások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kérdéseiről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főképp</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13/A.</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p>
    <w:p w14:paraId="0156CB2F"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2008.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XLVII.</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101"/>
        </w:rPr>
        <w:t>fogyasztókkal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szembeni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tisztességtelen</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kereskedelmi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gyakorlat</w:t>
      </w:r>
      <w:proofErr w:type="spellEnd"/>
    </w:p>
    <w:p w14:paraId="79BD887C" w14:textId="77777777" w:rsidR="004E51DE" w:rsidRPr="0062109A" w:rsidRDefault="00000000" w:rsidP="00211F8D">
      <w:pPr>
        <w:wordWrap w:val="0"/>
        <w:autoSpaceDE w:val="0"/>
        <w:autoSpaceDN w:val="0"/>
        <w:spacing w:before="70"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tilalmáról</w:t>
      </w:r>
      <w:proofErr w:type="spellEnd"/>
      <w:r w:rsidRPr="0062109A">
        <w:rPr>
          <w:rFonts w:ascii="Times New Roman" w:eastAsia="MS Gothic" w:hAnsi="Times New Roman" w:cs="Times New Roman"/>
          <w:color w:val="000000"/>
        </w:rPr>
        <w:t>;</w:t>
      </w:r>
    </w:p>
    <w:p w14:paraId="772A0903"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2008.</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XLVIII.</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gazdasági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reklámtevékenység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alapvető</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feltételeiről</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egyes</w:t>
      </w:r>
      <w:proofErr w:type="spellEnd"/>
    </w:p>
    <w:p w14:paraId="22A8A929"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korlátairól</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w:t>
      </w:r>
      <w:proofErr w:type="spellStart"/>
      <w:r w:rsidRPr="0062109A">
        <w:rPr>
          <w:rFonts w:ascii="Times New Roman" w:eastAsia="MS Gothic" w:hAnsi="Times New Roman" w:cs="Times New Roman"/>
          <w:color w:val="000000"/>
        </w:rPr>
        <w:t>különösen</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gramStart"/>
      <w:r w:rsidRPr="0062109A">
        <w:rPr>
          <w:rFonts w:ascii="Times New Roman" w:eastAsia="MS Gothic" w:hAnsi="Times New Roman" w:cs="Times New Roman"/>
          <w:color w:val="000000"/>
        </w:rPr>
        <w:t>6.§</w:t>
      </w:r>
      <w:proofErr w:type="gramEnd"/>
      <w:r w:rsidRPr="0062109A">
        <w:rPr>
          <w:rFonts w:ascii="Times New Roman" w:eastAsia="MS Gothic" w:hAnsi="Times New Roman" w:cs="Times New Roman"/>
          <w:color w:val="000000"/>
        </w:rPr>
        <w:t>a)</w:t>
      </w:r>
    </w:p>
    <w:p w14:paraId="3B6E411E"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2005.</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XC.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információszabadságról</w:t>
      </w:r>
      <w:proofErr w:type="spellEnd"/>
    </w:p>
    <w:p w14:paraId="0FC4F0B8" w14:textId="77777777" w:rsidR="004E51DE" w:rsidRPr="0062109A" w:rsidRDefault="00000000" w:rsidP="00211F8D">
      <w:pPr>
        <w:wordWrap w:val="0"/>
        <w:autoSpaceDE w:val="0"/>
        <w:autoSpaceDN w:val="0"/>
        <w:spacing w:before="230" w:after="115" w:line="221" w:lineRule="exact"/>
        <w:ind w:left="69"/>
        <w:rPr>
          <w:rFonts w:ascii="Times New Roman" w:hAnsi="Times New Roman" w:cs="Times New Roman"/>
        </w:rPr>
      </w:pPr>
      <w:r w:rsidRPr="0062109A">
        <w:rPr>
          <w:rFonts w:ascii="Times New Roman" w:eastAsia="MS Gothic" w:hAnsi="Times New Roman" w:cs="Times New Roman"/>
          <w:color w:val="000000"/>
        </w:rPr>
        <w:t>2003.</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elektronikus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hírközlésről</w:t>
      </w:r>
      <w:proofErr w:type="spellEnd"/>
    </w:p>
    <w:p w14:paraId="11538E00"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24/2005.</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(IV.</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21.)</w:t>
      </w:r>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GKM</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rendelet</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közúti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járművezetők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közúti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közlekedési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szakemberek</w:t>
      </w:r>
      <w:proofErr w:type="spellEnd"/>
    </w:p>
    <w:p w14:paraId="4D7B5098"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képzésének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vizsgáztatásának</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részletes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w w:val="99"/>
        </w:rPr>
        <w:t>szabályairó</w:t>
      </w:r>
      <w:r w:rsidRPr="0062109A">
        <w:rPr>
          <w:rFonts w:ascii="Times New Roman" w:eastAsia="MS Gothic" w:hAnsi="Times New Roman" w:cs="Times New Roman"/>
          <w:color w:val="000000"/>
        </w:rPr>
        <w:t>l</w:t>
      </w:r>
      <w:proofErr w:type="spellEnd"/>
    </w:p>
    <w:p w14:paraId="0ECFB2B6" w14:textId="77777777" w:rsidR="004E51DE" w:rsidRPr="0062109A" w:rsidRDefault="00000000" w:rsidP="00211F8D">
      <w:pPr>
        <w:wordWrap w:val="0"/>
        <w:autoSpaceDE w:val="0"/>
        <w:autoSpaceDN w:val="0"/>
        <w:spacing w:before="230" w:after="115" w:line="221" w:lineRule="exact"/>
        <w:ind w:left="131"/>
        <w:rPr>
          <w:rFonts w:ascii="Times New Roman" w:hAnsi="Times New Roman" w:cs="Times New Roman"/>
        </w:rPr>
      </w:pPr>
      <w:r w:rsidRPr="0062109A">
        <w:rPr>
          <w:rFonts w:ascii="Times New Roman" w:eastAsia="MS Gothic" w:hAnsi="Times New Roman" w:cs="Times New Roman"/>
          <w:color w:val="000000"/>
        </w:rPr>
        <w:t>2000.</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számvitelről</w:t>
      </w:r>
      <w:proofErr w:type="spellEnd"/>
      <w:r w:rsidRPr="0062109A">
        <w:rPr>
          <w:rFonts w:ascii="Times New Roman" w:eastAsia="MS Gothic" w:hAnsi="Times New Roman" w:cs="Times New Roman"/>
          <w:color w:val="000000"/>
        </w:rPr>
        <w:t>;</w:t>
      </w:r>
    </w:p>
    <w:p w14:paraId="51079B46" w14:textId="77777777" w:rsidR="004E51DE" w:rsidRPr="0062109A" w:rsidRDefault="00000000" w:rsidP="00211F8D">
      <w:pPr>
        <w:wordWrap w:val="0"/>
        <w:autoSpaceDE w:val="0"/>
        <w:autoSpaceDN w:val="0"/>
        <w:spacing w:before="231" w:after="115" w:line="221" w:lineRule="exact"/>
        <w:ind w:left="69"/>
        <w:rPr>
          <w:rFonts w:ascii="Times New Roman" w:hAnsi="Times New Roman" w:cs="Times New Roman"/>
        </w:rPr>
      </w:pPr>
      <w:r w:rsidRPr="0062109A">
        <w:rPr>
          <w:rFonts w:ascii="Times New Roman" w:eastAsia="MS Gothic" w:hAnsi="Times New Roman" w:cs="Times New Roman"/>
          <w:color w:val="000000"/>
        </w:rPr>
        <w:t>1997.</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évi</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CLV.</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fogyasztóvédelmi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törvény</w:t>
      </w:r>
      <w:proofErr w:type="spellEnd"/>
      <w:r w:rsidRPr="0062109A">
        <w:rPr>
          <w:rFonts w:ascii="Times New Roman" w:eastAsia="MS Gothic" w:hAnsi="Times New Roman" w:cs="Times New Roman"/>
          <w:color w:val="000000"/>
        </w:rPr>
        <w:t>;</w:t>
      </w:r>
    </w:p>
    <w:p w14:paraId="2BDCBE3F" w14:textId="77777777" w:rsidR="004E51DE" w:rsidRPr="0062109A" w:rsidRDefault="00000000" w:rsidP="00211F8D">
      <w:pPr>
        <w:wordWrap w:val="0"/>
        <w:autoSpaceDE w:val="0"/>
        <w:autoSpaceDN w:val="0"/>
        <w:spacing w:before="230" w:after="35" w:line="221" w:lineRule="exact"/>
        <w:ind w:left="69"/>
        <w:rPr>
          <w:rFonts w:ascii="Times New Roman" w:hAnsi="Times New Roman" w:cs="Times New Roman"/>
        </w:rPr>
      </w:pPr>
      <w:r w:rsidRPr="0062109A">
        <w:rPr>
          <w:rFonts w:ascii="Times New Roman" w:eastAsia="MS Gothic" w:hAnsi="Times New Roman" w:cs="Times New Roman"/>
          <w:color w:val="000000"/>
        </w:rPr>
        <w:t>16/2011.</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sz</w:t>
      </w:r>
      <w:proofErr w:type="spellEnd"/>
      <w:r w:rsidRPr="0062109A">
        <w:rPr>
          <w:rFonts w:ascii="Times New Roman" w:eastAsia="MS Gothic" w:hAnsi="Times New Roman" w:cs="Times New Roman"/>
          <w:color w:val="000000"/>
        </w:rPr>
        <w:t>.</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vélemény</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viselkedésalapú</w:t>
      </w:r>
      <w:proofErr w:type="spellEnd"/>
      <w:r w:rsidRPr="0062109A">
        <w:rPr>
          <w:rFonts w:ascii="Times New Roman" w:eastAsia="Times New Roman" w:hAnsi="Times New Roman" w:cs="Times New Roman"/>
          <w:color w:val="000000"/>
        </w:rPr>
        <w:t xml:space="preserve"> </w:t>
      </w:r>
      <w:r w:rsidRPr="0062109A">
        <w:rPr>
          <w:rFonts w:ascii="Times New Roman" w:eastAsia="MS Gothic" w:hAnsi="Times New Roman" w:cs="Times New Roman"/>
          <w:color w:val="000000"/>
        </w:rPr>
        <w:t>online</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reklám</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bevált</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gyakorlatára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vonatkozó</w:t>
      </w:r>
      <w:proofErr w:type="spellEnd"/>
    </w:p>
    <w:p w14:paraId="4E7B4D5A" w14:textId="77777777" w:rsidR="004E51DE" w:rsidRPr="0062109A" w:rsidRDefault="00000000" w:rsidP="00211F8D">
      <w:pPr>
        <w:wordWrap w:val="0"/>
        <w:autoSpaceDE w:val="0"/>
        <w:autoSpaceDN w:val="0"/>
        <w:spacing w:before="69" w:after="115" w:line="221" w:lineRule="exact"/>
        <w:ind w:left="69"/>
        <w:rPr>
          <w:rFonts w:ascii="Times New Roman" w:hAnsi="Times New Roman" w:cs="Times New Roman"/>
        </w:rPr>
      </w:pPr>
      <w:r w:rsidRPr="0062109A">
        <w:rPr>
          <w:rFonts w:ascii="Times New Roman" w:eastAsia="MS Gothic" w:hAnsi="Times New Roman" w:cs="Times New Roman"/>
          <w:color w:val="000000"/>
        </w:rPr>
        <w:t>EASA/IAB</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ajánlásról</w:t>
      </w:r>
      <w:proofErr w:type="spellEnd"/>
    </w:p>
    <w:p w14:paraId="6B53670F" w14:textId="77777777" w:rsidR="004E51DE" w:rsidRPr="0062109A" w:rsidRDefault="00000000" w:rsidP="00211F8D">
      <w:pPr>
        <w:wordWrap w:val="0"/>
        <w:autoSpaceDE w:val="0"/>
        <w:autoSpaceDN w:val="0"/>
        <w:spacing w:before="230" w:after="36" w:line="221" w:lineRule="exact"/>
        <w:ind w:left="69"/>
        <w:rPr>
          <w:rFonts w:ascii="Times New Roman" w:hAnsi="Times New Roman" w:cs="Times New Roman"/>
        </w:rPr>
      </w:pPr>
      <w:r w:rsidRPr="0062109A">
        <w:rPr>
          <w:rFonts w:ascii="Times New Roman" w:eastAsia="MS Gothic" w:hAnsi="Times New Roman" w:cs="Times New Roman"/>
          <w:color w:val="000000"/>
        </w:rPr>
        <w:t>A</w:t>
      </w:r>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Nemzeti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és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Információszabadság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Hatóság</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ajánlása</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az</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előzetes</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tájékoztatás</w:t>
      </w:r>
      <w:proofErr w:type="spellEnd"/>
    </w:p>
    <w:p w14:paraId="628B061B" w14:textId="7D6BF092" w:rsidR="004E51DE" w:rsidRPr="0062109A" w:rsidRDefault="00000000" w:rsidP="00211F8D">
      <w:pPr>
        <w:wordWrap w:val="0"/>
        <w:autoSpaceDE w:val="0"/>
        <w:autoSpaceDN w:val="0"/>
        <w:spacing w:before="72" w:after="2627" w:line="221" w:lineRule="exact"/>
        <w:ind w:left="69"/>
        <w:rPr>
          <w:rFonts w:ascii="Times New Roman" w:hAnsi="Times New Roman" w:cs="Times New Roman"/>
        </w:rPr>
      </w:pPr>
      <w:proofErr w:type="spellStart"/>
      <w:r w:rsidRPr="0062109A">
        <w:rPr>
          <w:rFonts w:ascii="Times New Roman" w:eastAsia="MS Gothic" w:hAnsi="Times New Roman" w:cs="Times New Roman"/>
          <w:color w:val="000000"/>
        </w:rPr>
        <w:t>adatvédelmi</w:t>
      </w:r>
      <w:proofErr w:type="spellEnd"/>
      <w:r w:rsidRPr="0062109A">
        <w:rPr>
          <w:rFonts w:ascii="Times New Roman" w:eastAsia="Times New Roman" w:hAnsi="Times New Roman" w:cs="Times New Roman"/>
          <w:color w:val="000000"/>
        </w:rPr>
        <w:t xml:space="preserve"> </w:t>
      </w:r>
      <w:proofErr w:type="spellStart"/>
      <w:r w:rsidRPr="0062109A">
        <w:rPr>
          <w:rFonts w:ascii="Times New Roman" w:eastAsia="MS Gothic" w:hAnsi="Times New Roman" w:cs="Times New Roman"/>
          <w:color w:val="000000"/>
        </w:rPr>
        <w:t>követelményeiről</w:t>
      </w:r>
      <w:proofErr w:type="spellEnd"/>
      <w:r w:rsidRPr="0062109A">
        <w:rPr>
          <w:rFonts w:ascii="Times New Roman" w:eastAsia="MS Gothic" w:hAnsi="Times New Roman" w:cs="Times New Roman"/>
          <w:color w:val="000000"/>
        </w:rPr>
        <w:t>.</w:t>
      </w:r>
    </w:p>
    <w:sectPr w:rsidR="004E51DE" w:rsidRPr="0062109A" w:rsidSect="00034616">
      <w:pgSz w:w="11906" w:h="16838"/>
      <w:pgMar w:top="504" w:right="977" w:bottom="653" w:left="1011" w:header="720" w:footer="720" w:gutter="0"/>
      <w:cols w:space="720" w:equalWidth="0">
        <w:col w:w="9918" w:space="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7A980" w14:textId="77777777" w:rsidR="005A33DA" w:rsidRDefault="005A33DA" w:rsidP="00211F8D">
      <w:pPr>
        <w:spacing w:after="0" w:line="240" w:lineRule="auto"/>
      </w:pPr>
      <w:r>
        <w:separator/>
      </w:r>
    </w:p>
  </w:endnote>
  <w:endnote w:type="continuationSeparator" w:id="0">
    <w:p w14:paraId="54103B51" w14:textId="77777777" w:rsidR="005A33DA" w:rsidRDefault="005A33DA" w:rsidP="00211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6ECA29CD-67B2-4036-B6A3-D5E881935649}"/>
    <w:embedBold r:id="rId2" w:fontKey="{BC8A2C71-78FE-4541-BD44-76350BCC19C9}"/>
    <w:embedItalic r:id="rId3" w:fontKey="{8CF0EDDF-431E-423C-AE44-392DC16EC21E}"/>
    <w:embedBoldItalic r:id="rId4" w:fontKey="{66E18167-FD4E-49EC-942F-B8E9A92F6B9D}"/>
  </w:font>
  <w:font w:name="MS Mincho">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embedRegular r:id="rId5" w:fontKey="{43D14469-4098-470C-8A6B-78091EA6EC70}"/>
    <w:embedBold r:id="rId6" w:fontKey="{C42002A6-3F93-4CD9-96DC-E923FC7F2182}"/>
    <w:embedItalic r:id="rId7" w:fontKey="{450B4BDB-3BE8-408B-9847-7B84CAC13086}"/>
    <w:embedBoldItalic r:id="rId8" w:fontKey="{E53A4656-83EC-4737-8172-F44139F4CFED}"/>
  </w:font>
  <w:font w:name="MS Gothic">
    <w:altName w:val="ＭＳ ゴシック"/>
    <w:panose1 w:val="020B0609070205080204"/>
    <w:charset w:val="80"/>
    <w:family w:val="modern"/>
    <w:pitch w:val="fixed"/>
    <w:sig w:usb0="E00002FF" w:usb1="6AC7FDFB" w:usb2="08000012" w:usb3="00000000" w:csb0="0002009F" w:csb1="00000000"/>
    <w:embedRegular r:id="rId9" w:subsetted="1" w:fontKey="{4FBD933B-AC94-494E-A901-5A21575957CB}"/>
  </w:font>
  <w:font w:name="Courier">
    <w:panose1 w:val="020703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423940"/>
      <w:docPartObj>
        <w:docPartGallery w:val="Page Numbers (Bottom of Page)"/>
        <w:docPartUnique/>
      </w:docPartObj>
    </w:sdtPr>
    <w:sdtContent>
      <w:p w14:paraId="155CEE61" w14:textId="77777777" w:rsidR="00211F8D" w:rsidRDefault="00211F8D">
        <w:pPr>
          <w:pStyle w:val="llb"/>
          <w:jc w:val="right"/>
        </w:pPr>
      </w:p>
      <w:p w14:paraId="0EB6D906" w14:textId="0752FA67" w:rsidR="00211F8D" w:rsidRDefault="00211F8D" w:rsidP="00211F8D">
        <w:pPr>
          <w:pStyle w:val="llb"/>
          <w:jc w:val="center"/>
        </w:pPr>
        <w:r>
          <w:fldChar w:fldCharType="begin"/>
        </w:r>
        <w:r>
          <w:instrText>PAGE   \* MERGEFORMAT</w:instrText>
        </w:r>
        <w:r>
          <w:fldChar w:fldCharType="separate"/>
        </w:r>
        <w:r>
          <w:rPr>
            <w:lang w:val="hu-HU"/>
          </w:rPr>
          <w:t>2</w:t>
        </w:r>
        <w:r>
          <w:fldChar w:fldCharType="end"/>
        </w:r>
      </w:p>
    </w:sdtContent>
  </w:sdt>
  <w:p w14:paraId="1E0ED38D" w14:textId="77777777" w:rsidR="00211F8D" w:rsidRDefault="00211F8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1CF4F" w14:textId="77777777" w:rsidR="005A33DA" w:rsidRDefault="005A33DA" w:rsidP="00211F8D">
      <w:pPr>
        <w:spacing w:after="0" w:line="240" w:lineRule="auto"/>
      </w:pPr>
      <w:r>
        <w:separator/>
      </w:r>
    </w:p>
  </w:footnote>
  <w:footnote w:type="continuationSeparator" w:id="0">
    <w:p w14:paraId="2F50545A" w14:textId="77777777" w:rsidR="005A33DA" w:rsidRDefault="005A33DA" w:rsidP="00211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Szmozottlist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Szmozottlist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Felsorol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Felsorol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Szmozottlist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Felsorols"/>
      <w:lvlText w:val=""/>
      <w:lvlJc w:val="left"/>
      <w:pPr>
        <w:tabs>
          <w:tab w:val="num" w:pos="360"/>
        </w:tabs>
        <w:ind w:left="360" w:hanging="360"/>
      </w:pPr>
      <w:rPr>
        <w:rFonts w:ascii="Symbol" w:hAnsi="Symbol" w:hint="default"/>
      </w:rPr>
    </w:lvl>
  </w:abstractNum>
  <w:abstractNum w:abstractNumId="9" w15:restartNumberingAfterBreak="0">
    <w:nsid w:val="2EA93E27"/>
    <w:multiLevelType w:val="multilevel"/>
    <w:tmpl w:val="2118F51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E12BF5"/>
    <w:multiLevelType w:val="hybridMultilevel"/>
    <w:tmpl w:val="1A081A86"/>
    <w:lvl w:ilvl="0" w:tplc="198ED8F8">
      <w:start w:val="1"/>
      <w:numFmt w:val="bullet"/>
      <w:lvlText w:val="-"/>
      <w:lvlJc w:val="left"/>
      <w:pPr>
        <w:ind w:left="429" w:hanging="360"/>
      </w:pPr>
      <w:rPr>
        <w:rFonts w:ascii="Times New Roman" w:eastAsia="Times New Roman" w:hAnsi="Times New Roman" w:cs="Times New Roman" w:hint="default"/>
      </w:rPr>
    </w:lvl>
    <w:lvl w:ilvl="1" w:tplc="040E0003" w:tentative="1">
      <w:start w:val="1"/>
      <w:numFmt w:val="bullet"/>
      <w:lvlText w:val="o"/>
      <w:lvlJc w:val="left"/>
      <w:pPr>
        <w:ind w:left="1149" w:hanging="360"/>
      </w:pPr>
      <w:rPr>
        <w:rFonts w:ascii="Courier New" w:hAnsi="Courier New" w:cs="Courier New" w:hint="default"/>
      </w:rPr>
    </w:lvl>
    <w:lvl w:ilvl="2" w:tplc="040E0005" w:tentative="1">
      <w:start w:val="1"/>
      <w:numFmt w:val="bullet"/>
      <w:lvlText w:val=""/>
      <w:lvlJc w:val="left"/>
      <w:pPr>
        <w:ind w:left="1869" w:hanging="360"/>
      </w:pPr>
      <w:rPr>
        <w:rFonts w:ascii="Wingdings" w:hAnsi="Wingdings" w:hint="default"/>
      </w:rPr>
    </w:lvl>
    <w:lvl w:ilvl="3" w:tplc="040E0001" w:tentative="1">
      <w:start w:val="1"/>
      <w:numFmt w:val="bullet"/>
      <w:lvlText w:val=""/>
      <w:lvlJc w:val="left"/>
      <w:pPr>
        <w:ind w:left="2589" w:hanging="360"/>
      </w:pPr>
      <w:rPr>
        <w:rFonts w:ascii="Symbol" w:hAnsi="Symbol" w:hint="default"/>
      </w:rPr>
    </w:lvl>
    <w:lvl w:ilvl="4" w:tplc="040E0003" w:tentative="1">
      <w:start w:val="1"/>
      <w:numFmt w:val="bullet"/>
      <w:lvlText w:val="o"/>
      <w:lvlJc w:val="left"/>
      <w:pPr>
        <w:ind w:left="3309" w:hanging="360"/>
      </w:pPr>
      <w:rPr>
        <w:rFonts w:ascii="Courier New" w:hAnsi="Courier New" w:cs="Courier New" w:hint="default"/>
      </w:rPr>
    </w:lvl>
    <w:lvl w:ilvl="5" w:tplc="040E0005" w:tentative="1">
      <w:start w:val="1"/>
      <w:numFmt w:val="bullet"/>
      <w:lvlText w:val=""/>
      <w:lvlJc w:val="left"/>
      <w:pPr>
        <w:ind w:left="4029" w:hanging="360"/>
      </w:pPr>
      <w:rPr>
        <w:rFonts w:ascii="Wingdings" w:hAnsi="Wingdings" w:hint="default"/>
      </w:rPr>
    </w:lvl>
    <w:lvl w:ilvl="6" w:tplc="040E0001" w:tentative="1">
      <w:start w:val="1"/>
      <w:numFmt w:val="bullet"/>
      <w:lvlText w:val=""/>
      <w:lvlJc w:val="left"/>
      <w:pPr>
        <w:ind w:left="4749" w:hanging="360"/>
      </w:pPr>
      <w:rPr>
        <w:rFonts w:ascii="Symbol" w:hAnsi="Symbol" w:hint="default"/>
      </w:rPr>
    </w:lvl>
    <w:lvl w:ilvl="7" w:tplc="040E0003" w:tentative="1">
      <w:start w:val="1"/>
      <w:numFmt w:val="bullet"/>
      <w:lvlText w:val="o"/>
      <w:lvlJc w:val="left"/>
      <w:pPr>
        <w:ind w:left="5469" w:hanging="360"/>
      </w:pPr>
      <w:rPr>
        <w:rFonts w:ascii="Courier New" w:hAnsi="Courier New" w:cs="Courier New" w:hint="default"/>
      </w:rPr>
    </w:lvl>
    <w:lvl w:ilvl="8" w:tplc="040E0005" w:tentative="1">
      <w:start w:val="1"/>
      <w:numFmt w:val="bullet"/>
      <w:lvlText w:val=""/>
      <w:lvlJc w:val="left"/>
      <w:pPr>
        <w:ind w:left="6189" w:hanging="360"/>
      </w:pPr>
      <w:rPr>
        <w:rFonts w:ascii="Wingdings" w:hAnsi="Wingdings" w:hint="default"/>
      </w:rPr>
    </w:lvl>
  </w:abstractNum>
  <w:num w:numId="1" w16cid:durableId="413476420">
    <w:abstractNumId w:val="8"/>
  </w:num>
  <w:num w:numId="2" w16cid:durableId="1145245271">
    <w:abstractNumId w:val="6"/>
  </w:num>
  <w:num w:numId="3" w16cid:durableId="762383408">
    <w:abstractNumId w:val="5"/>
  </w:num>
  <w:num w:numId="4" w16cid:durableId="1644458942">
    <w:abstractNumId w:val="4"/>
  </w:num>
  <w:num w:numId="5" w16cid:durableId="411781547">
    <w:abstractNumId w:val="7"/>
  </w:num>
  <w:num w:numId="6" w16cid:durableId="2016033287">
    <w:abstractNumId w:val="3"/>
  </w:num>
  <w:num w:numId="7" w16cid:durableId="339620834">
    <w:abstractNumId w:val="2"/>
  </w:num>
  <w:num w:numId="8" w16cid:durableId="3752351">
    <w:abstractNumId w:val="1"/>
  </w:num>
  <w:num w:numId="9" w16cid:durableId="1433087925">
    <w:abstractNumId w:val="0"/>
  </w:num>
  <w:num w:numId="10" w16cid:durableId="506670764">
    <w:abstractNumId w:val="9"/>
  </w:num>
  <w:num w:numId="11" w16cid:durableId="6775781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grammar="clean"/>
  <w:defaultTabStop w:val="720"/>
  <w:hyphenationZone w:val="425"/>
  <w:noPunctuationKerning/>
  <w:characterSpacingControl w:val="compressPunctuationAndJapaneseKana"/>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E18EF"/>
    <w:rsid w:val="00211F8D"/>
    <w:rsid w:val="0028429E"/>
    <w:rsid w:val="0029639D"/>
    <w:rsid w:val="00326F90"/>
    <w:rsid w:val="003D5BD5"/>
    <w:rsid w:val="004E51DE"/>
    <w:rsid w:val="005A33DA"/>
    <w:rsid w:val="0062109A"/>
    <w:rsid w:val="00823C4A"/>
    <w:rsid w:val="008B42E7"/>
    <w:rsid w:val="00AA1D8D"/>
    <w:rsid w:val="00B47730"/>
    <w:rsid w:val="00C06D3F"/>
    <w:rsid w:val="00CB0664"/>
    <w:rsid w:val="00CF0585"/>
    <w:rsid w:val="00D61189"/>
    <w:rsid w:val="00DC7649"/>
    <w:rsid w:val="00F3149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5C8CA0"/>
  <w14:defaultImageDpi w14:val="300"/>
  <w15:docId w15:val="{CC439676-B30D-48E2-8AD6-52847DEF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C693F"/>
  </w:style>
  <w:style w:type="paragraph" w:styleId="Cmsor1">
    <w:name w:val="heading 1"/>
    <w:basedOn w:val="Norml"/>
    <w:next w:val="Norml"/>
    <w:link w:val="Cmsor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E618BF"/>
    <w:pPr>
      <w:tabs>
        <w:tab w:val="center" w:pos="4680"/>
        <w:tab w:val="right" w:pos="9360"/>
      </w:tabs>
      <w:spacing w:after="0" w:line="240" w:lineRule="auto"/>
    </w:pPr>
  </w:style>
  <w:style w:type="character" w:customStyle="1" w:styleId="lfejChar">
    <w:name w:val="Élőfej Char"/>
    <w:basedOn w:val="Bekezdsalapbettpusa"/>
    <w:link w:val="lfej"/>
    <w:uiPriority w:val="99"/>
    <w:rsid w:val="00E618BF"/>
  </w:style>
  <w:style w:type="paragraph" w:styleId="llb">
    <w:name w:val="footer"/>
    <w:basedOn w:val="Norml"/>
    <w:link w:val="llbChar"/>
    <w:uiPriority w:val="99"/>
    <w:unhideWhenUsed/>
    <w:rsid w:val="00E618BF"/>
    <w:pPr>
      <w:tabs>
        <w:tab w:val="center" w:pos="4680"/>
        <w:tab w:val="right" w:pos="9360"/>
      </w:tabs>
      <w:spacing w:after="0" w:line="240" w:lineRule="auto"/>
    </w:pPr>
  </w:style>
  <w:style w:type="character" w:customStyle="1" w:styleId="llbChar">
    <w:name w:val="Élőláb Char"/>
    <w:basedOn w:val="Bekezdsalapbettpusa"/>
    <w:link w:val="llb"/>
    <w:uiPriority w:val="99"/>
    <w:rsid w:val="00E618BF"/>
  </w:style>
  <w:style w:type="paragraph" w:styleId="Nincstrkz">
    <w:name w:val="No Spacing"/>
    <w:uiPriority w:val="1"/>
    <w:qFormat/>
    <w:rsid w:val="00FC693F"/>
    <w:pPr>
      <w:spacing w:after="0" w:line="240" w:lineRule="auto"/>
    </w:pPr>
  </w:style>
  <w:style w:type="character" w:customStyle="1" w:styleId="Cmsor1Char">
    <w:name w:val="Címsor 1 Char"/>
    <w:basedOn w:val="Bekezdsalapbettpusa"/>
    <w:link w:val="Cmsor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FC693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FC693F"/>
    <w:rPr>
      <w:rFonts w:asciiTheme="majorHAnsi" w:eastAsiaTheme="majorEastAsia" w:hAnsiTheme="majorHAnsi" w:cstheme="majorBidi"/>
      <w:b/>
      <w:bCs/>
      <w:color w:val="4F81BD" w:themeColor="accent1"/>
    </w:rPr>
  </w:style>
  <w:style w:type="paragraph" w:styleId="Cm">
    <w:name w:val="Title"/>
    <w:basedOn w:val="Norml"/>
    <w:next w:val="Norml"/>
    <w:link w:val="Cm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FC693F"/>
    <w:rPr>
      <w:rFonts w:asciiTheme="majorHAnsi" w:eastAsiaTheme="majorEastAsia" w:hAnsiTheme="majorHAnsi" w:cstheme="majorBidi"/>
      <w:i/>
      <w:iCs/>
      <w:color w:val="4F81BD" w:themeColor="accent1"/>
      <w:spacing w:val="15"/>
      <w:sz w:val="24"/>
      <w:szCs w:val="24"/>
    </w:rPr>
  </w:style>
  <w:style w:type="paragraph" w:styleId="Listaszerbekezds">
    <w:name w:val="List Paragraph"/>
    <w:basedOn w:val="Norml"/>
    <w:uiPriority w:val="34"/>
    <w:qFormat/>
    <w:rsid w:val="00FC693F"/>
    <w:pPr>
      <w:ind w:left="720"/>
      <w:contextualSpacing/>
    </w:pPr>
  </w:style>
  <w:style w:type="paragraph" w:styleId="Szvegtrzs">
    <w:name w:val="Body Text"/>
    <w:basedOn w:val="Norml"/>
    <w:link w:val="SzvegtrzsChar"/>
    <w:uiPriority w:val="99"/>
    <w:unhideWhenUsed/>
    <w:rsid w:val="00AA1D8D"/>
    <w:pPr>
      <w:spacing w:after="120"/>
    </w:pPr>
  </w:style>
  <w:style w:type="character" w:customStyle="1" w:styleId="SzvegtrzsChar">
    <w:name w:val="Szövegtörzs Char"/>
    <w:basedOn w:val="Bekezdsalapbettpusa"/>
    <w:link w:val="Szvegtrzs"/>
    <w:uiPriority w:val="99"/>
    <w:rsid w:val="00AA1D8D"/>
  </w:style>
  <w:style w:type="paragraph" w:styleId="Szvegtrzs2">
    <w:name w:val="Body Text 2"/>
    <w:basedOn w:val="Norml"/>
    <w:link w:val="Szvegtrzs2Char"/>
    <w:uiPriority w:val="99"/>
    <w:unhideWhenUsed/>
    <w:rsid w:val="00AA1D8D"/>
    <w:pPr>
      <w:spacing w:after="120" w:line="480" w:lineRule="auto"/>
    </w:pPr>
  </w:style>
  <w:style w:type="character" w:customStyle="1" w:styleId="Szvegtrzs2Char">
    <w:name w:val="Szövegtörzs 2 Char"/>
    <w:basedOn w:val="Bekezdsalapbettpusa"/>
    <w:link w:val="Szvegtrzs2"/>
    <w:uiPriority w:val="99"/>
    <w:rsid w:val="00AA1D8D"/>
  </w:style>
  <w:style w:type="paragraph" w:styleId="Szvegtrzs3">
    <w:name w:val="Body Text 3"/>
    <w:basedOn w:val="Norml"/>
    <w:link w:val="Szvegtrzs3Char"/>
    <w:uiPriority w:val="99"/>
    <w:unhideWhenUsed/>
    <w:rsid w:val="00AA1D8D"/>
    <w:pPr>
      <w:spacing w:after="120"/>
    </w:pPr>
    <w:rPr>
      <w:sz w:val="16"/>
      <w:szCs w:val="16"/>
    </w:rPr>
  </w:style>
  <w:style w:type="character" w:customStyle="1" w:styleId="Szvegtrzs3Char">
    <w:name w:val="Szövegtörzs 3 Char"/>
    <w:basedOn w:val="Bekezdsalapbettpusa"/>
    <w:link w:val="Szvegtrzs3"/>
    <w:uiPriority w:val="99"/>
    <w:rsid w:val="00AA1D8D"/>
    <w:rPr>
      <w:sz w:val="16"/>
      <w:szCs w:val="16"/>
    </w:rPr>
  </w:style>
  <w:style w:type="paragraph" w:styleId="Lista">
    <w:name w:val="List"/>
    <w:basedOn w:val="Norml"/>
    <w:uiPriority w:val="99"/>
    <w:unhideWhenUsed/>
    <w:rsid w:val="00AA1D8D"/>
    <w:pPr>
      <w:ind w:left="360" w:hanging="360"/>
      <w:contextualSpacing/>
    </w:pPr>
  </w:style>
  <w:style w:type="paragraph" w:styleId="Lista2">
    <w:name w:val="List 2"/>
    <w:basedOn w:val="Norml"/>
    <w:uiPriority w:val="99"/>
    <w:unhideWhenUsed/>
    <w:rsid w:val="00326F90"/>
    <w:pPr>
      <w:ind w:left="720" w:hanging="360"/>
      <w:contextualSpacing/>
    </w:pPr>
  </w:style>
  <w:style w:type="paragraph" w:styleId="Lista3">
    <w:name w:val="List 3"/>
    <w:basedOn w:val="Norml"/>
    <w:uiPriority w:val="99"/>
    <w:unhideWhenUsed/>
    <w:rsid w:val="00326F90"/>
    <w:pPr>
      <w:ind w:left="1080" w:hanging="360"/>
      <w:contextualSpacing/>
    </w:pPr>
  </w:style>
  <w:style w:type="paragraph" w:styleId="Felsorols">
    <w:name w:val="List Bullet"/>
    <w:basedOn w:val="Norml"/>
    <w:uiPriority w:val="99"/>
    <w:unhideWhenUsed/>
    <w:rsid w:val="00326F90"/>
    <w:pPr>
      <w:numPr>
        <w:numId w:val="1"/>
      </w:numPr>
      <w:contextualSpacing/>
    </w:pPr>
  </w:style>
  <w:style w:type="paragraph" w:styleId="Felsorols2">
    <w:name w:val="List Bullet 2"/>
    <w:basedOn w:val="Norml"/>
    <w:uiPriority w:val="99"/>
    <w:unhideWhenUsed/>
    <w:rsid w:val="00326F90"/>
    <w:pPr>
      <w:numPr>
        <w:numId w:val="2"/>
      </w:numPr>
      <w:contextualSpacing/>
    </w:pPr>
  </w:style>
  <w:style w:type="paragraph" w:styleId="Felsorols3">
    <w:name w:val="List Bullet 3"/>
    <w:basedOn w:val="Norml"/>
    <w:uiPriority w:val="99"/>
    <w:unhideWhenUsed/>
    <w:rsid w:val="00326F90"/>
    <w:pPr>
      <w:numPr>
        <w:numId w:val="3"/>
      </w:numPr>
      <w:contextualSpacing/>
    </w:pPr>
  </w:style>
  <w:style w:type="paragraph" w:styleId="Szmozottlista">
    <w:name w:val="List Number"/>
    <w:basedOn w:val="Norml"/>
    <w:uiPriority w:val="99"/>
    <w:unhideWhenUsed/>
    <w:rsid w:val="00326F90"/>
    <w:pPr>
      <w:numPr>
        <w:numId w:val="5"/>
      </w:numPr>
      <w:contextualSpacing/>
    </w:pPr>
  </w:style>
  <w:style w:type="paragraph" w:styleId="Szmozottlista2">
    <w:name w:val="List Number 2"/>
    <w:basedOn w:val="Norml"/>
    <w:uiPriority w:val="99"/>
    <w:unhideWhenUsed/>
    <w:rsid w:val="0029639D"/>
    <w:pPr>
      <w:numPr>
        <w:numId w:val="6"/>
      </w:numPr>
      <w:contextualSpacing/>
    </w:pPr>
  </w:style>
  <w:style w:type="paragraph" w:styleId="Szmozottlista3">
    <w:name w:val="List Number 3"/>
    <w:basedOn w:val="Norml"/>
    <w:uiPriority w:val="99"/>
    <w:unhideWhenUsed/>
    <w:rsid w:val="0029639D"/>
    <w:pPr>
      <w:numPr>
        <w:numId w:val="7"/>
      </w:numPr>
      <w:contextualSpacing/>
    </w:pPr>
  </w:style>
  <w:style w:type="paragraph" w:styleId="Listafolytatsa">
    <w:name w:val="List Continue"/>
    <w:basedOn w:val="Norml"/>
    <w:uiPriority w:val="99"/>
    <w:unhideWhenUsed/>
    <w:rsid w:val="0029639D"/>
    <w:pPr>
      <w:spacing w:after="120"/>
      <w:ind w:left="360"/>
      <w:contextualSpacing/>
    </w:pPr>
  </w:style>
  <w:style w:type="paragraph" w:styleId="Listafolytatsa2">
    <w:name w:val="List Continue 2"/>
    <w:basedOn w:val="Norml"/>
    <w:uiPriority w:val="99"/>
    <w:unhideWhenUsed/>
    <w:rsid w:val="0029639D"/>
    <w:pPr>
      <w:spacing w:after="120"/>
      <w:ind w:left="720"/>
      <w:contextualSpacing/>
    </w:pPr>
  </w:style>
  <w:style w:type="paragraph" w:styleId="Listafolytatsa3">
    <w:name w:val="List Continue 3"/>
    <w:basedOn w:val="Norml"/>
    <w:uiPriority w:val="99"/>
    <w:unhideWhenUsed/>
    <w:rsid w:val="0029639D"/>
    <w:pPr>
      <w:spacing w:after="120"/>
      <w:ind w:left="1080"/>
      <w:contextualSpacing/>
    </w:pPr>
  </w:style>
  <w:style w:type="paragraph" w:styleId="Makrszvege">
    <w:name w:val="macro"/>
    <w:link w:val="Makrszvege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szvegeChar">
    <w:name w:val="Makró szövege Char"/>
    <w:basedOn w:val="Bekezdsalapbettpusa"/>
    <w:link w:val="Makrszvege"/>
    <w:uiPriority w:val="99"/>
    <w:rsid w:val="0029639D"/>
    <w:rPr>
      <w:rFonts w:ascii="Courier" w:hAnsi="Courier"/>
      <w:sz w:val="20"/>
      <w:szCs w:val="20"/>
    </w:rPr>
  </w:style>
  <w:style w:type="paragraph" w:styleId="Idzet">
    <w:name w:val="Quote"/>
    <w:basedOn w:val="Norml"/>
    <w:next w:val="Norml"/>
    <w:link w:val="IdzetChar"/>
    <w:uiPriority w:val="29"/>
    <w:qFormat/>
    <w:rsid w:val="00FC693F"/>
    <w:rPr>
      <w:i/>
      <w:iCs/>
      <w:color w:val="000000" w:themeColor="text1"/>
    </w:rPr>
  </w:style>
  <w:style w:type="character" w:customStyle="1" w:styleId="IdzetChar">
    <w:name w:val="Idézet Char"/>
    <w:basedOn w:val="Bekezdsalapbettpusa"/>
    <w:link w:val="Idzet"/>
    <w:uiPriority w:val="29"/>
    <w:rsid w:val="00FC693F"/>
    <w:rPr>
      <w:i/>
      <w:iCs/>
      <w:color w:val="000000" w:themeColor="text1"/>
    </w:rPr>
  </w:style>
  <w:style w:type="character" w:customStyle="1" w:styleId="Cmsor4Char">
    <w:name w:val="Címsor 4 Char"/>
    <w:basedOn w:val="Bekezdsalapbettpusa"/>
    <w:link w:val="Cmsor4"/>
    <w:uiPriority w:val="9"/>
    <w:semiHidden/>
    <w:rsid w:val="00FC693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FC693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FC693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FC693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FC693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FC693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FC693F"/>
    <w:pPr>
      <w:spacing w:line="240" w:lineRule="auto"/>
    </w:pPr>
    <w:rPr>
      <w:b/>
      <w:bCs/>
      <w:color w:val="4F81BD" w:themeColor="accent1"/>
      <w:sz w:val="18"/>
      <w:szCs w:val="18"/>
    </w:rPr>
  </w:style>
  <w:style w:type="character" w:styleId="Kiemels2">
    <w:name w:val="Strong"/>
    <w:basedOn w:val="Bekezdsalapbettpusa"/>
    <w:uiPriority w:val="22"/>
    <w:qFormat/>
    <w:rsid w:val="00FC693F"/>
    <w:rPr>
      <w:b/>
      <w:bCs/>
    </w:rPr>
  </w:style>
  <w:style w:type="character" w:styleId="Kiemels">
    <w:name w:val="Emphasis"/>
    <w:basedOn w:val="Bekezdsalapbettpusa"/>
    <w:uiPriority w:val="20"/>
    <w:qFormat/>
    <w:rsid w:val="00FC693F"/>
    <w:rPr>
      <w:i/>
      <w:iCs/>
    </w:rPr>
  </w:style>
  <w:style w:type="paragraph" w:styleId="Kiemeltidzet">
    <w:name w:val="Intense Quote"/>
    <w:basedOn w:val="Norml"/>
    <w:next w:val="Norml"/>
    <w:link w:val="Kiemeltidze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FC693F"/>
    <w:rPr>
      <w:b/>
      <w:bCs/>
      <w:i/>
      <w:iCs/>
      <w:color w:val="4F81BD" w:themeColor="accent1"/>
    </w:rPr>
  </w:style>
  <w:style w:type="character" w:styleId="Finomkiemels">
    <w:name w:val="Subtle Emphasis"/>
    <w:basedOn w:val="Bekezdsalapbettpusa"/>
    <w:uiPriority w:val="19"/>
    <w:qFormat/>
    <w:rsid w:val="00FC693F"/>
    <w:rPr>
      <w:i/>
      <w:iCs/>
      <w:color w:val="808080" w:themeColor="text1" w:themeTint="7F"/>
    </w:rPr>
  </w:style>
  <w:style w:type="character" w:styleId="Erskiemels">
    <w:name w:val="Intense Emphasis"/>
    <w:basedOn w:val="Bekezdsalapbettpusa"/>
    <w:uiPriority w:val="21"/>
    <w:qFormat/>
    <w:rsid w:val="00FC693F"/>
    <w:rPr>
      <w:b/>
      <w:bCs/>
      <w:i/>
      <w:iCs/>
      <w:color w:val="4F81BD" w:themeColor="accent1"/>
    </w:rPr>
  </w:style>
  <w:style w:type="character" w:styleId="Finomhivatkozs">
    <w:name w:val="Subtle Reference"/>
    <w:basedOn w:val="Bekezdsalapbettpusa"/>
    <w:uiPriority w:val="31"/>
    <w:qFormat/>
    <w:rsid w:val="00FC693F"/>
    <w:rPr>
      <w:smallCaps/>
      <w:color w:val="C0504D" w:themeColor="accent2"/>
      <w:u w:val="single"/>
    </w:rPr>
  </w:style>
  <w:style w:type="character" w:styleId="Ershivatkozs">
    <w:name w:val="Intense Reference"/>
    <w:basedOn w:val="Bekezdsalapbettpusa"/>
    <w:uiPriority w:val="32"/>
    <w:qFormat/>
    <w:rsid w:val="00FC693F"/>
    <w:rPr>
      <w:b/>
      <w:bCs/>
      <w:smallCaps/>
      <w:color w:val="C0504D" w:themeColor="accent2"/>
      <w:spacing w:val="5"/>
      <w:u w:val="single"/>
    </w:rPr>
  </w:style>
  <w:style w:type="character" w:styleId="Knyvcme">
    <w:name w:val="Book Title"/>
    <w:basedOn w:val="Bekezdsalapbettpusa"/>
    <w:uiPriority w:val="33"/>
    <w:qFormat/>
    <w:rsid w:val="00FC693F"/>
    <w:rPr>
      <w:b/>
      <w:bCs/>
      <w:smallCaps/>
      <w:spacing w:val="5"/>
    </w:rPr>
  </w:style>
  <w:style w:type="paragraph" w:styleId="Tartalomjegyzkcmsora">
    <w:name w:val="TOC Heading"/>
    <w:basedOn w:val="Cmsor1"/>
    <w:next w:val="Norml"/>
    <w:uiPriority w:val="39"/>
    <w:unhideWhenUsed/>
    <w:qFormat/>
    <w:rsid w:val="00FC693F"/>
    <w:pPr>
      <w:outlineLvl w:val="9"/>
    </w:pPr>
  </w:style>
  <w:style w:type="table" w:styleId="Rcsostblzat">
    <w:name w:val="Table Grid"/>
    <w:basedOn w:val="Normltblzat"/>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tnus">
    <w:name w:val="Light Shading"/>
    <w:basedOn w:val="Normltblzat"/>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lgosrnykols1jellszn">
    <w:name w:val="Light Shading Accent 1"/>
    <w:basedOn w:val="Normltblzat"/>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lgosrnykols2jellszn">
    <w:name w:val="Light Shading Accent 2"/>
    <w:basedOn w:val="Normltblzat"/>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ilgosrnykols3jellszn">
    <w:name w:val="Light Shading Accent 3"/>
    <w:basedOn w:val="Normltblzat"/>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ilgosrnykols4jellszn">
    <w:name w:val="Light Shading Accent 4"/>
    <w:basedOn w:val="Normltblzat"/>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Vilgosrnykols5jellszn">
    <w:name w:val="Light Shading Accent 5"/>
    <w:basedOn w:val="Normltblzat"/>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lgosrnykols6jellszn">
    <w:name w:val="Light Shading Accent 6"/>
    <w:basedOn w:val="Normltblzat"/>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Vilgoslista">
    <w:name w:val="Light List"/>
    <w:basedOn w:val="Normltblzat"/>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lgoslista1jellszn">
    <w:name w:val="Light List Accent 1"/>
    <w:basedOn w:val="Normltblzat"/>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ilgoslista2jellszn">
    <w:name w:val="Light List Accent 2"/>
    <w:basedOn w:val="Normltblzat"/>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lgoslista3jellszn">
    <w:name w:val="Light List Accent 3"/>
    <w:basedOn w:val="Normltblzat"/>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Vilgoslista4jellszn">
    <w:name w:val="Light List Accent 4"/>
    <w:basedOn w:val="Normltblzat"/>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Vilgoslista5jellszn">
    <w:name w:val="Light List Accent 5"/>
    <w:basedOn w:val="Normltblzat"/>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lgoslista6jellszn">
    <w:name w:val="Light List Accent 6"/>
    <w:basedOn w:val="Normltblzat"/>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Vilgosrcs">
    <w:name w:val="Light Grid"/>
    <w:basedOn w:val="Normltblzat"/>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lgosrcs1jellszn">
    <w:name w:val="Light Grid Accent 1"/>
    <w:basedOn w:val="Normltblzat"/>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lgosrcs2jellszn">
    <w:name w:val="Light Grid Accent 2"/>
    <w:basedOn w:val="Normltblzat"/>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ilgosrcs3jellszn">
    <w:name w:val="Light Grid Accent 3"/>
    <w:basedOn w:val="Normltblzat"/>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ilgosrcs4jellszn">
    <w:name w:val="Light Grid Accent 4"/>
    <w:basedOn w:val="Normltblzat"/>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ilgosrcs5jellszn">
    <w:name w:val="Light Grid Accent 5"/>
    <w:basedOn w:val="Normltblzat"/>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Vilgosrcs6jellszn">
    <w:name w:val="Light Grid Accent 6"/>
    <w:basedOn w:val="Normltblzat"/>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Kzepesrnykols1">
    <w:name w:val="Medium Shading 1"/>
    <w:basedOn w:val="Normltblzat"/>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zepesrnykols11jellszn">
    <w:name w:val="Medium Shading 1 Accent 1"/>
    <w:basedOn w:val="Normltblzat"/>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Kzepesrnykols12jellszn">
    <w:name w:val="Medium Shading 1 Accent 2"/>
    <w:basedOn w:val="Normltblzat"/>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zepesrnykols13jellszn">
    <w:name w:val="Medium Shading 1 Accent 3"/>
    <w:basedOn w:val="Normltblzat"/>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Kzepesrnykols14jellszn">
    <w:name w:val="Medium Shading 1 Accent 4"/>
    <w:basedOn w:val="Normltblzat"/>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Kzepesrnykols15jellszn">
    <w:name w:val="Medium Shading 1 Accent 5"/>
    <w:basedOn w:val="Normltblzat"/>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zepesrnykols16jellszn">
    <w:name w:val="Medium Shading 1 Accent 6"/>
    <w:basedOn w:val="Normltblzat"/>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Kzepesrnykols2">
    <w:name w:val="Medium Shading 2"/>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1jellszn">
    <w:name w:val="Medium Shading 2 Accent 1"/>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2jellszn">
    <w:name w:val="Medium Shading 2 Accent 2"/>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3jellszn">
    <w:name w:val="Medium Shading 2 Accent 3"/>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4jellszn">
    <w:name w:val="Medium Shading 2 Accent 4"/>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5jellszn">
    <w:name w:val="Medium Shading 2 Accent 5"/>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rnykols26jellszn">
    <w:name w:val="Medium Shading 2 Accent 6"/>
    <w:basedOn w:val="Normltblzat"/>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zepeslista1">
    <w:name w:val="Medium List 1"/>
    <w:basedOn w:val="Normltblzat"/>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Kzepeslista11jellszn">
    <w:name w:val="Medium List 1 Accent 1"/>
    <w:basedOn w:val="Normltblzat"/>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Kzepeslista12jellszn">
    <w:name w:val="Medium List 1 Accent 2"/>
    <w:basedOn w:val="Normltblzat"/>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Kzepeslista13jellszn">
    <w:name w:val="Medium List 1 Accent 3"/>
    <w:basedOn w:val="Normltblzat"/>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Kzepeslista14jellszn">
    <w:name w:val="Medium List 1 Accent 4"/>
    <w:basedOn w:val="Normltblzat"/>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Kzepeslista15jellszn">
    <w:name w:val="Medium List 1 Accent 5"/>
    <w:basedOn w:val="Normltblzat"/>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Kzepeslista16jellszn">
    <w:name w:val="Medium List 1 Accent 6"/>
    <w:basedOn w:val="Normltblzat"/>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Kzepeslista2">
    <w:name w:val="Medium List 2"/>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1jellszn">
    <w:name w:val="Medium List 2 Accent 1"/>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2jellszn">
    <w:name w:val="Medium List 2 Accent 2"/>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3jellszn">
    <w:name w:val="Medium List 2 Accent 3"/>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4jellszn">
    <w:name w:val="Medium List 2 Accent 4"/>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5jellszn">
    <w:name w:val="Medium List 2 Accent 5"/>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26jellszn">
    <w:name w:val="Medium List 2 Accent 6"/>
    <w:basedOn w:val="Normltblzat"/>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rcs1">
    <w:name w:val="Medium Grid 1"/>
    <w:basedOn w:val="Normltblzat"/>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zepesrcs11jellszn">
    <w:name w:val="Medium Grid 1 Accent 1"/>
    <w:basedOn w:val="Normltblzat"/>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zepesrcs12jellszn">
    <w:name w:val="Medium Grid 1 Accent 2"/>
    <w:basedOn w:val="Normltblzat"/>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zepesrcs13jellszn">
    <w:name w:val="Medium Grid 1 Accent 3"/>
    <w:basedOn w:val="Normltblzat"/>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zepesrcs14jellszn">
    <w:name w:val="Medium Grid 1 Accent 4"/>
    <w:basedOn w:val="Normltblzat"/>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zepesrcs15jellszn">
    <w:name w:val="Medium Grid 1 Accent 5"/>
    <w:basedOn w:val="Normltblzat"/>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zepesrcs16jellszn">
    <w:name w:val="Medium Grid 1 Accent 6"/>
    <w:basedOn w:val="Normltblzat"/>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zepesrcs2">
    <w:name w:val="Medium Grid 2"/>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zepesrcs21jellszn">
    <w:name w:val="Medium Grid 2 Accent 1"/>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zepesrcs22jellszn">
    <w:name w:val="Medium Grid 2 Accent 2"/>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Kzepesrcs23jellszn">
    <w:name w:val="Medium Grid 2 Accent 3"/>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zepesrcs24jellszn">
    <w:name w:val="Medium Grid 2 Accent 4"/>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Kzepesrcs25jellszn">
    <w:name w:val="Medium Grid 2 Accent 5"/>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Kzepesrcs26jellszn">
    <w:name w:val="Medium Grid 2 Accent 6"/>
    <w:basedOn w:val="Normltblzat"/>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Kzepesrcs3">
    <w:name w:val="Medium Grid 3"/>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zepesrcs31jellszn">
    <w:name w:val="Medium Grid 3 Accent 1"/>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zepesrcs32jellszn">
    <w:name w:val="Medium Grid 3 Accent 2"/>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Kzepesrcs33jellszn">
    <w:name w:val="Medium Grid 3 Accent 3"/>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zepesrcs34jellszn">
    <w:name w:val="Medium Grid 3 Accent 4"/>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Kzepesrcs35jellszn">
    <w:name w:val="Medium Grid 3 Accent 5"/>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Kzepesrcs36jellszn">
    <w:name w:val="Medium Grid 3 Accent 6"/>
    <w:basedOn w:val="Normltblzat"/>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Sttlista">
    <w:name w:val="Dark List"/>
    <w:basedOn w:val="Normltblzat"/>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Sttlista1jellszn">
    <w:name w:val="Dark List Accent 1"/>
    <w:basedOn w:val="Normltblzat"/>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Sttlista2jellszn">
    <w:name w:val="Dark List Accent 2"/>
    <w:basedOn w:val="Normltblzat"/>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ttlista3jellszn">
    <w:name w:val="Dark List Accent 3"/>
    <w:basedOn w:val="Normltblzat"/>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ttlista4jellszn">
    <w:name w:val="Dark List Accent 4"/>
    <w:basedOn w:val="Normltblzat"/>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ttlista5jellszn">
    <w:name w:val="Dark List Accent 5"/>
    <w:basedOn w:val="Normltblzat"/>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ttlista6jellszn">
    <w:name w:val="Dark List Accent 6"/>
    <w:basedOn w:val="Normltblzat"/>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znesrnykols">
    <w:name w:val="Colorful Shading"/>
    <w:basedOn w:val="Normltblzat"/>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znesrnykols1jellszn">
    <w:name w:val="Colorful Shading Accent 1"/>
    <w:basedOn w:val="Normltblzat"/>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znesrnykols2jellszn">
    <w:name w:val="Colorful Shading Accent 2"/>
    <w:basedOn w:val="Normltblzat"/>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znesrnykols3jellszn">
    <w:name w:val="Colorful Shading Accent 3"/>
    <w:basedOn w:val="Normltblzat"/>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znesrnykols4jellszn">
    <w:name w:val="Colorful Shading Accent 4"/>
    <w:basedOn w:val="Normltblzat"/>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znesrnykols5jellszn">
    <w:name w:val="Colorful Shading Accent 5"/>
    <w:basedOn w:val="Normltblzat"/>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znesrnykols6jellszn">
    <w:name w:val="Colorful Shading Accent 6"/>
    <w:basedOn w:val="Normltblzat"/>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zneslista">
    <w:name w:val="Colorful List"/>
    <w:basedOn w:val="Normltblzat"/>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zneslista1jellszn">
    <w:name w:val="Colorful List Accent 1"/>
    <w:basedOn w:val="Normltblzat"/>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Szneslista2jellszn">
    <w:name w:val="Colorful List Accent 2"/>
    <w:basedOn w:val="Normltblzat"/>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Szneslista3jellszn">
    <w:name w:val="Colorful List Accent 3"/>
    <w:basedOn w:val="Normltblzat"/>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zneslista4jellszn">
    <w:name w:val="Colorful List Accent 4"/>
    <w:basedOn w:val="Normltblzat"/>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Szneslista5jellszn">
    <w:name w:val="Colorful List Accent 5"/>
    <w:basedOn w:val="Normltblzat"/>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zneslista6jellszn">
    <w:name w:val="Colorful List Accent 6"/>
    <w:basedOn w:val="Normltblzat"/>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znesrcs">
    <w:name w:val="Colorful Grid"/>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znesrcs1jellszn">
    <w:name w:val="Colorful Grid Accent 1"/>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znesrcs2jellszn">
    <w:name w:val="Colorful Grid Accent 2"/>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znesrcs3jellszn">
    <w:name w:val="Colorful Grid Accent 3"/>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znesrcs4jellszn">
    <w:name w:val="Colorful Grid Accent 4"/>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znesrcs5jellszn">
    <w:name w:val="Colorful Grid Accent 5"/>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znesrcs6jellszn">
    <w:name w:val="Colorful Grid Accent 6"/>
    <w:basedOn w:val="Normltblzat"/>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hivatkozs">
    <w:name w:val="Hyperlink"/>
    <w:basedOn w:val="Bekezdsalapbettpusa"/>
    <w:uiPriority w:val="99"/>
    <w:unhideWhenUsed/>
    <w:rsid w:val="003D5BD5"/>
    <w:rPr>
      <w:color w:val="0000FF" w:themeColor="hyperlink"/>
      <w:u w:val="single"/>
    </w:rPr>
  </w:style>
  <w:style w:type="character" w:styleId="Feloldatlanmegemlts">
    <w:name w:val="Unresolved Mention"/>
    <w:basedOn w:val="Bekezdsalapbettpusa"/>
    <w:uiPriority w:val="99"/>
    <w:semiHidden/>
    <w:unhideWhenUsed/>
    <w:rsid w:val="003D5BD5"/>
    <w:rPr>
      <w:color w:val="605E5C"/>
      <w:shd w:val="clear" w:color="auto" w:fill="E1DFDD"/>
    </w:rPr>
  </w:style>
  <w:style w:type="paragraph" w:styleId="TJ1">
    <w:name w:val="toc 1"/>
    <w:basedOn w:val="Norml"/>
    <w:next w:val="Norml"/>
    <w:autoRedefine/>
    <w:uiPriority w:val="39"/>
    <w:unhideWhenUsed/>
    <w:rsid w:val="00211F8D"/>
    <w:pPr>
      <w:spacing w:after="100"/>
    </w:pPr>
  </w:style>
  <w:style w:type="paragraph" w:styleId="TJ2">
    <w:name w:val="toc 2"/>
    <w:basedOn w:val="Norml"/>
    <w:next w:val="Norml"/>
    <w:autoRedefine/>
    <w:uiPriority w:val="39"/>
    <w:unhideWhenUsed/>
    <w:rsid w:val="00211F8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t.jogtar.hu/jogszabaly?dbnum=1&amp;docid=A0500024.GKM&amp;mahu=1" TargetMode="External"/><Relationship Id="rId21" Type="http://schemas.openxmlformats.org/officeDocument/2006/relationships/hyperlink" Target="http://www.naih.hu/" TargetMode="External"/><Relationship Id="rId42" Type="http://schemas.openxmlformats.org/officeDocument/2006/relationships/hyperlink" Target="https://www.facebook.com/privacy/explanation" TargetMode="External"/><Relationship Id="rId47" Type="http://schemas.openxmlformats.org/officeDocument/2006/relationships/hyperlink" Target="https://www.facebook.com/privacy/explanation" TargetMode="External"/><Relationship Id="rId63" Type="http://schemas.openxmlformats.org/officeDocument/2006/relationships/hyperlink" Target="http://www.e-educatio.hu/wp-content/uploads/Adatv%C3%A9delmi-nyilatkozat_EDU_v4.1.pdf" TargetMode="External"/><Relationship Id="rId68" Type="http://schemas.openxmlformats.org/officeDocument/2006/relationships/hyperlink" Target="http://www.e-educatio.hu/wp-content/uploads/Adatv%C3%A9delmi-nyilatkozat_EDU_v4.1.pdf" TargetMode="External"/><Relationship Id="rId84" Type="http://schemas.openxmlformats.org/officeDocument/2006/relationships/hyperlink" Target="mailto:ugyfelszolgalat@naih.hu" TargetMode="External"/><Relationship Id="rId89" Type="http://schemas.openxmlformats.org/officeDocument/2006/relationships/hyperlink" Target="http://www.naih.hu/" TargetMode="External"/><Relationship Id="rId16" Type="http://schemas.openxmlformats.org/officeDocument/2006/relationships/hyperlink" Target="mailto:ugyfelszolgalat@naih.hu" TargetMode="External"/><Relationship Id="rId107" Type="http://schemas.openxmlformats.org/officeDocument/2006/relationships/fontTable" Target="fontTable.xml"/><Relationship Id="rId11" Type="http://schemas.openxmlformats.org/officeDocument/2006/relationships/hyperlink" Target="mailto:info@vibedrive.hu" TargetMode="External"/><Relationship Id="rId32" Type="http://schemas.openxmlformats.org/officeDocument/2006/relationships/hyperlink" Target="https://www.facebook.com/privacy/explanation" TargetMode="External"/><Relationship Id="rId37" Type="http://schemas.openxmlformats.org/officeDocument/2006/relationships/hyperlink" Target="https://www.facebook.com/privacy/explanation" TargetMode="External"/><Relationship Id="rId53" Type="http://schemas.openxmlformats.org/officeDocument/2006/relationships/hyperlink" Target="http://www.e-educatio.hu/wp-content/uploads/Adatv%C3%A9delmi-nyilatkozat_EDU_v4.1.pdf" TargetMode="External"/><Relationship Id="rId58" Type="http://schemas.openxmlformats.org/officeDocument/2006/relationships/hyperlink" Target="http://www.e-educatio.hu/wp-content/uploads/Adatv%C3%A9delmi-nyilatkozat_EDU_v4.1.pdf" TargetMode="External"/><Relationship Id="rId74" Type="http://schemas.openxmlformats.org/officeDocument/2006/relationships/hyperlink" Target="http://www.e-educatio.hu/wp-content/uploads/Adatv%C3%A9delmi-nyilatkozat_EDU_v4.1.pdf" TargetMode="External"/><Relationship Id="rId79" Type="http://schemas.openxmlformats.org/officeDocument/2006/relationships/hyperlink" Target="http://www.e-educatio.hu/wp-content/uploads/Adatv%C3%A9delmi-nyilatkozat_EDU_v4.1.pdf" TargetMode="External"/><Relationship Id="rId102" Type="http://schemas.openxmlformats.org/officeDocument/2006/relationships/hyperlink" Target="https://naih.hu/adatvedelmi-incidensbejelent--rendszer.html" TargetMode="External"/><Relationship Id="rId5" Type="http://schemas.openxmlformats.org/officeDocument/2006/relationships/webSettings" Target="webSettings.xml"/><Relationship Id="rId90" Type="http://schemas.openxmlformats.org/officeDocument/2006/relationships/hyperlink" Target="http://www.naih.hu/" TargetMode="External"/><Relationship Id="rId95" Type="http://schemas.openxmlformats.org/officeDocument/2006/relationships/hyperlink" Target="https://naih.hu/adatvedelmi-incidensbejelent--rendszer.html" TargetMode="External"/><Relationship Id="rId22" Type="http://schemas.openxmlformats.org/officeDocument/2006/relationships/hyperlink" Target="http://www.naih.hu/" TargetMode="External"/><Relationship Id="rId27" Type="http://schemas.openxmlformats.org/officeDocument/2006/relationships/hyperlink" Target="https://net.jogtar.hu/jogszabaly?docid=A0000100.TV" TargetMode="External"/><Relationship Id="rId43" Type="http://schemas.openxmlformats.org/officeDocument/2006/relationships/hyperlink" Target="https://www.facebook.com/privacy/explanation" TargetMode="External"/><Relationship Id="rId48" Type="http://schemas.openxmlformats.org/officeDocument/2006/relationships/hyperlink" Target="https://www.facebook.com/privacy/explanation" TargetMode="External"/><Relationship Id="rId64" Type="http://schemas.openxmlformats.org/officeDocument/2006/relationships/hyperlink" Target="http://www.e-educatio.hu/wp-content/uploads/Adatv%C3%A9delmi-nyilatkozat_EDU_v4.1.pdf" TargetMode="External"/><Relationship Id="rId69" Type="http://schemas.openxmlformats.org/officeDocument/2006/relationships/hyperlink" Target="http://www.e-educatio.hu/wp-content/uploads/Adatv%C3%A9delmi-nyilatkozat_EDU_v4.1.pdf" TargetMode="External"/><Relationship Id="rId80" Type="http://schemas.openxmlformats.org/officeDocument/2006/relationships/hyperlink" Target="http://www.e-educatio.hu/wp-content/uploads/Adatv%C3%A9delmi-nyilatkozat_EDU_v4.1.pdf" TargetMode="External"/><Relationship Id="rId85" Type="http://schemas.openxmlformats.org/officeDocument/2006/relationships/hyperlink" Target="mailto:ugyfelszolgalat@naih.hu" TargetMode="External"/><Relationship Id="rId12" Type="http://schemas.openxmlformats.org/officeDocument/2006/relationships/image" Target="media/image1.png"/><Relationship Id="rId17" Type="http://schemas.openxmlformats.org/officeDocument/2006/relationships/hyperlink" Target="mailto:ugyfelszolgalat@naih.hu" TargetMode="External"/><Relationship Id="rId33" Type="http://schemas.openxmlformats.org/officeDocument/2006/relationships/hyperlink" Target="https://www.facebook.com/privacy/explanation" TargetMode="External"/><Relationship Id="rId38" Type="http://schemas.openxmlformats.org/officeDocument/2006/relationships/hyperlink" Target="https://www.facebook.com/privacy/explanation" TargetMode="External"/><Relationship Id="rId59" Type="http://schemas.openxmlformats.org/officeDocument/2006/relationships/hyperlink" Target="http://www.e-educatio.hu/wp-content/uploads/Adatv%C3%A9delmi-nyilatkozat_EDU_v4.1.pdf" TargetMode="External"/><Relationship Id="rId103" Type="http://schemas.openxmlformats.org/officeDocument/2006/relationships/hyperlink" Target="https://naih.hu/adatvedelmi-incidensbejelent--rendszer.html" TargetMode="External"/><Relationship Id="rId108" Type="http://schemas.openxmlformats.org/officeDocument/2006/relationships/theme" Target="theme/theme1.xml"/><Relationship Id="rId20" Type="http://schemas.openxmlformats.org/officeDocument/2006/relationships/hyperlink" Target="http://www.naih.hu/" TargetMode="External"/><Relationship Id="rId41" Type="http://schemas.openxmlformats.org/officeDocument/2006/relationships/hyperlink" Target="https://www.facebook.com/privacy/explanation" TargetMode="External"/><Relationship Id="rId54" Type="http://schemas.openxmlformats.org/officeDocument/2006/relationships/hyperlink" Target="http://www.e-educatio.hu/wp-content/uploads/Adatv%C3%A9delmi-nyilatkozat_EDU_v4.1.pdf" TargetMode="External"/><Relationship Id="rId62" Type="http://schemas.openxmlformats.org/officeDocument/2006/relationships/hyperlink" Target="http://www.e-educatio.hu/wp-content/uploads/Adatv%C3%A9delmi-nyilatkozat_EDU_v4.1.pdf" TargetMode="External"/><Relationship Id="rId70" Type="http://schemas.openxmlformats.org/officeDocument/2006/relationships/hyperlink" Target="http://www.e-educatio.hu/wp-content/uploads/Adatv%C3%A9delmi-nyilatkozat_EDU_v4.1.pdf" TargetMode="External"/><Relationship Id="rId75" Type="http://schemas.openxmlformats.org/officeDocument/2006/relationships/hyperlink" Target="http://www.e-educatio.hu/wp-content/uploads/Adatv%C3%A9delmi-nyilatkozat_EDU_v4.1.pdf" TargetMode="External"/><Relationship Id="rId83" Type="http://schemas.openxmlformats.org/officeDocument/2006/relationships/hyperlink" Target="http://www.e-educatio.hu/wp-content/uploads/Adatv%C3%A9delmi-nyilatkozat_EDU_v4.1.pdf" TargetMode="External"/><Relationship Id="rId88" Type="http://schemas.openxmlformats.org/officeDocument/2006/relationships/hyperlink" Target="mailto:ugyfelszolgalat@naih.hu" TargetMode="External"/><Relationship Id="rId91" Type="http://schemas.openxmlformats.org/officeDocument/2006/relationships/hyperlink" Target="http://www.naih.hu/" TargetMode="External"/><Relationship Id="rId96" Type="http://schemas.openxmlformats.org/officeDocument/2006/relationships/hyperlink" Target="https://naih.hu/adatvedelmi-incidensbejelent--rendszer.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gyfelszolgalat@naih.hu" TargetMode="External"/><Relationship Id="rId23" Type="http://schemas.openxmlformats.org/officeDocument/2006/relationships/hyperlink" Target="https://www.naih.hu/files/GDPR_TXT_HU.pdf" TargetMode="External"/><Relationship Id="rId28" Type="http://schemas.openxmlformats.org/officeDocument/2006/relationships/hyperlink" Target="https://net.jogtar.hu/jogszabaly?docid=a1300077.tv" TargetMode="External"/><Relationship Id="rId36" Type="http://schemas.openxmlformats.org/officeDocument/2006/relationships/hyperlink" Target="https://www.facebook.com/privacy/explanation" TargetMode="External"/><Relationship Id="rId49" Type="http://schemas.openxmlformats.org/officeDocument/2006/relationships/hyperlink" Target="https://www.facebook.com/privacy/explanation" TargetMode="External"/><Relationship Id="rId57" Type="http://schemas.openxmlformats.org/officeDocument/2006/relationships/hyperlink" Target="http://www.e-educatio.hu/wp-content/uploads/Adatv%C3%A9delmi-nyilatkozat_EDU_v4.1.pdf" TargetMode="External"/><Relationship Id="rId106" Type="http://schemas.openxmlformats.org/officeDocument/2006/relationships/hyperlink" Target="https://naih.hu/adatvedelmi-incidensbejelent--rendszer.html" TargetMode="External"/><Relationship Id="rId10" Type="http://schemas.openxmlformats.org/officeDocument/2006/relationships/hyperlink" Target="mailto:info@mazsolajogsi.hu" TargetMode="External"/><Relationship Id="rId31" Type="http://schemas.openxmlformats.org/officeDocument/2006/relationships/hyperlink" Target="https://www.facebook.com/privacy/explanation" TargetMode="External"/><Relationship Id="rId44" Type="http://schemas.openxmlformats.org/officeDocument/2006/relationships/hyperlink" Target="https://www.facebook.com/privacy/explanation" TargetMode="External"/><Relationship Id="rId52" Type="http://schemas.openxmlformats.org/officeDocument/2006/relationships/hyperlink" Target="https://www.facebook.com/privacy/explanation" TargetMode="External"/><Relationship Id="rId60" Type="http://schemas.openxmlformats.org/officeDocument/2006/relationships/hyperlink" Target="http://www.e-educatio.hu/wp-content/uploads/Adatv%C3%A9delmi-nyilatkozat_EDU_v4.1.pdf" TargetMode="External"/><Relationship Id="rId65" Type="http://schemas.openxmlformats.org/officeDocument/2006/relationships/hyperlink" Target="http://www.e-educatio.hu/wp-content/uploads/Adatv%C3%A9delmi-nyilatkozat_EDU_v4.1.pdf" TargetMode="External"/><Relationship Id="rId73" Type="http://schemas.openxmlformats.org/officeDocument/2006/relationships/hyperlink" Target="http://www.e-educatio.hu/wp-content/uploads/Adatv%C3%A9delmi-nyilatkozat_EDU_v4.1.pdf" TargetMode="External"/><Relationship Id="rId78" Type="http://schemas.openxmlformats.org/officeDocument/2006/relationships/hyperlink" Target="http://www.e-educatio.hu/wp-content/uploads/Adatv%C3%A9delmi-nyilatkozat_EDU_v4.1.pdf" TargetMode="External"/><Relationship Id="rId81" Type="http://schemas.openxmlformats.org/officeDocument/2006/relationships/hyperlink" Target="http://www.e-educatio.hu/wp-content/uploads/Adatv%C3%A9delmi-nyilatkozat_EDU_v4.1.pdf" TargetMode="External"/><Relationship Id="rId86" Type="http://schemas.openxmlformats.org/officeDocument/2006/relationships/hyperlink" Target="mailto:ugyfelszolgalat@naih.hu" TargetMode="External"/><Relationship Id="rId94" Type="http://schemas.openxmlformats.org/officeDocument/2006/relationships/hyperlink" Target="https://naih.hu/adatvedelmi-incidensbejelent--rendszer.html" TargetMode="External"/><Relationship Id="rId99" Type="http://schemas.openxmlformats.org/officeDocument/2006/relationships/hyperlink" Target="https://naih.hu/adatvedelmi-incidensbejelent--rendszer.html" TargetMode="External"/><Relationship Id="rId101" Type="http://schemas.openxmlformats.org/officeDocument/2006/relationships/hyperlink" Target="https://naih.hu/adatvedelmi-incidensbejelent--rendszer.html" TargetMode="External"/><Relationship Id="rId4" Type="http://schemas.openxmlformats.org/officeDocument/2006/relationships/settings" Target="settings.xml"/><Relationship Id="rId9" Type="http://schemas.openxmlformats.org/officeDocument/2006/relationships/hyperlink" Target="mailto:o@vibedrive." TargetMode="External"/><Relationship Id="rId13" Type="http://schemas.openxmlformats.org/officeDocument/2006/relationships/hyperlink" Target="mailto:ugyfelszolgalat@naih.hu" TargetMode="External"/><Relationship Id="rId18" Type="http://schemas.openxmlformats.org/officeDocument/2006/relationships/hyperlink" Target="http://www.naih.hu/" TargetMode="External"/><Relationship Id="rId39" Type="http://schemas.openxmlformats.org/officeDocument/2006/relationships/hyperlink" Target="https://www.facebook.com/privacy/explanation" TargetMode="External"/><Relationship Id="rId34" Type="http://schemas.openxmlformats.org/officeDocument/2006/relationships/hyperlink" Target="https://www.facebook.com/privacy/explanation" TargetMode="External"/><Relationship Id="rId50" Type="http://schemas.openxmlformats.org/officeDocument/2006/relationships/hyperlink" Target="https://www.facebook.com/privacy/explanation" TargetMode="External"/><Relationship Id="rId55" Type="http://schemas.openxmlformats.org/officeDocument/2006/relationships/hyperlink" Target="http://www.e-educatio.hu/wp-content/uploads/Adatv%C3%A9delmi-nyilatkozat_EDU_v4.1.pdf" TargetMode="External"/><Relationship Id="rId76" Type="http://schemas.openxmlformats.org/officeDocument/2006/relationships/hyperlink" Target="http://www.e-educatio.hu/wp-content/uploads/Adatv%C3%A9delmi-nyilatkozat_EDU_v4.1.pdf" TargetMode="External"/><Relationship Id="rId97" Type="http://schemas.openxmlformats.org/officeDocument/2006/relationships/hyperlink" Target="https://naih.hu/adatvedelmi-incidensbejelent--rendszer.html" TargetMode="External"/><Relationship Id="rId104" Type="http://schemas.openxmlformats.org/officeDocument/2006/relationships/hyperlink" Target="https://naih.hu/adatvedelmi-incidensbejelent--rendszer.html" TargetMode="External"/><Relationship Id="rId7" Type="http://schemas.openxmlformats.org/officeDocument/2006/relationships/endnotes" Target="endnotes.xml"/><Relationship Id="rId71" Type="http://schemas.openxmlformats.org/officeDocument/2006/relationships/hyperlink" Target="http://www.e-educatio.hu/wp-content/uploads/Adatv%C3%A9delmi-nyilatkozat_EDU_v4.1.pdf" TargetMode="External"/><Relationship Id="rId92" Type="http://schemas.openxmlformats.org/officeDocument/2006/relationships/hyperlink" Target="http://www.naih.hu/"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net.jogtar.hu/jr/gen/hjegy_doc.cgi?docid=A1100112.TV" TargetMode="External"/><Relationship Id="rId40" Type="http://schemas.openxmlformats.org/officeDocument/2006/relationships/hyperlink" Target="https://www.facebook.com/privacy/explanation" TargetMode="External"/><Relationship Id="rId45" Type="http://schemas.openxmlformats.org/officeDocument/2006/relationships/hyperlink" Target="https://www.facebook.com/privacy/explanation" TargetMode="External"/><Relationship Id="rId66" Type="http://schemas.openxmlformats.org/officeDocument/2006/relationships/hyperlink" Target="http://www.e-educatio.hu/wp-content/uploads/Adatv%C3%A9delmi-nyilatkozat_EDU_v4.1.pdf" TargetMode="External"/><Relationship Id="rId87" Type="http://schemas.openxmlformats.org/officeDocument/2006/relationships/hyperlink" Target="mailto:ugyfelszolgalat@naih.hu" TargetMode="External"/><Relationship Id="rId61" Type="http://schemas.openxmlformats.org/officeDocument/2006/relationships/hyperlink" Target="http://www.e-educatio.hu/wp-content/uploads/Adatv%C3%A9delmi-nyilatkozat_EDU_v4.1.pdf" TargetMode="External"/><Relationship Id="rId82" Type="http://schemas.openxmlformats.org/officeDocument/2006/relationships/hyperlink" Target="http://www.e-educatio.hu/wp-content/uploads/Adatv%C3%A9delmi-nyilatkozat_EDU_v4.1.pdf" TargetMode="External"/><Relationship Id="rId19" Type="http://schemas.openxmlformats.org/officeDocument/2006/relationships/hyperlink" Target="http://www.naih.hu/" TargetMode="External"/><Relationship Id="rId14" Type="http://schemas.openxmlformats.org/officeDocument/2006/relationships/hyperlink" Target="mailto:ugyfelszolgalat@naih.hu" TargetMode="External"/><Relationship Id="rId30" Type="http://schemas.openxmlformats.org/officeDocument/2006/relationships/image" Target="media/image3.png"/><Relationship Id="rId35" Type="http://schemas.openxmlformats.org/officeDocument/2006/relationships/hyperlink" Target="https://www.facebook.com/privacy/explanation" TargetMode="External"/><Relationship Id="rId56" Type="http://schemas.openxmlformats.org/officeDocument/2006/relationships/hyperlink" Target="http://www.e-educatio.hu/wp-content/uploads/Adatv%C3%A9delmi-nyilatkozat_EDU_v4.1.pdf" TargetMode="External"/><Relationship Id="rId77" Type="http://schemas.openxmlformats.org/officeDocument/2006/relationships/hyperlink" Target="http://www.e-educatio.hu/wp-content/uploads/Adatv%C3%A9delmi-nyilatkozat_EDU_v4.1.pdf" TargetMode="External"/><Relationship Id="rId100" Type="http://schemas.openxmlformats.org/officeDocument/2006/relationships/hyperlink" Target="https://naih.hu/adatvedelmi-incidensbejelent--rendszer.html" TargetMode="External"/><Relationship Id="rId105" Type="http://schemas.openxmlformats.org/officeDocument/2006/relationships/hyperlink" Target="https://naih.hu/adatvedelmi-incidensbejelent--rendszer.html" TargetMode="External"/><Relationship Id="rId8" Type="http://schemas.openxmlformats.org/officeDocument/2006/relationships/footer" Target="footer1.xml"/><Relationship Id="rId51" Type="http://schemas.openxmlformats.org/officeDocument/2006/relationships/hyperlink" Target="https://www.facebook.com/privacy/explanation" TargetMode="External"/><Relationship Id="rId72" Type="http://schemas.openxmlformats.org/officeDocument/2006/relationships/hyperlink" Target="http://www.e-educatio.hu/wp-content/uploads/Adatv%C3%A9delmi-nyilatkozat_EDU_v4.1.pdf" TargetMode="External"/><Relationship Id="rId93" Type="http://schemas.openxmlformats.org/officeDocument/2006/relationships/hyperlink" Target="http://www.naih.hu/" TargetMode="External"/><Relationship Id="rId98" Type="http://schemas.openxmlformats.org/officeDocument/2006/relationships/hyperlink" Target="https://naih.hu/adatvedelmi-incidensbejelent--rendszer.html" TargetMode="External"/><Relationship Id="rId3" Type="http://schemas.openxmlformats.org/officeDocument/2006/relationships/styles" Target="styles.xml"/><Relationship Id="rId25" Type="http://schemas.openxmlformats.org/officeDocument/2006/relationships/hyperlink" Target="https://net.jogtar.hu/jogszabaly?docid=A0300100.TV" TargetMode="External"/><Relationship Id="rId46" Type="http://schemas.openxmlformats.org/officeDocument/2006/relationships/hyperlink" Target="https://www.facebook.com/privacy/explanation" TargetMode="External"/><Relationship Id="rId67" Type="http://schemas.openxmlformats.org/officeDocument/2006/relationships/hyperlink" Target="http://www.e-educatio.hu/wp-content/uploads/Adatv%C3%A9delmi-nyilatkozat_EDU_v4.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11793</Words>
  <Characters>81374</Characters>
  <Application>Microsoft Office Word</Application>
  <DocSecurity>0</DocSecurity>
  <Lines>678</Lines>
  <Paragraphs>185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Manager/>
  <Company>LightPDF</Company>
  <LinksUpToDate>false</LinksUpToDate>
  <CharactersWithSpaces>92982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LightPDF</dc:creator>
  <cp:keywords/>
  <dc:description>generated by LightPDF 20250911</dc:description>
  <cp:lastModifiedBy>Viktor Vrancsik</cp:lastModifiedBy>
  <cp:revision>3</cp:revision>
  <cp:lastPrinted>2026-03-18T19:37:00Z</cp:lastPrinted>
  <dcterms:created xsi:type="dcterms:W3CDTF">2026-06-05T02:58:00Z</dcterms:created>
  <dcterms:modified xsi:type="dcterms:W3CDTF">2026-06-05T02:58:00Z</dcterms:modified>
  <cp:category/>
</cp:coreProperties>
</file>